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84197222"/>
    <w:p w14:paraId="7113F4C6" w14:textId="77777777" w:rsidR="00531573" w:rsidRPr="002757C9" w:rsidRDefault="00531573" w:rsidP="00531573">
      <w:pPr>
        <w:tabs>
          <w:tab w:val="center" w:pos="4703"/>
        </w:tabs>
        <w:rPr>
          <w:rFonts w:ascii="Arial" w:hAnsi="Arial" w:cs="Arial"/>
          <w:sz w:val="28"/>
          <w:szCs w:val="28"/>
        </w:rPr>
      </w:pPr>
      <w:r>
        <w:rPr>
          <w:noProof/>
        </w:rPr>
        <mc:AlternateContent>
          <mc:Choice Requires="wpg">
            <w:drawing>
              <wp:anchor distT="0" distB="0" distL="114300" distR="114300" simplePos="0" relativeHeight="251660288" behindDoc="0" locked="0" layoutInCell="1" allowOverlap="1" wp14:anchorId="656570D3" wp14:editId="7FA64DA7">
                <wp:simplePos x="0" y="0"/>
                <wp:positionH relativeFrom="margin">
                  <wp:posOffset>-374014</wp:posOffset>
                </wp:positionH>
                <wp:positionV relativeFrom="paragraph">
                  <wp:posOffset>33020</wp:posOffset>
                </wp:positionV>
                <wp:extent cx="6629400" cy="801370"/>
                <wp:effectExtent l="0" t="0" r="0" b="0"/>
                <wp:wrapNone/>
                <wp:docPr id="244308943" name="Groupe 244308943"/>
                <wp:cNvGraphicFramePr/>
                <a:graphic xmlns:a="http://schemas.openxmlformats.org/drawingml/2006/main">
                  <a:graphicData uri="http://schemas.microsoft.com/office/word/2010/wordprocessingGroup">
                    <wpg:wgp>
                      <wpg:cNvGrpSpPr/>
                      <wpg:grpSpPr>
                        <a:xfrm>
                          <a:off x="0" y="0"/>
                          <a:ext cx="6629400" cy="801370"/>
                          <a:chOff x="113121" y="0"/>
                          <a:chExt cx="6271169" cy="801370"/>
                        </a:xfrm>
                      </wpg:grpSpPr>
                      <pic:pic xmlns:pic="http://schemas.openxmlformats.org/drawingml/2006/picture">
                        <pic:nvPicPr>
                          <pic:cNvPr id="1550301290" name="Image 1550301290" descr="C:\Users\Hyperbole\AppData\Local\Packages\Microsoft.Windows.Photos_8wekyb3d8bbwe\TempState\ShareServiceTempFolder\LOGOS AVENIR.jpe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676900" y="0"/>
                            <a:ext cx="707390" cy="801370"/>
                          </a:xfrm>
                          <a:prstGeom prst="rect">
                            <a:avLst/>
                          </a:prstGeom>
                          <a:noFill/>
                          <a:ln>
                            <a:noFill/>
                          </a:ln>
                        </pic:spPr>
                      </pic:pic>
                      <pic:pic xmlns:pic="http://schemas.openxmlformats.org/drawingml/2006/picture">
                        <pic:nvPicPr>
                          <pic:cNvPr id="1380586701" name="Image 1380586701" descr="https://pbs.twimg.com/profile_banners/1179322671781289984/1718458928/1080x36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13121" y="45720"/>
                            <a:ext cx="1505929" cy="746760"/>
                          </a:xfrm>
                          <a:prstGeom prst="rect">
                            <a:avLst/>
                          </a:prstGeom>
                          <a:noFill/>
                          <a:ln>
                            <a:noFill/>
                          </a:ln>
                        </pic:spPr>
                      </pic:pic>
                    </wpg:wg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w:pict>
              <v:group w14:anchorId="6C5A63B2" id="Groupe 244308943" o:spid="_x0000_s1026" style="position:absolute;margin-left:-29.45pt;margin-top:2.6pt;width:522pt;height:63.1pt;z-index:251660288;mso-position-horizontal-relative:margin;mso-width-relative:margin" coordorigin="1131" coordsize="62711,8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50301290" o:spid="_x0000_s1027" type="#_x0000_t75" style="position:absolute;left:56769;width:7073;height:8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">
                  <v:imagedata r:id="rId13" o:title="LOGOS AVENIR"/>
                </v:shape>
                <v:shape id="Image 1380586701" o:spid="_x0000_s1028" type="#_x0000_t75" alt="https://pbs.twimg.com/profile_banners/1179322671781289984/1718458928/1080x360" style="position:absolute;left:1131;top:457;width:15059;height:7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">
                  <v:imagedata r:id="rId14" o:title="1080x360"/>
                </v:shape>
                <w10:wrap anchorx="margin"/>
              </v:group>
            </w:pict>
          </mc:Fallback>
        </mc:AlternateContent>
      </w:r>
      <w:r>
        <w:rPr>
          <w:rFonts w:ascii="Arial" w:hAnsi="Arial" w:cs="Arial"/>
          <w:sz w:val="36"/>
          <w:szCs w:val="36"/>
        </w:rPr>
        <w:tab/>
      </w:r>
    </w:p>
    <w:p w14:paraId="25A2560E" w14:textId="77777777" w:rsidR="00531573" w:rsidRPr="002E59F9" w:rsidRDefault="00531573" w:rsidP="00531573">
      <w:pPr>
        <w:pStyle w:val="BankNormal"/>
        <w:tabs>
          <w:tab w:val="left" w:pos="1828"/>
        </w:tabs>
        <w:spacing w:after="0"/>
        <w:rPr>
          <w:rFonts w:ascii="Arial" w:hAnsi="Arial" w:cs="Arial"/>
          <w:b/>
          <w:sz w:val="26"/>
          <w:szCs w:val="26"/>
        </w:rPr>
      </w:pPr>
      <w:bookmarkStart w:id="1" w:name="_Hlk528150314"/>
      <w:r w:rsidRPr="00B63977">
        <w:rPr>
          <w:rFonts w:ascii="Arial" w:hAnsi="Arial" w:cs="Arial"/>
          <w:b/>
          <w:iCs/>
          <w:sz w:val="28"/>
          <w:szCs w:val="28"/>
        </w:rPr>
        <w:tab/>
      </w:r>
      <w:bookmarkEnd w:id="1"/>
      <w:r>
        <w:rPr>
          <w:rFonts w:ascii="Arial" w:hAnsi="Arial" w:cs="Arial"/>
          <w:b/>
          <w:iCs/>
          <w:sz w:val="28"/>
          <w:szCs w:val="28"/>
        </w:rPr>
        <w:t xml:space="preserve">        </w:t>
      </w:r>
      <w:r w:rsidRPr="002E59F9">
        <w:rPr>
          <w:rFonts w:ascii="Arial" w:hAnsi="Arial" w:cs="Arial"/>
          <w:b/>
          <w:sz w:val="26"/>
          <w:szCs w:val="26"/>
        </w:rPr>
        <w:t>REPUBLIQUE DEMOCRATIQUE DU CONGO</w:t>
      </w:r>
    </w:p>
    <w:p w14:paraId="5FCC0FF4" w14:textId="77777777" w:rsidR="00531573" w:rsidRPr="002E59F9" w:rsidRDefault="00531573" w:rsidP="00531573">
      <w:pPr>
        <w:jc w:val="center"/>
        <w:rPr>
          <w:rFonts w:ascii="Arial" w:hAnsi="Arial" w:cs="Arial"/>
          <w:b/>
          <w:sz w:val="26"/>
          <w:szCs w:val="26"/>
          <w:lang w:val="fr-FR"/>
        </w:rPr>
      </w:pPr>
      <w:r w:rsidRPr="00B63977">
        <w:rPr>
          <w:rFonts w:ascii="Arial" w:hAnsi="Arial" w:cs="Arial"/>
          <w:noProof/>
          <w:sz w:val="26"/>
          <w:szCs w:val="26"/>
        </w:rPr>
        <mc:AlternateContent>
          <mc:Choice Requires="wps">
            <w:drawing>
              <wp:anchor distT="0" distB="0" distL="114300" distR="114300" simplePos="0" relativeHeight="251659264" behindDoc="0" locked="0" layoutInCell="1" allowOverlap="1" wp14:anchorId="29FDFB4D" wp14:editId="0F9E87BA">
                <wp:simplePos x="0" y="0"/>
                <wp:positionH relativeFrom="margin">
                  <wp:posOffset>-128270</wp:posOffset>
                </wp:positionH>
                <wp:positionV relativeFrom="paragraph">
                  <wp:posOffset>259715</wp:posOffset>
                </wp:positionV>
                <wp:extent cx="6210300" cy="447675"/>
                <wp:effectExtent l="0" t="0" r="0" b="0"/>
                <wp:wrapNone/>
                <wp:docPr id="2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447675"/>
                        </a:xfrm>
                        <a:prstGeom prst="rect">
                          <a:avLst/>
                        </a:prstGeom>
                        <a:solidFill>
                          <a:schemeClr val="lt1"/>
                        </a:solidFill>
                        <a:ln w="6350">
                          <a:noFill/>
                        </a:ln>
                      </wps:spPr>
                      <wps:txbx>
                        <w:txbxContent>
                          <w:p w14:paraId="46CAE730" w14:textId="77777777" w:rsidR="00531573" w:rsidRPr="002E59F9" w:rsidRDefault="00531573" w:rsidP="00531573">
                            <w:pPr>
                              <w:tabs>
                                <w:tab w:val="left" w:pos="4401"/>
                                <w:tab w:val="center" w:pos="5031"/>
                                <w:tab w:val="left" w:pos="7555"/>
                              </w:tabs>
                              <w:spacing w:after="120"/>
                              <w:jc w:val="center"/>
                              <w:rPr>
                                <w:rFonts w:ascii="Trebuchet MS" w:eastAsia="Arial Unicode MS" w:hAnsi="Trebuchet MS" w:cs="Arial Unicode MS"/>
                                <w:b/>
                                <w:lang w:val="fr-FR"/>
                              </w:rPr>
                            </w:pPr>
                            <w:r w:rsidRPr="002E59F9">
                              <w:rPr>
                                <w:rFonts w:ascii="Trebuchet MS" w:eastAsia="Arial Unicode MS" w:hAnsi="Trebuchet MS" w:cs="Arial Unicode MS"/>
                                <w:b/>
                                <w:lang w:val="fr-FR"/>
                              </w:rPr>
                              <w:t>PROJET AUTONOMISATION PAR LA VALORISATION DE L’ENTREPRENEURIAT AGRICOLE ET RURAL SENSIBLE A LA NUTRITION, INCLUSIF ET RESILIENT (AVENIR)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29FDFB4D" id="_x0000_t202" coordsize="21600,21600" o:spt="202" path="m,l,21600r21600,l21600,xe">
                <v:stroke joinstyle="miter"/>
                <v:path gradientshapeok="t" o:connecttype="rect"/>
              </v:shapetype>
              <v:shape id="Zone de texte 9" o:spid="_x0000_s1026" type="#_x0000_t202" style="position:absolute;left:0;text-align:left;margin-left:-10.1pt;margin-top:20.45pt;width:489pt;height:35.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" fillcolor="white [3201]" stroked="f" strokeweight=".5pt">
                <v:textbox>
                  <w:txbxContent>
                    <w:p w14:paraId="46CAE730" w14:textId="77777777" w:rsidR="00531573" w:rsidRPr="002E59F9" w:rsidRDefault="00531573" w:rsidP="00531573">
                      <w:pPr>
                        <w:tabs>
                          <w:tab w:val="left" w:pos="4401"/>
                          <w:tab w:val="center" w:pos="5031"/>
                          <w:tab w:val="left" w:pos="7555"/>
                        </w:tabs>
                        <w:spacing w:after="120"/>
                        <w:jc w:val="center"/>
                        <w:rPr>
                          <w:rFonts w:ascii="Trebuchet MS" w:eastAsia="Arial Unicode MS" w:hAnsi="Trebuchet MS" w:cs="Arial Unicode MS"/>
                          <w:b/>
                          <w:lang w:val="fr-FR"/>
                        </w:rPr>
                      </w:pPr>
                      <w:r w:rsidRPr="002E59F9">
                        <w:rPr>
                          <w:rFonts w:ascii="Trebuchet MS" w:eastAsia="Arial Unicode MS" w:hAnsi="Trebuchet MS" w:cs="Arial Unicode MS"/>
                          <w:b/>
                          <w:lang w:val="fr-FR"/>
                        </w:rPr>
                        <w:t>PROJET AUTONOMISATION PAR LA VALORISATION DE L’ENTREPRENEURIAT AGRICOLE ET RURAL SENSIBLE A LA NUTRITION, INCLUSIF ET RESILIENT (AVENIR)</w:t>
                      </w:r>
                    </w:p>
                  </w:txbxContent>
                </v:textbox>
                <w10:wrap anchorx="margin"/>
              </v:shape>
            </w:pict>
          </mc:Fallback>
        </mc:AlternateContent>
      </w:r>
      <w:r w:rsidRPr="002E59F9">
        <w:rPr>
          <w:rFonts w:ascii="Arial" w:hAnsi="Arial" w:cs="Arial"/>
          <w:b/>
          <w:sz w:val="26"/>
          <w:szCs w:val="26"/>
          <w:lang w:val="fr-FR"/>
        </w:rPr>
        <w:t>--------------</w:t>
      </w:r>
    </w:p>
    <w:p w14:paraId="328CFEAD" w14:textId="77777777" w:rsidR="00531573" w:rsidRPr="002E59F9" w:rsidRDefault="00531573" w:rsidP="00531573">
      <w:pPr>
        <w:spacing w:after="0"/>
        <w:jc w:val="center"/>
        <w:rPr>
          <w:rFonts w:ascii="Arial" w:hAnsi="Arial" w:cs="Arial"/>
          <w:b/>
          <w:sz w:val="26"/>
          <w:szCs w:val="26"/>
          <w:lang w:val="fr-FR"/>
        </w:rPr>
      </w:pPr>
      <w:r w:rsidRPr="002E59F9">
        <w:rPr>
          <w:rFonts w:ascii="Arial" w:hAnsi="Arial" w:cs="Arial"/>
          <w:b/>
          <w:sz w:val="26"/>
          <w:szCs w:val="26"/>
          <w:lang w:val="fr-FR"/>
        </w:rPr>
        <w:t>------------------------------------------</w:t>
      </w:r>
    </w:p>
    <w:p w14:paraId="6612F010" w14:textId="77777777" w:rsidR="00531573" w:rsidRPr="00531573" w:rsidRDefault="00531573" w:rsidP="00531573">
      <w:pPr>
        <w:jc w:val="center"/>
        <w:rPr>
          <w:rFonts w:ascii="Arial" w:hAnsi="Arial"/>
          <w:b/>
          <w:color w:val="3333FF"/>
          <w:sz w:val="6"/>
          <w:szCs w:val="2"/>
          <w:lang w:val="fr-FR"/>
        </w:rPr>
      </w:pPr>
    </w:p>
    <w:p w14:paraId="7F907F02" w14:textId="77777777" w:rsidR="00531573" w:rsidRPr="002E59F9" w:rsidRDefault="00531573" w:rsidP="00531573">
      <w:pPr>
        <w:jc w:val="center"/>
        <w:rPr>
          <w:rFonts w:ascii="Arial" w:hAnsi="Arial" w:cs="Arial"/>
          <w:b/>
          <w:color w:val="3333FF"/>
          <w:sz w:val="36"/>
          <w:szCs w:val="26"/>
          <w:lang w:val="fr-FR"/>
        </w:rPr>
      </w:pPr>
      <w:r>
        <w:rPr>
          <w:noProof/>
        </w:rPr>
        <mc:AlternateContent>
          <mc:Choice Requires="wpg">
            <w:drawing>
              <wp:anchor distT="0" distB="0" distL="114300" distR="114300" simplePos="0" relativeHeight="251661312" behindDoc="0" locked="0" layoutInCell="1" allowOverlap="1" wp14:anchorId="4FC99A60" wp14:editId="04342A5F">
                <wp:simplePos x="0" y="0"/>
                <wp:positionH relativeFrom="column">
                  <wp:posOffset>-15875</wp:posOffset>
                </wp:positionH>
                <wp:positionV relativeFrom="paragraph">
                  <wp:posOffset>276225</wp:posOffset>
                </wp:positionV>
                <wp:extent cx="6141720" cy="602615"/>
                <wp:effectExtent l="0" t="0" r="0" b="6985"/>
                <wp:wrapSquare wrapText="bothSides"/>
                <wp:docPr id="1820735295" name="Groupe 3"/>
                <wp:cNvGraphicFramePr/>
                <a:graphic xmlns:a="http://schemas.openxmlformats.org/drawingml/2006/main">
                  <a:graphicData uri="http://schemas.microsoft.com/office/word/2010/wordprocessingGroup">
                    <wpg:wgp>
                      <wpg:cNvGrpSpPr/>
                      <wpg:grpSpPr>
                        <a:xfrm>
                          <a:off x="0" y="0"/>
                          <a:ext cx="6141720" cy="602615"/>
                          <a:chOff x="0" y="0"/>
                          <a:chExt cx="4943475" cy="602615"/>
                        </a:xfrm>
                      </wpg:grpSpPr>
                      <pic:pic xmlns:pic="http://schemas.openxmlformats.org/drawingml/2006/picture">
                        <pic:nvPicPr>
                          <pic:cNvPr id="317788420" name="Picture 1"/>
                          <pic:cNvPicPr>
                            <a:picLocks noChangeAspect="1"/>
                          </pic:cNvPicPr>
                        </pic:nvPicPr>
                        <pic:blipFill rotWithShape="1">
                          <a:blip r:embed="rId15">
                            <a:extLst>
                              <a:ext uri="{28A0092B-C50C-407E-A947-70E740481C1C}">
                                <a14:useLocalDpi xmlns:a14="http://schemas.microsoft.com/office/drawing/2010/main" val="0"/>
                              </a:ext>
                            </a:extLst>
                          </a:blip>
                          <a:srcRect l="38185"/>
                          <a:stretch>
                            <a:fillRect/>
                          </a:stretch>
                        </pic:blipFill>
                        <pic:spPr bwMode="auto">
                          <a:xfrm>
                            <a:off x="1397000" y="0"/>
                            <a:ext cx="3546475" cy="6026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08320131" name="Image 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38100"/>
                            <a:ext cx="946150" cy="563245"/>
                          </a:xfrm>
                          <a:prstGeom prst="rect">
                            <a:avLst/>
                          </a:prstGeom>
                          <a:noFill/>
                          <a:ln>
                            <a:noFill/>
                          </a:ln>
                        </pic:spPr>
                      </pic:pic>
                    </wpg:wg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w:pict>
              <v:group w14:anchorId="3C5D504F" id="Groupe 3" o:spid="_x0000_s1026" style="position:absolute;margin-left:-1.25pt;margin-top:21.75pt;width:483.6pt;height:47.45pt;z-index:251661312;mso-width-relative:margin" coordsize="49434,60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">
                <v:shape id="Picture 1" o:spid="_x0000_s1027" type="#_x0000_t75" style="position:absolute;left:13970;width:35464;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">
                  <v:imagedata r:id="rId17" o:title="" cropleft="25025f"/>
                </v:shape>
                <v:shape id="Image 2" o:spid="_x0000_s1028" type="#_x0000_t75" style="position:absolute;top:381;width:9461;height:5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">
                  <v:imagedata r:id="rId18" o:title=""/>
                </v:shape>
                <w10:wrap type="square"/>
              </v:group>
            </w:pict>
          </mc:Fallback>
        </mc:AlternateContent>
      </w:r>
      <w:r w:rsidRPr="002E59F9">
        <w:rPr>
          <w:rFonts w:ascii="Arial" w:hAnsi="Arial" w:cs="Arial"/>
          <w:b/>
          <w:color w:val="3333FF"/>
          <w:sz w:val="36"/>
          <w:szCs w:val="26"/>
          <w:lang w:val="fr-FR"/>
        </w:rPr>
        <w:t>Unité de Gestion du Projet (UGP)</w:t>
      </w:r>
    </w:p>
    <w:bookmarkEnd w:id="0"/>
    <w:p w14:paraId="05B94503" w14:textId="77777777" w:rsidR="00371052" w:rsidRDefault="00371052" w:rsidP="00A80F91">
      <w:pPr>
        <w:tabs>
          <w:tab w:val="left" w:pos="4401"/>
          <w:tab w:val="center" w:pos="5031"/>
          <w:tab w:val="left" w:pos="7555"/>
        </w:tabs>
        <w:spacing w:after="120"/>
        <w:jc w:val="center"/>
        <w:rPr>
          <w:rFonts w:ascii="Times New Roman" w:hAnsi="Times New Roman" w:cs="Times New Roman"/>
          <w:b/>
          <w:bCs/>
          <w:sz w:val="24"/>
          <w:szCs w:val="24"/>
          <w:lang w:val="fr-FR"/>
        </w:rPr>
      </w:pPr>
    </w:p>
    <w:p w14:paraId="448D1BC7" w14:textId="20DE2835" w:rsidR="00A80F91" w:rsidRPr="00531573" w:rsidRDefault="00A80F91" w:rsidP="00A80F91">
      <w:pPr>
        <w:tabs>
          <w:tab w:val="left" w:pos="4401"/>
          <w:tab w:val="center" w:pos="5031"/>
          <w:tab w:val="left" w:pos="7555"/>
        </w:tabs>
        <w:spacing w:after="120"/>
        <w:jc w:val="center"/>
        <w:rPr>
          <w:rFonts w:ascii="Times New Roman" w:hAnsi="Times New Roman" w:cs="Times New Roman"/>
          <w:b/>
          <w:bCs/>
          <w:sz w:val="32"/>
          <w:szCs w:val="32"/>
          <w:lang w:val="fr-FR"/>
        </w:rPr>
      </w:pPr>
      <w:r w:rsidRPr="00531573">
        <w:rPr>
          <w:rFonts w:ascii="Times New Roman" w:hAnsi="Times New Roman" w:cs="Times New Roman"/>
          <w:b/>
          <w:bCs/>
          <w:sz w:val="32"/>
          <w:szCs w:val="32"/>
          <w:lang w:val="fr-FR"/>
        </w:rPr>
        <w:t>APPEL A MANIFESTION D’INTERET</w:t>
      </w:r>
    </w:p>
    <w:p w14:paraId="746F7835" w14:textId="77777777" w:rsidR="00A80F91" w:rsidRPr="00C645ED" w:rsidRDefault="00A80F91" w:rsidP="00A80F91">
      <w:pPr>
        <w:tabs>
          <w:tab w:val="left" w:pos="4401"/>
          <w:tab w:val="center" w:pos="5031"/>
          <w:tab w:val="left" w:pos="7555"/>
        </w:tabs>
        <w:spacing w:after="120"/>
        <w:jc w:val="center"/>
        <w:rPr>
          <w:rFonts w:ascii="Times New Roman" w:hAnsi="Times New Roman" w:cs="Times New Roman"/>
          <w:b/>
          <w:bCs/>
          <w:sz w:val="24"/>
          <w:szCs w:val="24"/>
          <w:lang w:val="fr-FR"/>
        </w:rPr>
      </w:pPr>
    </w:p>
    <w:p w14:paraId="73637E10" w14:textId="70DB79BD" w:rsidR="00A80F91" w:rsidRPr="00C645ED" w:rsidRDefault="00A80F91" w:rsidP="00921F25">
      <w:pPr>
        <w:tabs>
          <w:tab w:val="left" w:pos="4401"/>
          <w:tab w:val="center" w:pos="5031"/>
          <w:tab w:val="left" w:pos="7555"/>
        </w:tabs>
        <w:spacing w:after="120"/>
        <w:ind w:left="-709" w:right="-383"/>
        <w:jc w:val="center"/>
        <w:rPr>
          <w:rFonts w:ascii="Times New Roman" w:hAnsi="Times New Roman" w:cs="Times New Roman"/>
          <w:b/>
          <w:bCs/>
          <w:sz w:val="24"/>
          <w:szCs w:val="24"/>
          <w:lang w:val="fr-FR"/>
        </w:rPr>
      </w:pPr>
      <w:r w:rsidRPr="00C645ED">
        <w:rPr>
          <w:rFonts w:ascii="Times New Roman" w:hAnsi="Times New Roman" w:cs="Times New Roman"/>
          <w:b/>
          <w:bCs/>
          <w:sz w:val="24"/>
          <w:szCs w:val="24"/>
          <w:lang w:val="fr-FR"/>
        </w:rPr>
        <w:t>RECRUTEMENT POUR LE PROJET AUTONOMISATION PAR LA VALORISATION DE L’ENT REPRENEURIAT AGRICOLE ET RURAL SENSIBLE A LA NUTRITION, INCLUSIF ET RESILIENT (AVENIR)</w:t>
      </w:r>
    </w:p>
    <w:p w14:paraId="03E4304B" w14:textId="77777777" w:rsidR="00E87849" w:rsidRPr="00C645ED" w:rsidRDefault="007D2833">
      <w:pPr>
        <w:rPr>
          <w:rFonts w:ascii="Times New Roman" w:hAnsi="Times New Roman" w:cs="Times New Roman"/>
          <w:sz w:val="24"/>
          <w:szCs w:val="24"/>
          <w:lang w:val="fr-FR"/>
        </w:rPr>
      </w:pPr>
      <w:r>
        <w:rPr>
          <w:rFonts w:ascii="Times New Roman" w:hAnsi="Times New Roman" w:cs="Times New Roman"/>
          <w:noProof/>
          <w:sz w:val="24"/>
          <w:szCs w:val="24"/>
          <w:lang w:val="fr-FR"/>
        </w:rPr>
        <w:pict w14:anchorId="45F47280">
          <v:rect id="_x0000_i1025" alt="" style="width:431.9pt;height:.05pt;mso-width-percent:0;mso-height-percent:0;mso-width-percent:0;mso-height-percent:0" o:hrpct="957" o:hralign="center" o:hrstd="t" o:hr="t" fillcolor="#a0a0a0" stroked="f"/>
        </w:pict>
      </w:r>
    </w:p>
    <w:p w14:paraId="641D6EA8" w14:textId="77777777" w:rsidR="00E87849" w:rsidRPr="00C645ED" w:rsidRDefault="000C049C" w:rsidP="001E35F5">
      <w:pPr>
        <w:pStyle w:val="Paragraphedeliste"/>
        <w:numPr>
          <w:ilvl w:val="0"/>
          <w:numId w:val="8"/>
        </w:numPr>
        <w:jc w:val="both"/>
        <w:rPr>
          <w:rFonts w:ascii="Times New Roman" w:hAnsi="Times New Roman" w:cs="Times New Roman"/>
          <w:b/>
          <w:sz w:val="24"/>
          <w:szCs w:val="24"/>
          <w:lang w:val="fr-FR"/>
        </w:rPr>
      </w:pPr>
      <w:r w:rsidRPr="00C645ED">
        <w:rPr>
          <w:rFonts w:ascii="Times New Roman" w:hAnsi="Times New Roman" w:cs="Times New Roman"/>
          <w:b/>
          <w:sz w:val="24"/>
          <w:szCs w:val="24"/>
          <w:lang w:val="fr-FR"/>
        </w:rPr>
        <w:t xml:space="preserve">Contexte </w:t>
      </w:r>
    </w:p>
    <w:p w14:paraId="582B12D3" w14:textId="77777777" w:rsidR="00E87849" w:rsidRPr="00C645ED" w:rsidRDefault="000C049C" w:rsidP="00632E83">
      <w:p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Le Gouvernement de la République Démocratique du Congo a reçu du Fonds International de Développement Agricole (FIDA), un financement d’un montant de 45,2 millions </w:t>
      </w:r>
      <w:r w:rsidR="00C3731A" w:rsidRPr="00C645ED">
        <w:rPr>
          <w:rFonts w:ascii="Times New Roman" w:hAnsi="Times New Roman" w:cs="Times New Roman"/>
          <w:sz w:val="24"/>
          <w:szCs w:val="24"/>
          <w:lang w:val="fr-FR"/>
        </w:rPr>
        <w:t>d’USD q</w:t>
      </w:r>
      <w:r w:rsidRPr="00C645ED">
        <w:rPr>
          <w:rFonts w:ascii="Times New Roman" w:hAnsi="Times New Roman" w:cs="Times New Roman"/>
          <w:sz w:val="24"/>
          <w:szCs w:val="24"/>
          <w:lang w:val="fr-FR"/>
        </w:rPr>
        <w:t xml:space="preserve">ui a été approuvé lors de la 137e session de son Conseil d'administration en date du 28 décembre 2022, et de l’Agence Française de Développement un financement d’un montant de 50 millions d’euros, conformément aux résolutions de son Comité des États Étrangers en date du 16 novembre 2022 pour la mise en œuvre du Projet d’Autonomisation par la valorisation de l’Entreprenariat agricole et rural sensible à la Nutrition, Inclusif et Résilient (AVENIR) pour une durée de 7 ans.  </w:t>
      </w:r>
    </w:p>
    <w:p w14:paraId="077E02CB" w14:textId="77777777" w:rsidR="00E87849" w:rsidRPr="00C645ED" w:rsidRDefault="00C3731A" w:rsidP="00632E83">
      <w:p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Le Projet </w:t>
      </w:r>
      <w:r w:rsidR="000C049C" w:rsidRPr="00C645ED">
        <w:rPr>
          <w:rFonts w:ascii="Times New Roman" w:hAnsi="Times New Roman" w:cs="Times New Roman"/>
          <w:sz w:val="24"/>
          <w:szCs w:val="24"/>
          <w:lang w:val="fr-FR"/>
        </w:rPr>
        <w:t>AVENIR sera exécuté dans les provinces du Kongo Central, Kwango, Kwilu, Maï-Ndombe et la périphérie agricole de Kinshasa.</w:t>
      </w:r>
    </w:p>
    <w:p w14:paraId="083DECEF" w14:textId="77777777" w:rsidR="003C489E" w:rsidRPr="00C645ED" w:rsidRDefault="003C489E" w:rsidP="00632E83">
      <w:p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L’objectif de développement du P</w:t>
      </w:r>
      <w:r w:rsidR="000C049C" w:rsidRPr="00C645ED">
        <w:rPr>
          <w:rFonts w:ascii="Times New Roman" w:hAnsi="Times New Roman" w:cs="Times New Roman"/>
          <w:sz w:val="24"/>
          <w:szCs w:val="24"/>
          <w:lang w:val="fr-FR"/>
        </w:rPr>
        <w:t xml:space="preserve">rojet AVENIR est de soutenir la transformation durable de l'agriculture familiale et une meilleure gestion des ressources naturelles contribuant à l'atténuation du changement climatique, l’amélioration des revenus et la diversité alimentaire des ménages ruraux. </w:t>
      </w:r>
    </w:p>
    <w:p w14:paraId="70A0F8DF" w14:textId="5FA4EC81" w:rsidR="003C489E" w:rsidRPr="00C645ED" w:rsidRDefault="000C049C" w:rsidP="00632E83">
      <w:p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Pour atteindre cet objectif, le Projet </w:t>
      </w:r>
      <w:r w:rsidR="003C489E" w:rsidRPr="00C645ED">
        <w:rPr>
          <w:rFonts w:ascii="Times New Roman" w:hAnsi="Times New Roman" w:cs="Times New Roman"/>
          <w:sz w:val="24"/>
          <w:szCs w:val="24"/>
          <w:lang w:val="fr-FR"/>
        </w:rPr>
        <w:t>vise</w:t>
      </w:r>
      <w:r w:rsidR="000B642E" w:rsidRPr="00C645ED">
        <w:rPr>
          <w:rFonts w:ascii="Times New Roman" w:hAnsi="Times New Roman" w:cs="Times New Roman"/>
          <w:sz w:val="24"/>
          <w:szCs w:val="24"/>
          <w:lang w:val="fr-FR"/>
        </w:rPr>
        <w:t xml:space="preserve"> </w:t>
      </w:r>
      <w:r w:rsidR="003C489E" w:rsidRPr="00C645ED">
        <w:rPr>
          <w:rFonts w:ascii="Times New Roman" w:hAnsi="Times New Roman" w:cs="Times New Roman"/>
          <w:sz w:val="24"/>
          <w:szCs w:val="24"/>
          <w:lang w:val="fr-FR"/>
        </w:rPr>
        <w:t>:</w:t>
      </w:r>
      <w:r w:rsidRPr="00C645ED">
        <w:rPr>
          <w:rFonts w:ascii="Times New Roman" w:hAnsi="Times New Roman" w:cs="Times New Roman"/>
          <w:sz w:val="24"/>
          <w:szCs w:val="24"/>
          <w:lang w:val="fr-FR"/>
        </w:rPr>
        <w:t xml:space="preserve"> </w:t>
      </w:r>
    </w:p>
    <w:p w14:paraId="6A78670A" w14:textId="237F962A" w:rsidR="00E87849" w:rsidRPr="00C645ED" w:rsidRDefault="000C049C" w:rsidP="001E35F5">
      <w:pPr>
        <w:pStyle w:val="Paragraphedeliste"/>
        <w:numPr>
          <w:ilvl w:val="0"/>
          <w:numId w:val="7"/>
        </w:num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L’amélioration de </w:t>
      </w:r>
      <w:r w:rsidR="00932001" w:rsidRPr="00C645ED">
        <w:rPr>
          <w:rFonts w:ascii="Times New Roman" w:hAnsi="Times New Roman" w:cs="Times New Roman"/>
          <w:sz w:val="24"/>
          <w:szCs w:val="24"/>
          <w:lang w:val="fr-FR"/>
        </w:rPr>
        <w:t>l’</w:t>
      </w:r>
      <w:r w:rsidR="00932001">
        <w:rPr>
          <w:rFonts w:ascii="Times New Roman" w:hAnsi="Times New Roman" w:cs="Times New Roman"/>
          <w:sz w:val="24"/>
          <w:szCs w:val="24"/>
          <w:lang w:val="fr-FR"/>
        </w:rPr>
        <w:t>a</w:t>
      </w:r>
      <w:r w:rsidR="00932001" w:rsidRPr="00C645ED">
        <w:rPr>
          <w:rFonts w:ascii="Times New Roman" w:hAnsi="Times New Roman" w:cs="Times New Roman"/>
          <w:sz w:val="24"/>
          <w:szCs w:val="24"/>
          <w:lang w:val="fr-FR"/>
        </w:rPr>
        <w:t xml:space="preserve">griculture </w:t>
      </w:r>
      <w:r w:rsidRPr="00C645ED">
        <w:rPr>
          <w:rFonts w:ascii="Times New Roman" w:hAnsi="Times New Roman" w:cs="Times New Roman"/>
          <w:sz w:val="24"/>
          <w:szCs w:val="24"/>
          <w:lang w:val="fr-FR"/>
        </w:rPr>
        <w:t xml:space="preserve">familiale et l’entrepreneuriat agricole et rural durable à travers la </w:t>
      </w:r>
      <w:r w:rsidR="00932001">
        <w:rPr>
          <w:rFonts w:ascii="Times New Roman" w:hAnsi="Times New Roman" w:cs="Times New Roman"/>
          <w:sz w:val="24"/>
          <w:szCs w:val="24"/>
          <w:lang w:val="fr-FR"/>
        </w:rPr>
        <w:t>p</w:t>
      </w:r>
      <w:r w:rsidR="00932001" w:rsidRPr="00C645ED">
        <w:rPr>
          <w:rFonts w:ascii="Times New Roman" w:hAnsi="Times New Roman" w:cs="Times New Roman"/>
          <w:sz w:val="24"/>
          <w:szCs w:val="24"/>
          <w:lang w:val="fr-FR"/>
        </w:rPr>
        <w:t xml:space="preserve">lanification </w:t>
      </w:r>
      <w:r w:rsidRPr="00C645ED">
        <w:rPr>
          <w:rFonts w:ascii="Times New Roman" w:hAnsi="Times New Roman" w:cs="Times New Roman"/>
          <w:sz w:val="24"/>
          <w:szCs w:val="24"/>
          <w:lang w:val="fr-FR"/>
        </w:rPr>
        <w:t>participative et territoriale, en partant des plans simplifiés d’aménagement du territoire (PSAT) pour déboucher à la (i) sécurisation de 250 000 ha de forêts communautaires ; (ii) agroforesterie et production durable de charbon avec des essences à croissance rapide ; et (iii) plans de cogestion des pêches ;</w:t>
      </w:r>
    </w:p>
    <w:p w14:paraId="2815D75B" w14:textId="77777777" w:rsidR="00E87849" w:rsidRPr="00CF0188" w:rsidRDefault="00E87849" w:rsidP="00632E83">
      <w:pPr>
        <w:spacing w:after="0"/>
        <w:jc w:val="both"/>
        <w:rPr>
          <w:rFonts w:ascii="Times New Roman" w:hAnsi="Times New Roman" w:cs="Times New Roman"/>
          <w:sz w:val="18"/>
          <w:szCs w:val="18"/>
          <w:lang w:val="fr-FR"/>
        </w:rPr>
      </w:pPr>
    </w:p>
    <w:p w14:paraId="68F38709" w14:textId="77777777" w:rsidR="00E87849" w:rsidRDefault="000C049C" w:rsidP="001E35F5">
      <w:pPr>
        <w:pStyle w:val="Paragraphedeliste"/>
        <w:numPr>
          <w:ilvl w:val="0"/>
          <w:numId w:val="7"/>
        </w:num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L’amélioration de l'accès aux moyens de production et des pratiques agricoles durables à travers la : (i) production de matériel génétique amélioré ; (ii) mise en place de champs écoles paysans (CEP) ; et (iii) développement de la petite mécanisation agricole ; </w:t>
      </w:r>
    </w:p>
    <w:p w14:paraId="7AF28D0F" w14:textId="77777777" w:rsidR="00E87849" w:rsidRPr="00C645ED" w:rsidRDefault="000C049C" w:rsidP="001E35F5">
      <w:pPr>
        <w:pStyle w:val="Paragraphedeliste"/>
        <w:numPr>
          <w:ilvl w:val="0"/>
          <w:numId w:val="7"/>
        </w:num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lastRenderedPageBreak/>
        <w:t xml:space="preserve">L’amélioration de l’accès inclusif aux aliments nutritifs : (i) agriculture sensible à la nutrition et pratiques alimentaires saines (jardins de case, foyers améliorés, postes d’eau autonomes) ; (ii) transformation et commercialisation de produits agro-pastoraux (aliments à haute valeur nutritive pour les jeunes enfants) ; et (iii) alphabétisation fonctionnelle et sensibilisation aux aspects de genre et violence domestique ; </w:t>
      </w:r>
    </w:p>
    <w:p w14:paraId="7DB39185" w14:textId="77777777" w:rsidR="00E87849" w:rsidRPr="00C645ED" w:rsidRDefault="000C049C" w:rsidP="001E35F5">
      <w:pPr>
        <w:pStyle w:val="Paragraphedeliste"/>
        <w:numPr>
          <w:ilvl w:val="0"/>
          <w:numId w:val="7"/>
        </w:num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L’amélioration des capacités et de l'accès au financement rural : (i) formation/incubation entrepreneuriale de 3 000 jeunes et femmes ; (ii) développement de produits financiers adaptés ; et (iii) financement à cout partagés (40% en subvention, 10% en autofinancement et 50% en prêt octroyé par les institutions financières) ; </w:t>
      </w:r>
    </w:p>
    <w:p w14:paraId="4A8F44FE" w14:textId="77777777" w:rsidR="00E87849" w:rsidRDefault="000C049C" w:rsidP="001E35F5">
      <w:pPr>
        <w:pStyle w:val="Paragraphedeliste"/>
        <w:numPr>
          <w:ilvl w:val="0"/>
          <w:numId w:val="7"/>
        </w:num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Le désenclavement et marchés territoriaux à travers la Réhabilitation des infrastructures économiques: (i) 7 marchés de demi-gros et 14 marchés de collecte; (ii) 15 ports fluviaux; et (iii) 670 km de tronçons défectueux de pistes désenclavant les bassins de production ; la mise en place du Dispositif de gestion et de maintenance des infrastructures économiques: (i) mise en place de 21 cadres de concertation interprofessionnelle intégrant un système d'information des marchés; (ii) mise en place de comités locaux d'entretien des routes; et (iii) appui aux organisations de producteurs ayant des activités marchandes autour et au sein des marchés.</w:t>
      </w:r>
    </w:p>
    <w:p w14:paraId="21A8D1DD" w14:textId="77777777" w:rsidR="00951988" w:rsidRDefault="00951988" w:rsidP="00632E83">
      <w:pPr>
        <w:spacing w:after="0"/>
        <w:jc w:val="both"/>
        <w:rPr>
          <w:rFonts w:ascii="Times New Roman" w:hAnsi="Times New Roman" w:cs="Times New Roman"/>
          <w:sz w:val="24"/>
          <w:szCs w:val="24"/>
          <w:lang w:val="fr-FR"/>
        </w:rPr>
      </w:pPr>
    </w:p>
    <w:p w14:paraId="2B0EACB9" w14:textId="77777777" w:rsidR="00FB65E2" w:rsidRDefault="00FB65E2" w:rsidP="00632E83">
      <w:pPr>
        <w:spacing w:after="0"/>
        <w:jc w:val="both"/>
        <w:rPr>
          <w:rFonts w:ascii="Times New Roman" w:hAnsi="Times New Roman" w:cs="Times New Roman"/>
          <w:b/>
          <w:bCs/>
          <w:sz w:val="24"/>
          <w:szCs w:val="24"/>
          <w:lang w:val="fr-FR"/>
        </w:rPr>
      </w:pPr>
    </w:p>
    <w:p w14:paraId="21D5F4DF" w14:textId="79F2C859" w:rsidR="00AB7F58" w:rsidRPr="00A72703" w:rsidRDefault="002433FD" w:rsidP="001E35F5">
      <w:pPr>
        <w:pStyle w:val="Paragraphedeliste"/>
        <w:numPr>
          <w:ilvl w:val="0"/>
          <w:numId w:val="15"/>
        </w:numPr>
        <w:spacing w:after="0"/>
        <w:jc w:val="both"/>
        <w:rPr>
          <w:rFonts w:ascii="Times New Roman" w:hAnsi="Times New Roman" w:cs="Times New Roman"/>
          <w:b/>
          <w:bCs/>
          <w:color w:val="3333FF"/>
          <w:sz w:val="24"/>
          <w:szCs w:val="24"/>
          <w:lang w:val="fr-FR"/>
        </w:rPr>
      </w:pPr>
      <w:r w:rsidRPr="00A72703">
        <w:rPr>
          <w:rFonts w:ascii="Times New Roman" w:hAnsi="Times New Roman" w:cs="Times New Roman"/>
          <w:b/>
          <w:bCs/>
          <w:color w:val="3333FF"/>
          <w:sz w:val="24"/>
          <w:szCs w:val="24"/>
          <w:lang w:val="fr-FR"/>
        </w:rPr>
        <w:t>RECRUTEMENT D’UN COORDONNATEUR NATIONAL ADJOINT ET RESPONSABLE DU SUIVI-EVALUATION DU PROJET AVENIR.</w:t>
      </w:r>
    </w:p>
    <w:p w14:paraId="34B05775" w14:textId="77777777" w:rsidR="00AB7F58" w:rsidRPr="00C645ED" w:rsidRDefault="00AB7F58" w:rsidP="00632E83">
      <w:pPr>
        <w:pStyle w:val="Paragraphedeliste"/>
        <w:spacing w:after="0"/>
        <w:jc w:val="both"/>
        <w:rPr>
          <w:rFonts w:ascii="Times New Roman" w:hAnsi="Times New Roman" w:cs="Times New Roman"/>
          <w:b/>
          <w:bCs/>
          <w:sz w:val="24"/>
          <w:szCs w:val="24"/>
          <w:lang w:val="fr-FR"/>
        </w:rPr>
      </w:pPr>
    </w:p>
    <w:p w14:paraId="06F3A57E" w14:textId="77777777" w:rsidR="00AB7F58" w:rsidRPr="00C645ED" w:rsidRDefault="00AB7F58" w:rsidP="00632E83">
      <w:pPr>
        <w:spacing w:before="240" w:after="240"/>
        <w:jc w:val="both"/>
        <w:rPr>
          <w:rFonts w:ascii="Times New Roman" w:hAnsi="Times New Roman" w:cs="Times New Roman"/>
          <w:b/>
          <w:bCs/>
          <w:sz w:val="24"/>
          <w:szCs w:val="24"/>
          <w:u w:val="single"/>
          <w:lang w:val="fr-CD"/>
        </w:rPr>
      </w:pPr>
      <w:r w:rsidRPr="00C645ED">
        <w:rPr>
          <w:rFonts w:ascii="Times New Roman" w:hAnsi="Times New Roman" w:cs="Times New Roman"/>
          <w:b/>
          <w:bCs/>
          <w:sz w:val="24"/>
          <w:szCs w:val="24"/>
          <w:u w:val="single"/>
          <w:lang w:val="fr-CD"/>
        </w:rPr>
        <w:t>Missions</w:t>
      </w:r>
    </w:p>
    <w:p w14:paraId="4C208B0B" w14:textId="3D8B84D9" w:rsidR="00AB7F58" w:rsidRPr="00C645ED" w:rsidRDefault="00AB7F58"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Sous la supervision du Coordonnateur </w:t>
      </w:r>
      <w:r w:rsidR="002433FD" w:rsidRPr="00C645ED">
        <w:rPr>
          <w:rFonts w:ascii="Times New Roman" w:hAnsi="Times New Roman" w:cs="Times New Roman"/>
          <w:sz w:val="24"/>
          <w:szCs w:val="24"/>
          <w:lang w:val="fr-CD"/>
        </w:rPr>
        <w:t xml:space="preserve">National </w:t>
      </w:r>
      <w:r w:rsidRPr="00C645ED">
        <w:rPr>
          <w:rFonts w:ascii="Times New Roman" w:hAnsi="Times New Roman" w:cs="Times New Roman"/>
          <w:sz w:val="24"/>
          <w:szCs w:val="24"/>
          <w:lang w:val="fr-CD"/>
        </w:rPr>
        <w:t>du Projet, l</w:t>
      </w:r>
      <w:r w:rsidR="00632E83">
        <w:rPr>
          <w:rFonts w:ascii="Times New Roman" w:hAnsi="Times New Roman" w:cs="Times New Roman"/>
          <w:sz w:val="24"/>
          <w:szCs w:val="24"/>
          <w:lang w:val="fr-CD"/>
        </w:rPr>
        <w:t>e/la</w:t>
      </w:r>
      <w:r w:rsidR="00876DF3" w:rsidRPr="00876DF3">
        <w:rPr>
          <w:rFonts w:ascii="Times New Roman" w:hAnsi="Times New Roman" w:cs="Times New Roman"/>
          <w:sz w:val="24"/>
          <w:szCs w:val="24"/>
          <w:lang w:val="fr-CD"/>
        </w:rPr>
        <w:t xml:space="preserve"> </w:t>
      </w:r>
      <w:r w:rsidR="00876DF3" w:rsidRPr="00C645ED">
        <w:rPr>
          <w:rFonts w:ascii="Times New Roman" w:hAnsi="Times New Roman" w:cs="Times New Roman"/>
          <w:sz w:val="24"/>
          <w:szCs w:val="24"/>
          <w:lang w:val="fr-CD"/>
        </w:rPr>
        <w:t>Coordinateur/trice adjoint</w:t>
      </w:r>
      <w:r w:rsidR="006201EC">
        <w:rPr>
          <w:rFonts w:ascii="Times New Roman" w:hAnsi="Times New Roman" w:cs="Times New Roman"/>
          <w:sz w:val="24"/>
          <w:szCs w:val="24"/>
          <w:lang w:val="fr-CD"/>
        </w:rPr>
        <w:t>/e</w:t>
      </w:r>
      <w:r w:rsidR="00876DF3" w:rsidRPr="00C645ED">
        <w:rPr>
          <w:rFonts w:ascii="Times New Roman" w:hAnsi="Times New Roman" w:cs="Times New Roman"/>
          <w:sz w:val="24"/>
          <w:szCs w:val="24"/>
          <w:lang w:val="fr-CD"/>
        </w:rPr>
        <w:t xml:space="preserve"> </w:t>
      </w:r>
      <w:r w:rsidR="006872F9">
        <w:rPr>
          <w:rFonts w:ascii="Times New Roman" w:hAnsi="Times New Roman" w:cs="Times New Roman"/>
          <w:sz w:val="24"/>
          <w:szCs w:val="24"/>
          <w:lang w:val="fr-CD"/>
        </w:rPr>
        <w:t xml:space="preserve">et </w:t>
      </w:r>
      <w:r w:rsidR="006872F9" w:rsidRPr="00C645ED">
        <w:rPr>
          <w:rFonts w:ascii="Times New Roman" w:hAnsi="Times New Roman" w:cs="Times New Roman"/>
          <w:sz w:val="24"/>
          <w:szCs w:val="24"/>
          <w:lang w:val="fr-CD"/>
        </w:rPr>
        <w:t>Responsable</w:t>
      </w:r>
      <w:r w:rsidRPr="00C645ED">
        <w:rPr>
          <w:rFonts w:ascii="Times New Roman" w:hAnsi="Times New Roman" w:cs="Times New Roman"/>
          <w:sz w:val="24"/>
          <w:szCs w:val="24"/>
          <w:lang w:val="fr-CD"/>
        </w:rPr>
        <w:t xml:space="preserve"> </w:t>
      </w:r>
      <w:r w:rsidR="00876DF3">
        <w:rPr>
          <w:rFonts w:ascii="Times New Roman" w:hAnsi="Times New Roman" w:cs="Times New Roman"/>
          <w:sz w:val="24"/>
          <w:szCs w:val="24"/>
          <w:lang w:val="fr-CD"/>
        </w:rPr>
        <w:t xml:space="preserve">de </w:t>
      </w:r>
      <w:r w:rsidRPr="00C645ED">
        <w:rPr>
          <w:rFonts w:ascii="Times New Roman" w:hAnsi="Times New Roman" w:cs="Times New Roman"/>
          <w:sz w:val="24"/>
          <w:szCs w:val="24"/>
          <w:lang w:val="fr-CD"/>
        </w:rPr>
        <w:t xml:space="preserve">Suivi et </w:t>
      </w:r>
      <w:r w:rsidR="00932001" w:rsidRPr="00C645ED">
        <w:rPr>
          <w:rFonts w:ascii="Times New Roman" w:hAnsi="Times New Roman" w:cs="Times New Roman"/>
          <w:sz w:val="24"/>
          <w:szCs w:val="24"/>
          <w:lang w:val="fr-CD"/>
        </w:rPr>
        <w:t>Évaluation</w:t>
      </w:r>
      <w:r w:rsidRPr="00C645ED">
        <w:rPr>
          <w:rFonts w:ascii="Times New Roman" w:hAnsi="Times New Roman" w:cs="Times New Roman"/>
          <w:sz w:val="24"/>
          <w:szCs w:val="24"/>
          <w:lang w:val="fr-CD"/>
        </w:rPr>
        <w:t xml:space="preserve">- sera basé(e) à Kikwit à l'UGP avec des déplacements fréquents dans la zone d’intervention du projet. </w:t>
      </w:r>
    </w:p>
    <w:p w14:paraId="5FCAC332" w14:textId="02DF2303" w:rsidR="00EE3E98" w:rsidRDefault="00AB7F58"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Le/ Coordonnateur adjoint </w:t>
      </w:r>
      <w:r w:rsidR="00555F97">
        <w:rPr>
          <w:rFonts w:ascii="Times New Roman" w:hAnsi="Times New Roman" w:cs="Times New Roman"/>
          <w:sz w:val="24"/>
          <w:szCs w:val="24"/>
          <w:lang w:val="fr-CD"/>
        </w:rPr>
        <w:t xml:space="preserve">et </w:t>
      </w:r>
      <w:r w:rsidR="00555F97" w:rsidRPr="00C645ED">
        <w:rPr>
          <w:rFonts w:ascii="Times New Roman" w:hAnsi="Times New Roman" w:cs="Times New Roman"/>
          <w:sz w:val="24"/>
          <w:szCs w:val="24"/>
          <w:lang w:val="fr-CD"/>
        </w:rPr>
        <w:t>responsable</w:t>
      </w:r>
      <w:r w:rsidR="00EE3E98" w:rsidRPr="00C645ED">
        <w:rPr>
          <w:rFonts w:ascii="Times New Roman" w:hAnsi="Times New Roman" w:cs="Times New Roman"/>
          <w:sz w:val="24"/>
          <w:szCs w:val="24"/>
          <w:lang w:val="fr-CD"/>
        </w:rPr>
        <w:t xml:space="preserve"> du suivi/évaluation </w:t>
      </w:r>
      <w:r w:rsidRPr="00C645ED">
        <w:rPr>
          <w:rFonts w:ascii="Times New Roman" w:hAnsi="Times New Roman" w:cs="Times New Roman"/>
          <w:sz w:val="24"/>
          <w:szCs w:val="24"/>
          <w:lang w:val="fr-CD"/>
        </w:rPr>
        <w:t xml:space="preserve">sera chargé(e) d´assurer </w:t>
      </w:r>
      <w:r w:rsidR="00EE3E98">
        <w:rPr>
          <w:rFonts w:ascii="Times New Roman" w:hAnsi="Times New Roman" w:cs="Times New Roman"/>
          <w:sz w:val="24"/>
          <w:szCs w:val="24"/>
          <w:lang w:val="fr-CD"/>
        </w:rPr>
        <w:t xml:space="preserve">d’appuyer le Coordonnateur National dans la coordination et </w:t>
      </w:r>
      <w:r w:rsidR="00411D89">
        <w:rPr>
          <w:rFonts w:ascii="Times New Roman" w:hAnsi="Times New Roman" w:cs="Times New Roman"/>
          <w:sz w:val="24"/>
          <w:szCs w:val="24"/>
          <w:lang w:val="fr-CD"/>
        </w:rPr>
        <w:t xml:space="preserve">planification </w:t>
      </w:r>
      <w:r w:rsidR="00555F97">
        <w:rPr>
          <w:rFonts w:ascii="Times New Roman" w:hAnsi="Times New Roman" w:cs="Times New Roman"/>
          <w:sz w:val="24"/>
          <w:szCs w:val="24"/>
          <w:lang w:val="fr-CD"/>
        </w:rPr>
        <w:t>stratégique</w:t>
      </w:r>
      <w:r w:rsidR="00411D89">
        <w:rPr>
          <w:rFonts w:ascii="Times New Roman" w:hAnsi="Times New Roman" w:cs="Times New Roman"/>
          <w:sz w:val="24"/>
          <w:szCs w:val="24"/>
          <w:lang w:val="fr-CD"/>
        </w:rPr>
        <w:t xml:space="preserve"> de l’ensemble des </w:t>
      </w:r>
      <w:r w:rsidR="00555F97">
        <w:rPr>
          <w:rFonts w:ascii="Times New Roman" w:hAnsi="Times New Roman" w:cs="Times New Roman"/>
          <w:sz w:val="24"/>
          <w:szCs w:val="24"/>
          <w:lang w:val="fr-CD"/>
        </w:rPr>
        <w:t>activités</w:t>
      </w:r>
      <w:r w:rsidR="00411D89">
        <w:rPr>
          <w:rFonts w:ascii="Times New Roman" w:hAnsi="Times New Roman" w:cs="Times New Roman"/>
          <w:sz w:val="24"/>
          <w:szCs w:val="24"/>
          <w:lang w:val="fr-CD"/>
        </w:rPr>
        <w:t xml:space="preserve"> du projet. Il assurera l’</w:t>
      </w:r>
      <w:r w:rsidR="00555F97">
        <w:rPr>
          <w:rFonts w:ascii="Times New Roman" w:hAnsi="Times New Roman" w:cs="Times New Roman"/>
          <w:sz w:val="24"/>
          <w:szCs w:val="24"/>
          <w:lang w:val="fr-CD"/>
        </w:rPr>
        <w:t>intérim</w:t>
      </w:r>
      <w:r w:rsidR="00411D89">
        <w:rPr>
          <w:rFonts w:ascii="Times New Roman" w:hAnsi="Times New Roman" w:cs="Times New Roman"/>
          <w:sz w:val="24"/>
          <w:szCs w:val="24"/>
          <w:lang w:val="fr-CD"/>
        </w:rPr>
        <w:t xml:space="preserve"> du bureau lors que le Coordonnateur National est en conge ou en mission</w:t>
      </w:r>
      <w:r w:rsidR="006E4CB9">
        <w:rPr>
          <w:rFonts w:ascii="Times New Roman" w:hAnsi="Times New Roman" w:cs="Times New Roman"/>
          <w:sz w:val="24"/>
          <w:szCs w:val="24"/>
          <w:lang w:val="fr-CD"/>
        </w:rPr>
        <w:t xml:space="preserve">. Il représente le projet lors des </w:t>
      </w:r>
      <w:r w:rsidR="00555F97">
        <w:rPr>
          <w:rFonts w:ascii="Times New Roman" w:hAnsi="Times New Roman" w:cs="Times New Roman"/>
          <w:sz w:val="24"/>
          <w:szCs w:val="24"/>
          <w:lang w:val="fr-CD"/>
        </w:rPr>
        <w:t>réunions</w:t>
      </w:r>
      <w:r w:rsidR="006E4CB9">
        <w:rPr>
          <w:rFonts w:ascii="Times New Roman" w:hAnsi="Times New Roman" w:cs="Times New Roman"/>
          <w:sz w:val="24"/>
          <w:szCs w:val="24"/>
          <w:lang w:val="fr-CD"/>
        </w:rPr>
        <w:t xml:space="preserve"> </w:t>
      </w:r>
      <w:r w:rsidR="00555F97">
        <w:rPr>
          <w:rFonts w:ascii="Times New Roman" w:hAnsi="Times New Roman" w:cs="Times New Roman"/>
          <w:sz w:val="24"/>
          <w:szCs w:val="24"/>
          <w:lang w:val="fr-CD"/>
        </w:rPr>
        <w:t>stratégiques et fournir les informations nécessaires.</w:t>
      </w:r>
    </w:p>
    <w:p w14:paraId="17830EA6" w14:textId="283C3F02" w:rsidR="00AB7F58" w:rsidRPr="00C645ED" w:rsidRDefault="00273AAF" w:rsidP="00632E83">
      <w:pPr>
        <w:jc w:val="both"/>
        <w:rPr>
          <w:rFonts w:ascii="Times New Roman" w:hAnsi="Times New Roman" w:cs="Times New Roman"/>
          <w:sz w:val="24"/>
          <w:szCs w:val="24"/>
          <w:lang w:val="fr-CD"/>
        </w:rPr>
      </w:pPr>
      <w:r>
        <w:rPr>
          <w:rFonts w:ascii="Times New Roman" w:hAnsi="Times New Roman" w:cs="Times New Roman"/>
          <w:sz w:val="24"/>
          <w:szCs w:val="24"/>
          <w:lang w:val="fr-CD"/>
        </w:rPr>
        <w:t xml:space="preserve">Il est responsable de </w:t>
      </w:r>
      <w:r w:rsidR="00AB7F58" w:rsidRPr="00C645ED">
        <w:rPr>
          <w:rFonts w:ascii="Times New Roman" w:hAnsi="Times New Roman" w:cs="Times New Roman"/>
          <w:sz w:val="24"/>
          <w:szCs w:val="24"/>
          <w:lang w:val="fr-CD"/>
        </w:rPr>
        <w:t xml:space="preserve">la planification, le suivi et l´évaluation périodique de toutes les activités du Projet, ainsi que de la coordination du Projet. </w:t>
      </w:r>
    </w:p>
    <w:p w14:paraId="19D5AE21" w14:textId="77777777" w:rsidR="00AB7F58" w:rsidRPr="00C645ED" w:rsidRDefault="00AB7F58"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Il/elle sera également chargé(e) de coordonner l'appui des acteurs et partenaires du projet dans la mise en place de leurs propres dispositifs et de s’assurer de leurs cohérences avec celui-du Projet, ainsi que d’appuyer les autres membres de l’UGP. Il/Elle supervisera aussi les chefs d’antenne des provinces pour la qualité de la collecte des données dans le respect des délais prévus, ainsi de s’assurer que les opérateurs et les partenaires de mise en œuvre remplissent leurs tâches de gestion et production de l’information. </w:t>
      </w:r>
    </w:p>
    <w:p w14:paraId="3585E7D4" w14:textId="7BBF6A8E" w:rsidR="00AB7F58" w:rsidRPr="00C645ED" w:rsidRDefault="00AB7F58"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Le </w:t>
      </w:r>
      <w:r w:rsidR="008F7182" w:rsidRPr="00C645ED">
        <w:rPr>
          <w:rFonts w:ascii="Times New Roman" w:hAnsi="Times New Roman" w:cs="Times New Roman"/>
          <w:sz w:val="24"/>
          <w:szCs w:val="24"/>
          <w:lang w:val="fr-CD"/>
        </w:rPr>
        <w:t>Coordo Adjoint</w:t>
      </w:r>
      <w:r w:rsidRPr="00C645ED">
        <w:rPr>
          <w:rFonts w:ascii="Times New Roman" w:hAnsi="Times New Roman" w:cs="Times New Roman"/>
          <w:sz w:val="24"/>
          <w:szCs w:val="24"/>
          <w:lang w:val="fr-CD"/>
        </w:rPr>
        <w:t>-RSE est chargé de la conception et de la gestion participative du système de planification et de suivi-évaluation du Projet mais aussi de la qualité des données finales des indicateurs du cadre logique.</w:t>
      </w:r>
    </w:p>
    <w:p w14:paraId="6D1B8090" w14:textId="54A79989" w:rsidR="00AB7F58" w:rsidRPr="00C645ED" w:rsidRDefault="00AB7F58"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lastRenderedPageBreak/>
        <w:t xml:space="preserve">Il veillera au développement d’un système de Suivi - </w:t>
      </w:r>
      <w:r w:rsidR="0031729F" w:rsidRPr="00C645ED">
        <w:rPr>
          <w:rFonts w:ascii="Times New Roman" w:hAnsi="Times New Roman" w:cs="Times New Roman"/>
          <w:sz w:val="24"/>
          <w:szCs w:val="24"/>
          <w:lang w:val="fr-CD"/>
        </w:rPr>
        <w:t>Évaluation</w:t>
      </w:r>
      <w:r w:rsidRPr="00C645ED">
        <w:rPr>
          <w:rFonts w:ascii="Times New Roman" w:hAnsi="Times New Roman" w:cs="Times New Roman"/>
          <w:sz w:val="24"/>
          <w:szCs w:val="24"/>
          <w:lang w:val="fr-CD"/>
        </w:rPr>
        <w:t xml:space="preserve"> participatif basé sur des mécanismes et systèmes formels et fonctionnels. </w:t>
      </w:r>
    </w:p>
    <w:p w14:paraId="531FF844" w14:textId="77777777" w:rsidR="00AB7F58" w:rsidRPr="00C645ED" w:rsidRDefault="00AB7F58"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Il/elle est le responsable final de l'utilisation et présentation des données pour la planification, pilotage et prise de décision du projet.  </w:t>
      </w:r>
    </w:p>
    <w:p w14:paraId="0C842E89" w14:textId="56FBF0EA" w:rsidR="00AB7F58" w:rsidRPr="00CB0BBF" w:rsidRDefault="008F7182"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Il/elle appui le Coordonnateur National</w:t>
      </w:r>
      <w:r w:rsidR="00B17BE5" w:rsidRPr="00C645ED">
        <w:rPr>
          <w:rFonts w:ascii="Times New Roman" w:hAnsi="Times New Roman" w:cs="Times New Roman"/>
          <w:sz w:val="24"/>
          <w:szCs w:val="24"/>
          <w:lang w:val="fr-CD"/>
        </w:rPr>
        <w:t xml:space="preserve"> dans la gestion quotidienne des </w:t>
      </w:r>
      <w:r w:rsidR="00285EC9" w:rsidRPr="00C645ED">
        <w:rPr>
          <w:rFonts w:ascii="Times New Roman" w:hAnsi="Times New Roman" w:cs="Times New Roman"/>
          <w:sz w:val="24"/>
          <w:szCs w:val="24"/>
          <w:lang w:val="fr-CD"/>
        </w:rPr>
        <w:t>activités</w:t>
      </w:r>
      <w:r w:rsidR="00B17BE5" w:rsidRPr="00C645ED">
        <w:rPr>
          <w:rFonts w:ascii="Times New Roman" w:hAnsi="Times New Roman" w:cs="Times New Roman"/>
          <w:sz w:val="24"/>
          <w:szCs w:val="24"/>
          <w:lang w:val="fr-CD"/>
        </w:rPr>
        <w:t xml:space="preserve"> sur le terrain et appui constamment les Chefs d’antennes provinciaux du Kongo Central, Mai-Ndombre, Kwango, Kwilu et </w:t>
      </w:r>
      <w:r w:rsidR="00285EC9" w:rsidRPr="00C645ED">
        <w:rPr>
          <w:rFonts w:ascii="Times New Roman" w:hAnsi="Times New Roman" w:cs="Times New Roman"/>
          <w:sz w:val="24"/>
          <w:szCs w:val="24"/>
          <w:lang w:val="fr-CD"/>
        </w:rPr>
        <w:t>Haut-Katanga/Lualaba.</w:t>
      </w:r>
    </w:p>
    <w:p w14:paraId="45F9EB7A" w14:textId="77777777" w:rsidR="00AB7F58" w:rsidRPr="00C645ED" w:rsidRDefault="00AB7F58" w:rsidP="00632E83">
      <w:pPr>
        <w:spacing w:after="240"/>
        <w:jc w:val="both"/>
        <w:rPr>
          <w:rFonts w:ascii="Times New Roman" w:hAnsi="Times New Roman" w:cs="Times New Roman"/>
          <w:b/>
          <w:bCs/>
          <w:sz w:val="24"/>
          <w:szCs w:val="24"/>
          <w:u w:val="single"/>
          <w:lang w:val="fr-CD"/>
        </w:rPr>
      </w:pPr>
      <w:r w:rsidRPr="00C645ED">
        <w:rPr>
          <w:rFonts w:ascii="Times New Roman" w:hAnsi="Times New Roman" w:cs="Times New Roman"/>
          <w:b/>
          <w:bCs/>
          <w:sz w:val="24"/>
          <w:szCs w:val="24"/>
          <w:u w:val="single"/>
          <w:lang w:val="fr-CD"/>
        </w:rPr>
        <w:t xml:space="preserve">Principales tâches </w:t>
      </w:r>
    </w:p>
    <w:p w14:paraId="41548420" w14:textId="7E7BC177" w:rsidR="00273AAF" w:rsidRDefault="00E83735" w:rsidP="001E35F5">
      <w:pPr>
        <w:pStyle w:val="Paragraphedeliste"/>
        <w:numPr>
          <w:ilvl w:val="0"/>
          <w:numId w:val="14"/>
        </w:numPr>
        <w:spacing w:after="0"/>
        <w:ind w:left="426"/>
        <w:jc w:val="both"/>
        <w:rPr>
          <w:rFonts w:ascii="Times New Roman" w:hAnsi="Times New Roman" w:cs="Times New Roman"/>
          <w:sz w:val="24"/>
          <w:szCs w:val="24"/>
          <w:lang w:val="fr-CD"/>
        </w:rPr>
      </w:pPr>
      <w:r>
        <w:rPr>
          <w:rFonts w:ascii="Times New Roman" w:hAnsi="Times New Roman" w:cs="Times New Roman"/>
          <w:sz w:val="24"/>
          <w:szCs w:val="24"/>
          <w:lang w:val="fr-CD"/>
        </w:rPr>
        <w:t>Appuyer le Coordonnateur National dans la gestion globale du projet ;</w:t>
      </w:r>
    </w:p>
    <w:p w14:paraId="7C32624A" w14:textId="6B61930B" w:rsidR="00E83735" w:rsidRDefault="00E83735" w:rsidP="001E35F5">
      <w:pPr>
        <w:pStyle w:val="Paragraphedeliste"/>
        <w:numPr>
          <w:ilvl w:val="0"/>
          <w:numId w:val="14"/>
        </w:numPr>
        <w:spacing w:after="0"/>
        <w:ind w:left="426"/>
        <w:jc w:val="both"/>
        <w:rPr>
          <w:rFonts w:ascii="Times New Roman" w:hAnsi="Times New Roman" w:cs="Times New Roman"/>
          <w:sz w:val="24"/>
          <w:szCs w:val="24"/>
          <w:lang w:val="fr-CD"/>
        </w:rPr>
      </w:pPr>
      <w:r>
        <w:rPr>
          <w:rFonts w:ascii="Times New Roman" w:hAnsi="Times New Roman" w:cs="Times New Roman"/>
          <w:sz w:val="24"/>
          <w:szCs w:val="24"/>
          <w:lang w:val="fr-CD"/>
        </w:rPr>
        <w:t>Représenter le projet dans des réunions stratégiques</w:t>
      </w:r>
      <w:r w:rsidR="00763E33">
        <w:rPr>
          <w:rFonts w:ascii="Times New Roman" w:hAnsi="Times New Roman" w:cs="Times New Roman"/>
          <w:sz w:val="24"/>
          <w:szCs w:val="24"/>
          <w:lang w:val="fr-CD"/>
        </w:rPr>
        <w:t xml:space="preserve"> et fournir les informations nécessaires ;</w:t>
      </w:r>
      <w:r>
        <w:rPr>
          <w:rFonts w:ascii="Times New Roman" w:hAnsi="Times New Roman" w:cs="Times New Roman"/>
          <w:sz w:val="24"/>
          <w:szCs w:val="24"/>
          <w:lang w:val="fr-CD"/>
        </w:rPr>
        <w:t xml:space="preserve"> </w:t>
      </w:r>
    </w:p>
    <w:p w14:paraId="1FCB7985" w14:textId="300D35F9"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Superviser le processus d’établissement de la situation de référence (étude de base</w:t>
      </w:r>
      <w:r w:rsidR="006872F9" w:rsidRPr="00C645ED">
        <w:rPr>
          <w:rFonts w:ascii="Times New Roman" w:hAnsi="Times New Roman" w:cs="Times New Roman"/>
          <w:sz w:val="24"/>
          <w:szCs w:val="24"/>
          <w:lang w:val="fr-CD"/>
        </w:rPr>
        <w:t>),</w:t>
      </w:r>
      <w:r w:rsidR="002C4437">
        <w:rPr>
          <w:rFonts w:ascii="Times New Roman" w:hAnsi="Times New Roman" w:cs="Times New Roman"/>
          <w:sz w:val="24"/>
          <w:szCs w:val="24"/>
          <w:lang w:val="fr-CD"/>
        </w:rPr>
        <w:t xml:space="preserve"> de mi-parcours et finale du </w:t>
      </w:r>
      <w:r w:rsidR="006872F9">
        <w:rPr>
          <w:rFonts w:ascii="Times New Roman" w:hAnsi="Times New Roman" w:cs="Times New Roman"/>
          <w:sz w:val="24"/>
          <w:szCs w:val="24"/>
          <w:lang w:val="fr-CD"/>
        </w:rPr>
        <w:t>projet</w:t>
      </w:r>
      <w:r w:rsidR="006872F9" w:rsidRPr="00C645ED">
        <w:rPr>
          <w:rFonts w:ascii="Times New Roman" w:hAnsi="Times New Roman" w:cs="Times New Roman"/>
          <w:sz w:val="24"/>
          <w:szCs w:val="24"/>
          <w:lang w:val="fr-CD"/>
        </w:rPr>
        <w:t xml:space="preserve"> ;</w:t>
      </w:r>
    </w:p>
    <w:p w14:paraId="5C01A0C2"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Vérifier la qualité des données socio-économiques disponibles sur la zone du projet, les méthodes utilisées pour les collecter et leur degré de fiabilité pour constituer de bonnes statistiques de base ;</w:t>
      </w:r>
    </w:p>
    <w:p w14:paraId="45810A38" w14:textId="2ECE38F3"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Travailler étroitement avec l’assistance internationale </w:t>
      </w:r>
      <w:r w:rsidR="00285EC9" w:rsidRPr="00C645ED">
        <w:rPr>
          <w:rFonts w:ascii="Times New Roman" w:hAnsi="Times New Roman" w:cs="Times New Roman"/>
          <w:sz w:val="24"/>
          <w:szCs w:val="24"/>
          <w:lang w:val="fr-CD"/>
        </w:rPr>
        <w:t xml:space="preserve">et nationale mise a sa disposition </w:t>
      </w:r>
      <w:r w:rsidRPr="00C645ED">
        <w:rPr>
          <w:rFonts w:ascii="Times New Roman" w:hAnsi="Times New Roman" w:cs="Times New Roman"/>
          <w:sz w:val="24"/>
          <w:szCs w:val="24"/>
          <w:lang w:val="fr-CD"/>
        </w:rPr>
        <w:t xml:space="preserve">pour la mise en place et le fonctionnement du système de suivi-évaluation ; </w:t>
      </w:r>
    </w:p>
    <w:p w14:paraId="0271D4B9"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Guider un processus d’identification des défis á relever en vue du suivi des indicateurs de performance du Projet et de leur alignement avec les objectifs ; </w:t>
      </w:r>
    </w:p>
    <w:p w14:paraId="63FA7088" w14:textId="57F69BE1"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Guider et superviser les organismes contractants pour réaliser, en relation avec l’assistance technique internationale</w:t>
      </w:r>
      <w:r w:rsidR="007561A9" w:rsidRPr="00C645ED">
        <w:rPr>
          <w:rFonts w:ascii="Times New Roman" w:hAnsi="Times New Roman" w:cs="Times New Roman"/>
          <w:sz w:val="24"/>
          <w:szCs w:val="24"/>
          <w:lang w:val="fr-CD"/>
        </w:rPr>
        <w:t>/Nationale</w:t>
      </w:r>
      <w:r w:rsidRPr="00C645ED">
        <w:rPr>
          <w:rFonts w:ascii="Times New Roman" w:hAnsi="Times New Roman" w:cs="Times New Roman"/>
          <w:sz w:val="24"/>
          <w:szCs w:val="24"/>
          <w:lang w:val="fr-CD"/>
        </w:rPr>
        <w:t>, les enquêtes annuelles et études spécifiques requises pour l’évaluation des effets et des impacts du Projet ;</w:t>
      </w:r>
    </w:p>
    <w:p w14:paraId="19BBFB82" w14:textId="28EF4BDC"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Contribuer à l’élaboration du plan de renforcement des capacités du personnel du projet et des partenaires de mise en œuvre en matière de Suivi </w:t>
      </w:r>
      <w:r w:rsidR="0031729F" w:rsidRPr="00C645ED">
        <w:rPr>
          <w:rFonts w:ascii="Times New Roman" w:hAnsi="Times New Roman" w:cs="Times New Roman"/>
          <w:sz w:val="24"/>
          <w:szCs w:val="24"/>
          <w:lang w:val="fr-CD"/>
        </w:rPr>
        <w:t>Évaluation</w:t>
      </w:r>
      <w:r w:rsidRPr="00C645ED">
        <w:rPr>
          <w:rFonts w:ascii="Times New Roman" w:hAnsi="Times New Roman" w:cs="Times New Roman"/>
          <w:sz w:val="24"/>
          <w:szCs w:val="24"/>
          <w:lang w:val="fr-CD"/>
        </w:rPr>
        <w:t xml:space="preserve"> et assurer le suivi de sa mise en œuvre ;</w:t>
      </w:r>
    </w:p>
    <w:p w14:paraId="5BAC7C7F" w14:textId="08C00C6B"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Appuyer de manière participative des formations en Suivi</w:t>
      </w:r>
      <w:r w:rsidR="007561A9" w:rsidRPr="00C645ED">
        <w:rPr>
          <w:rFonts w:ascii="Times New Roman" w:hAnsi="Times New Roman" w:cs="Times New Roman"/>
          <w:sz w:val="24"/>
          <w:szCs w:val="24"/>
          <w:lang w:val="fr-CD"/>
        </w:rPr>
        <w:t>-</w:t>
      </w:r>
      <w:r w:rsidRPr="00C645ED">
        <w:rPr>
          <w:rFonts w:ascii="Times New Roman" w:hAnsi="Times New Roman" w:cs="Times New Roman"/>
          <w:sz w:val="24"/>
          <w:szCs w:val="24"/>
          <w:lang w:val="fr-CD"/>
        </w:rPr>
        <w:t xml:space="preserve"> </w:t>
      </w:r>
      <w:r w:rsidR="0031729F" w:rsidRPr="00C645ED">
        <w:rPr>
          <w:rFonts w:ascii="Times New Roman" w:hAnsi="Times New Roman" w:cs="Times New Roman"/>
          <w:sz w:val="24"/>
          <w:szCs w:val="24"/>
          <w:lang w:val="fr-CD"/>
        </w:rPr>
        <w:t>Évaluation</w:t>
      </w:r>
      <w:r w:rsidRPr="00C645ED">
        <w:rPr>
          <w:rFonts w:ascii="Times New Roman" w:hAnsi="Times New Roman" w:cs="Times New Roman"/>
          <w:sz w:val="24"/>
          <w:szCs w:val="24"/>
          <w:lang w:val="fr-CD"/>
        </w:rPr>
        <w:t xml:space="preserve"> sur la base des besoins des intervenants, notamment les bénéficiaires ; </w:t>
      </w:r>
    </w:p>
    <w:p w14:paraId="0330FEEA" w14:textId="1DA7A84E"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Développer l’ensemble du cadre pour le suivi et l’évaluation (S</w:t>
      </w:r>
      <w:r w:rsidR="007561A9" w:rsidRPr="00C645ED">
        <w:rPr>
          <w:rFonts w:ascii="Times New Roman" w:hAnsi="Times New Roman" w:cs="Times New Roman"/>
          <w:sz w:val="24"/>
          <w:szCs w:val="24"/>
          <w:lang w:val="fr-CD"/>
        </w:rPr>
        <w:t>&amp;</w:t>
      </w:r>
      <w:r w:rsidRPr="00C645ED">
        <w:rPr>
          <w:rFonts w:ascii="Times New Roman" w:hAnsi="Times New Roman" w:cs="Times New Roman"/>
          <w:sz w:val="24"/>
          <w:szCs w:val="24"/>
          <w:lang w:val="fr-CD"/>
        </w:rPr>
        <w:t>E) du projet, notamment les revues</w:t>
      </w:r>
      <w:r w:rsidR="00EA1D12" w:rsidRPr="00C645ED">
        <w:rPr>
          <w:rFonts w:ascii="Times New Roman" w:hAnsi="Times New Roman" w:cs="Times New Roman"/>
          <w:sz w:val="24"/>
          <w:szCs w:val="24"/>
          <w:lang w:val="fr-CD"/>
        </w:rPr>
        <w:t xml:space="preserve"> trimestrielles et</w:t>
      </w:r>
      <w:r w:rsidRPr="00C645ED">
        <w:rPr>
          <w:rFonts w:ascii="Times New Roman" w:hAnsi="Times New Roman" w:cs="Times New Roman"/>
          <w:sz w:val="24"/>
          <w:szCs w:val="24"/>
          <w:lang w:val="fr-CD"/>
        </w:rPr>
        <w:t xml:space="preserve"> annuelles, les évaluations participatives d’impact, le suivi des processus, le suivi des opérations et les ateliers de capitalisation des leçons apprises ; </w:t>
      </w:r>
    </w:p>
    <w:p w14:paraId="09B00445"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Développer le Système d’Information et l’intégrer comme outil de planification et de gestion de l’UGP</w:t>
      </w:r>
    </w:p>
    <w:p w14:paraId="40A07375"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Développer un système de gestion des connaissances et assurer sa fonctionnalité au sein de l'UGP </w:t>
      </w:r>
    </w:p>
    <w:p w14:paraId="667A164D" w14:textId="74B6FC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Concevoir sur la base du PTBA</w:t>
      </w:r>
      <w:r w:rsidR="00EA1D12" w:rsidRPr="00C645ED">
        <w:rPr>
          <w:rFonts w:ascii="Times New Roman" w:hAnsi="Times New Roman" w:cs="Times New Roman"/>
          <w:sz w:val="24"/>
          <w:szCs w:val="24"/>
          <w:lang w:val="fr-CD"/>
        </w:rPr>
        <w:t xml:space="preserve"> (Plan de Travail et Budget Annuel)</w:t>
      </w:r>
      <w:r w:rsidRPr="00C645ED">
        <w:rPr>
          <w:rFonts w:ascii="Times New Roman" w:hAnsi="Times New Roman" w:cs="Times New Roman"/>
          <w:sz w:val="24"/>
          <w:szCs w:val="24"/>
          <w:lang w:val="fr-CD"/>
        </w:rPr>
        <w:t xml:space="preserve">, le cadre de suivi des réalisations physiques et des processus relatifs aux activités du Projet ; </w:t>
      </w:r>
    </w:p>
    <w:p w14:paraId="74B66B79" w14:textId="4093713F" w:rsidR="00AB7F58" w:rsidRPr="00881547"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Appuyer l’équipe du Projet et les partenaires de mise en œuvre dans la préparation de leurs rapports d’avancement. </w:t>
      </w:r>
    </w:p>
    <w:p w14:paraId="1546098E"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Produire des rapports d’avancement consolidés, pour la Coordination du projet, à soumettre aux instances appropriées selon le calendrier défini dans le manuel de suivi-évaluation ; </w:t>
      </w:r>
    </w:p>
    <w:p w14:paraId="3AE94528"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lastRenderedPageBreak/>
        <w:t xml:space="preserve">Réviser les rapports de suivi ; les analyser pour l’évaluation d’impact et pour identifier les causes d’éventuels obstacles dans la mise en œuvre du Projet ; </w:t>
      </w:r>
    </w:p>
    <w:p w14:paraId="220EEEB1" w14:textId="13112C3A"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Organiser et coordonner des missions de suivi-évaluation externe, d’audit, de supervision, de revue à mi-parcours et d’achèvement ; organisation des missions de supervision du </w:t>
      </w:r>
      <w:r w:rsidR="005E6510" w:rsidRPr="00C645ED">
        <w:rPr>
          <w:rFonts w:ascii="Times New Roman" w:hAnsi="Times New Roman" w:cs="Times New Roman"/>
          <w:sz w:val="24"/>
          <w:szCs w:val="24"/>
          <w:lang w:val="fr-CD"/>
        </w:rPr>
        <w:t>FIDA,</w:t>
      </w:r>
      <w:r w:rsidRPr="00C645ED">
        <w:rPr>
          <w:rFonts w:ascii="Times New Roman" w:hAnsi="Times New Roman" w:cs="Times New Roman"/>
          <w:sz w:val="24"/>
          <w:szCs w:val="24"/>
          <w:lang w:val="fr-CD"/>
        </w:rPr>
        <w:t xml:space="preserve"> de </w:t>
      </w:r>
      <w:r w:rsidR="005E6510" w:rsidRPr="00C645ED">
        <w:rPr>
          <w:rFonts w:ascii="Times New Roman" w:hAnsi="Times New Roman" w:cs="Times New Roman"/>
          <w:sz w:val="24"/>
          <w:szCs w:val="24"/>
          <w:lang w:val="fr-CD"/>
        </w:rPr>
        <w:t>l’AFD,</w:t>
      </w:r>
      <w:r w:rsidR="00AF2A41" w:rsidRPr="00C645ED">
        <w:rPr>
          <w:rFonts w:ascii="Times New Roman" w:hAnsi="Times New Roman" w:cs="Times New Roman"/>
          <w:sz w:val="24"/>
          <w:szCs w:val="24"/>
          <w:lang w:val="fr-CD"/>
        </w:rPr>
        <w:t xml:space="preserve"> du FEM/GEF et du gouvernement</w:t>
      </w:r>
      <w:r w:rsidR="005E6510">
        <w:rPr>
          <w:rFonts w:ascii="Times New Roman" w:hAnsi="Times New Roman" w:cs="Times New Roman"/>
          <w:sz w:val="24"/>
          <w:szCs w:val="24"/>
          <w:lang w:val="fr-CD"/>
        </w:rPr>
        <w:t xml:space="preserve"> </w:t>
      </w:r>
      <w:r w:rsidRPr="00C645ED">
        <w:rPr>
          <w:rFonts w:ascii="Times New Roman" w:hAnsi="Times New Roman" w:cs="Times New Roman"/>
          <w:sz w:val="24"/>
          <w:szCs w:val="24"/>
          <w:lang w:val="fr-CD"/>
        </w:rPr>
        <w:t>;</w:t>
      </w:r>
    </w:p>
    <w:p w14:paraId="31E7CA01"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Préparer les situations et bilans d’exécution nécessaires à l’établissement des missions de supervision et à la participation aux différentes réunions des comités de suivi et de pilotage ;</w:t>
      </w:r>
    </w:p>
    <w:p w14:paraId="243D49B4" w14:textId="48C2E77A"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Organiser des sessions de recyclage en Suivi </w:t>
      </w:r>
      <w:r w:rsidR="0031729F" w:rsidRPr="00C645ED">
        <w:rPr>
          <w:rFonts w:ascii="Times New Roman" w:hAnsi="Times New Roman" w:cs="Times New Roman"/>
          <w:sz w:val="24"/>
          <w:szCs w:val="24"/>
          <w:lang w:val="fr-CD"/>
        </w:rPr>
        <w:t>Évaluation</w:t>
      </w:r>
      <w:r w:rsidRPr="00C645ED">
        <w:rPr>
          <w:rFonts w:ascii="Times New Roman" w:hAnsi="Times New Roman" w:cs="Times New Roman"/>
          <w:sz w:val="24"/>
          <w:szCs w:val="24"/>
          <w:lang w:val="fr-CD"/>
        </w:rPr>
        <w:t xml:space="preserve"> pour l’équipe du Projet, les partenaires de mise en œuvre, les organisations locales et les bénéficiaires ; </w:t>
      </w:r>
    </w:p>
    <w:p w14:paraId="5E4140DA"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Planifier des rencontres régulières pour identifier les leçons de l’expérience et les conséquences pour les prochaines étapes du Projet ;</w:t>
      </w:r>
    </w:p>
    <w:p w14:paraId="0861C975"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Assurer la gestion des connaissances et les activités de communications selon les informations collectées par le suivi évaluations et les résultats généraux du projet </w:t>
      </w:r>
    </w:p>
    <w:p w14:paraId="2A7A5450"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Contribuer activement à la réalisation du PTBA et assurer la disponibilité des données pour sa formulation ; </w:t>
      </w:r>
    </w:p>
    <w:p w14:paraId="32014D7E" w14:textId="5C4F2C51"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Coordonner le </w:t>
      </w:r>
      <w:r w:rsidR="0078172E" w:rsidRPr="00C645ED">
        <w:rPr>
          <w:rFonts w:ascii="Times New Roman" w:hAnsi="Times New Roman" w:cs="Times New Roman"/>
          <w:sz w:val="24"/>
          <w:szCs w:val="24"/>
          <w:lang w:val="fr-CD"/>
        </w:rPr>
        <w:t xml:space="preserve">Système de </w:t>
      </w:r>
      <w:r w:rsidRPr="00C645ED">
        <w:rPr>
          <w:rFonts w:ascii="Times New Roman" w:hAnsi="Times New Roman" w:cs="Times New Roman"/>
          <w:sz w:val="24"/>
          <w:szCs w:val="24"/>
          <w:lang w:val="fr-CD"/>
        </w:rPr>
        <w:t>S</w:t>
      </w:r>
      <w:r w:rsidR="0078172E" w:rsidRPr="00C645ED">
        <w:rPr>
          <w:rFonts w:ascii="Times New Roman" w:hAnsi="Times New Roman" w:cs="Times New Roman"/>
          <w:sz w:val="24"/>
          <w:szCs w:val="24"/>
          <w:lang w:val="fr-CD"/>
        </w:rPr>
        <w:t>&amp;</w:t>
      </w:r>
      <w:r w:rsidRPr="00C645ED">
        <w:rPr>
          <w:rFonts w:ascii="Times New Roman" w:hAnsi="Times New Roman" w:cs="Times New Roman"/>
          <w:sz w:val="24"/>
          <w:szCs w:val="24"/>
          <w:lang w:val="fr-CD"/>
        </w:rPr>
        <w:t xml:space="preserve">E </w:t>
      </w:r>
      <w:r w:rsidR="003226F3" w:rsidRPr="00C645ED">
        <w:rPr>
          <w:rFonts w:ascii="Times New Roman" w:hAnsi="Times New Roman" w:cs="Times New Roman"/>
          <w:sz w:val="24"/>
          <w:szCs w:val="24"/>
          <w:lang w:val="fr-CD"/>
        </w:rPr>
        <w:t>(SSE)</w:t>
      </w:r>
      <w:r w:rsidRPr="00C645ED">
        <w:rPr>
          <w:rFonts w:ascii="Times New Roman" w:hAnsi="Times New Roman" w:cs="Times New Roman"/>
          <w:sz w:val="24"/>
          <w:szCs w:val="24"/>
          <w:lang w:val="fr-CD"/>
        </w:rPr>
        <w:t xml:space="preserve">dans chaque </w:t>
      </w:r>
      <w:r w:rsidR="0078172E" w:rsidRPr="00C645ED">
        <w:rPr>
          <w:rFonts w:ascii="Times New Roman" w:hAnsi="Times New Roman" w:cs="Times New Roman"/>
          <w:sz w:val="24"/>
          <w:szCs w:val="24"/>
          <w:lang w:val="fr-CD"/>
        </w:rPr>
        <w:t>province</w:t>
      </w:r>
      <w:r w:rsidRPr="00C645ED">
        <w:rPr>
          <w:rFonts w:ascii="Times New Roman" w:hAnsi="Times New Roman" w:cs="Times New Roman"/>
          <w:sz w:val="24"/>
          <w:szCs w:val="24"/>
          <w:lang w:val="fr-CD"/>
        </w:rPr>
        <w:t xml:space="preserve"> et de l’antenne et assurer la collecte des données définies nécessaires au projet à la fréquence convenue ;</w:t>
      </w:r>
    </w:p>
    <w:p w14:paraId="770698BC"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Collaborer avec le personnel et les partenaires de mise en œuvre au suivi qualitatif afin de fournir des informations pertinentes sur l’évaluation courante des activités et des effets du projet ; </w:t>
      </w:r>
    </w:p>
    <w:p w14:paraId="531E6CD1"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Guider le personnel du projet et les partenaires à la rédaction de leurs rapports d’avancement et examiner les rapports en tirant les conclusions et recommandations nécessaires au pilotage ; </w:t>
      </w:r>
    </w:p>
    <w:p w14:paraId="514165F7" w14:textId="71BE6A93"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Effectuer des visites périodiques sur le terrain pour soutenir la mise en œuvre du SE et vérifier la conformité des données collectées et transmises par les acteurs du système de S</w:t>
      </w:r>
      <w:r w:rsidR="003226F3" w:rsidRPr="00C645ED">
        <w:rPr>
          <w:rFonts w:ascii="Times New Roman" w:hAnsi="Times New Roman" w:cs="Times New Roman"/>
          <w:sz w:val="24"/>
          <w:szCs w:val="24"/>
          <w:lang w:val="fr-CD"/>
        </w:rPr>
        <w:t>&amp;</w:t>
      </w:r>
      <w:r w:rsidRPr="00C645ED">
        <w:rPr>
          <w:rFonts w:ascii="Times New Roman" w:hAnsi="Times New Roman" w:cs="Times New Roman"/>
          <w:sz w:val="24"/>
          <w:szCs w:val="24"/>
          <w:lang w:val="fr-CD"/>
        </w:rPr>
        <w:t>E ;</w:t>
      </w:r>
    </w:p>
    <w:p w14:paraId="54F19EFA"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Orienter et superviser les consultants et/ou structures engagées par contrat pour la réalisation des enquêtes spécifiques nécessaires à l’évaluation des effets ;</w:t>
      </w:r>
    </w:p>
    <w:p w14:paraId="546CCC63"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S’assurer que tous les contrats signés avec les opérateurs/prestataires de services incluent des spécifications pour le SSE et le type des données à collecter, fréquence et mode de reportage et les pénalités pour défaut de compte-rendu comme spécifié ;</w:t>
      </w:r>
    </w:p>
    <w:p w14:paraId="6CE9DD8F"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Informer et collaborer avec les missions externes de supervision et d’évaluation en faisant des informations disponible et actualisé sur l’avancement du projet ; </w:t>
      </w:r>
    </w:p>
    <w:p w14:paraId="62E5B0DB"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Planifier des rencontres régulières pour identifier les leçons de l’expérience et les conséquences pour les prochaines étapes du Projet et promouvoir le partage régulier des résultats du SE avec l’équipe du Projet, les partenaires de mise en œuvre et les bénéficiaires ; </w:t>
      </w:r>
    </w:p>
    <w:p w14:paraId="20BEAFC8"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Assister le coordinateur dans le suivi d’exécution sectoriel ;</w:t>
      </w:r>
    </w:p>
    <w:p w14:paraId="4E6A468D" w14:textId="77777777" w:rsidR="00AB7F58" w:rsidRPr="00C645ED" w:rsidRDefault="00AB7F58" w:rsidP="001E35F5">
      <w:pPr>
        <w:numPr>
          <w:ilvl w:val="0"/>
          <w:numId w:val="14"/>
        </w:numPr>
        <w:spacing w:after="0"/>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Contribution à la promotion de la communication autour des résultats et impacts du projet ;</w:t>
      </w:r>
    </w:p>
    <w:p w14:paraId="41752BBF" w14:textId="4F75CFF4" w:rsidR="00AB7F58" w:rsidRDefault="00AB7F58" w:rsidP="001E35F5">
      <w:pPr>
        <w:numPr>
          <w:ilvl w:val="0"/>
          <w:numId w:val="14"/>
        </w:numPr>
        <w:spacing w:after="0"/>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Représenter le coordinateur en cas de besoin.</w:t>
      </w:r>
    </w:p>
    <w:p w14:paraId="26224B46" w14:textId="77777777" w:rsidR="007D79D9" w:rsidRPr="00951988" w:rsidRDefault="007D79D9" w:rsidP="007D79D9">
      <w:pPr>
        <w:spacing w:after="0"/>
        <w:jc w:val="both"/>
        <w:rPr>
          <w:rFonts w:ascii="Times New Roman" w:hAnsi="Times New Roman" w:cs="Times New Roman"/>
          <w:sz w:val="24"/>
          <w:szCs w:val="24"/>
          <w:lang w:val="fr-CD"/>
        </w:rPr>
      </w:pPr>
    </w:p>
    <w:p w14:paraId="471C0B57" w14:textId="1263E6C2" w:rsidR="00AB7F58" w:rsidRPr="00C645ED" w:rsidRDefault="00AB7F58" w:rsidP="00632E83">
      <w:pPr>
        <w:spacing w:after="240"/>
        <w:jc w:val="both"/>
        <w:rPr>
          <w:rFonts w:ascii="Times New Roman" w:hAnsi="Times New Roman" w:cs="Times New Roman"/>
          <w:b/>
          <w:bCs/>
          <w:sz w:val="24"/>
          <w:szCs w:val="24"/>
          <w:u w:val="single"/>
        </w:rPr>
      </w:pPr>
      <w:r w:rsidRPr="00C645ED">
        <w:rPr>
          <w:rFonts w:ascii="Times New Roman" w:hAnsi="Times New Roman" w:cs="Times New Roman"/>
          <w:b/>
          <w:bCs/>
          <w:sz w:val="24"/>
          <w:szCs w:val="24"/>
          <w:u w:val="single"/>
        </w:rPr>
        <w:t xml:space="preserve">Qualifications et </w:t>
      </w:r>
      <w:r w:rsidR="006201EC" w:rsidRPr="00C645ED">
        <w:rPr>
          <w:rFonts w:ascii="Times New Roman" w:hAnsi="Times New Roman" w:cs="Times New Roman"/>
          <w:b/>
          <w:bCs/>
          <w:sz w:val="24"/>
          <w:szCs w:val="24"/>
          <w:u w:val="single"/>
        </w:rPr>
        <w:t>experiences</w:t>
      </w:r>
      <w:r w:rsidRPr="00C645ED">
        <w:rPr>
          <w:rFonts w:ascii="Times New Roman" w:hAnsi="Times New Roman" w:cs="Times New Roman"/>
          <w:b/>
          <w:bCs/>
          <w:sz w:val="24"/>
          <w:szCs w:val="24"/>
          <w:u w:val="single"/>
        </w:rPr>
        <w:t xml:space="preserve"> requises </w:t>
      </w:r>
    </w:p>
    <w:p w14:paraId="19EBD0FD" w14:textId="7967D1A7"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Être de nationalité Congolaise (République Démocratique du Congo) ;</w:t>
      </w:r>
    </w:p>
    <w:p w14:paraId="06BD3F39" w14:textId="34BF1240"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Titulaire d´un diplôme universitaire supérieur de niveau Bac +5 minimum en </w:t>
      </w:r>
      <w:r w:rsidR="00932001">
        <w:rPr>
          <w:rFonts w:ascii="Times New Roman" w:hAnsi="Times New Roman" w:cs="Times New Roman"/>
          <w:sz w:val="24"/>
          <w:szCs w:val="24"/>
          <w:lang w:val="fr-CD"/>
        </w:rPr>
        <w:t>s</w:t>
      </w:r>
      <w:r w:rsidR="00932001" w:rsidRPr="00C645ED">
        <w:rPr>
          <w:rFonts w:ascii="Times New Roman" w:hAnsi="Times New Roman" w:cs="Times New Roman"/>
          <w:sz w:val="24"/>
          <w:szCs w:val="24"/>
          <w:lang w:val="fr-CD"/>
        </w:rPr>
        <w:t xml:space="preserve">ciences </w:t>
      </w:r>
      <w:r w:rsidRPr="00C645ED">
        <w:rPr>
          <w:rFonts w:ascii="Times New Roman" w:hAnsi="Times New Roman" w:cs="Times New Roman"/>
          <w:sz w:val="24"/>
          <w:szCs w:val="24"/>
          <w:lang w:val="fr-CD"/>
        </w:rPr>
        <w:t xml:space="preserve">agronomiques, </w:t>
      </w:r>
      <w:r w:rsidR="00932001">
        <w:rPr>
          <w:rFonts w:ascii="Times New Roman" w:hAnsi="Times New Roman" w:cs="Times New Roman"/>
          <w:sz w:val="24"/>
          <w:szCs w:val="24"/>
          <w:lang w:val="fr-CD"/>
        </w:rPr>
        <w:t>s</w:t>
      </w:r>
      <w:r w:rsidR="00932001" w:rsidRPr="00C645ED">
        <w:rPr>
          <w:rFonts w:ascii="Times New Roman" w:hAnsi="Times New Roman" w:cs="Times New Roman"/>
          <w:sz w:val="24"/>
          <w:szCs w:val="24"/>
          <w:lang w:val="fr-CD"/>
        </w:rPr>
        <w:t>tatistiques</w:t>
      </w:r>
      <w:r w:rsidRPr="00C645ED">
        <w:rPr>
          <w:rFonts w:ascii="Times New Roman" w:hAnsi="Times New Roman" w:cs="Times New Roman"/>
          <w:sz w:val="24"/>
          <w:szCs w:val="24"/>
          <w:lang w:val="fr-CD"/>
        </w:rPr>
        <w:t xml:space="preserve">, </w:t>
      </w:r>
      <w:r w:rsidR="00932001">
        <w:rPr>
          <w:rFonts w:ascii="Times New Roman" w:hAnsi="Times New Roman" w:cs="Times New Roman"/>
          <w:sz w:val="24"/>
          <w:szCs w:val="24"/>
          <w:lang w:val="fr-CD"/>
        </w:rPr>
        <w:t>d</w:t>
      </w:r>
      <w:r w:rsidR="00932001" w:rsidRPr="00C645ED">
        <w:rPr>
          <w:rFonts w:ascii="Times New Roman" w:hAnsi="Times New Roman" w:cs="Times New Roman"/>
          <w:sz w:val="24"/>
          <w:szCs w:val="24"/>
          <w:lang w:val="fr-CD"/>
        </w:rPr>
        <w:t xml:space="preserve">éveloppement </w:t>
      </w:r>
      <w:r w:rsidR="00932001">
        <w:rPr>
          <w:rFonts w:ascii="Times New Roman" w:hAnsi="Times New Roman" w:cs="Times New Roman"/>
          <w:sz w:val="24"/>
          <w:szCs w:val="24"/>
          <w:lang w:val="fr-CD"/>
        </w:rPr>
        <w:t>r</w:t>
      </w:r>
      <w:r w:rsidR="00932001" w:rsidRPr="00C645ED">
        <w:rPr>
          <w:rFonts w:ascii="Times New Roman" w:hAnsi="Times New Roman" w:cs="Times New Roman"/>
          <w:sz w:val="24"/>
          <w:szCs w:val="24"/>
          <w:lang w:val="fr-CD"/>
        </w:rPr>
        <w:t>ural</w:t>
      </w:r>
      <w:r w:rsidR="007C01DF" w:rsidRPr="00C645ED">
        <w:rPr>
          <w:rFonts w:ascii="Times New Roman" w:hAnsi="Times New Roman" w:cs="Times New Roman"/>
          <w:sz w:val="24"/>
          <w:szCs w:val="24"/>
          <w:lang w:val="fr-CD"/>
        </w:rPr>
        <w:t>,</w:t>
      </w:r>
      <w:r w:rsidR="003226F3" w:rsidRPr="00C645ED">
        <w:rPr>
          <w:rFonts w:ascii="Times New Roman" w:hAnsi="Times New Roman" w:cs="Times New Roman"/>
          <w:sz w:val="24"/>
          <w:szCs w:val="24"/>
          <w:lang w:val="fr-CD"/>
        </w:rPr>
        <w:t xml:space="preserve"> </w:t>
      </w:r>
      <w:r w:rsidRPr="00C645ED">
        <w:rPr>
          <w:rFonts w:ascii="Times New Roman" w:hAnsi="Times New Roman" w:cs="Times New Roman"/>
          <w:sz w:val="24"/>
          <w:szCs w:val="24"/>
          <w:lang w:val="fr-CD"/>
        </w:rPr>
        <w:t>économie ou discipline apparenté ;</w:t>
      </w:r>
    </w:p>
    <w:p w14:paraId="252F21DC" w14:textId="2E71FCDC" w:rsidR="00AB7F58"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bookmarkStart w:id="2" w:name="_Hlk146287361"/>
      <w:r w:rsidRPr="00C645ED">
        <w:rPr>
          <w:rFonts w:ascii="Times New Roman" w:hAnsi="Times New Roman" w:cs="Times New Roman"/>
          <w:sz w:val="24"/>
          <w:szCs w:val="24"/>
          <w:lang w:val="fr-CD"/>
        </w:rPr>
        <w:lastRenderedPageBreak/>
        <w:t>Disposer d’au moins 1</w:t>
      </w:r>
      <w:r w:rsidR="001F5399" w:rsidRPr="00C645ED">
        <w:rPr>
          <w:rFonts w:ascii="Times New Roman" w:hAnsi="Times New Roman" w:cs="Times New Roman"/>
          <w:sz w:val="24"/>
          <w:szCs w:val="24"/>
          <w:lang w:val="fr-CD"/>
        </w:rPr>
        <w:t>2</w:t>
      </w:r>
      <w:r w:rsidRPr="00C645ED">
        <w:rPr>
          <w:rFonts w:ascii="Times New Roman" w:hAnsi="Times New Roman" w:cs="Times New Roman"/>
          <w:sz w:val="24"/>
          <w:szCs w:val="24"/>
          <w:lang w:val="fr-CD"/>
        </w:rPr>
        <w:t xml:space="preserve"> ans d’expérience professionnelle globale dans la mise en œuvre des opérations de développement au sein des administrations publiques, des </w:t>
      </w:r>
      <w:r w:rsidR="007C01DF" w:rsidRPr="00C645ED">
        <w:rPr>
          <w:rFonts w:ascii="Times New Roman" w:hAnsi="Times New Roman" w:cs="Times New Roman"/>
          <w:sz w:val="24"/>
          <w:szCs w:val="24"/>
          <w:lang w:val="fr-CD"/>
        </w:rPr>
        <w:t xml:space="preserve">ONG </w:t>
      </w:r>
      <w:r w:rsidR="00932001">
        <w:rPr>
          <w:rFonts w:ascii="Times New Roman" w:hAnsi="Times New Roman" w:cs="Times New Roman"/>
          <w:sz w:val="24"/>
          <w:szCs w:val="24"/>
          <w:lang w:val="fr-CD"/>
        </w:rPr>
        <w:t>i</w:t>
      </w:r>
      <w:r w:rsidR="007C01DF" w:rsidRPr="00C645ED">
        <w:rPr>
          <w:rFonts w:ascii="Times New Roman" w:hAnsi="Times New Roman" w:cs="Times New Roman"/>
          <w:sz w:val="24"/>
          <w:szCs w:val="24"/>
          <w:lang w:val="fr-CD"/>
        </w:rPr>
        <w:t xml:space="preserve">nternationales, </w:t>
      </w:r>
      <w:r w:rsidR="00932001">
        <w:rPr>
          <w:rFonts w:ascii="Times New Roman" w:hAnsi="Times New Roman" w:cs="Times New Roman"/>
          <w:sz w:val="24"/>
          <w:szCs w:val="24"/>
          <w:lang w:val="fr-CD"/>
        </w:rPr>
        <w:t>a</w:t>
      </w:r>
      <w:r w:rsidR="00932001" w:rsidRPr="00C645ED">
        <w:rPr>
          <w:rFonts w:ascii="Times New Roman" w:hAnsi="Times New Roman" w:cs="Times New Roman"/>
          <w:sz w:val="24"/>
          <w:szCs w:val="24"/>
          <w:lang w:val="fr-CD"/>
        </w:rPr>
        <w:t xml:space="preserve">gences </w:t>
      </w:r>
      <w:r w:rsidR="007C01DF" w:rsidRPr="00C645ED">
        <w:rPr>
          <w:rFonts w:ascii="Times New Roman" w:hAnsi="Times New Roman" w:cs="Times New Roman"/>
          <w:sz w:val="24"/>
          <w:szCs w:val="24"/>
          <w:lang w:val="fr-CD"/>
        </w:rPr>
        <w:t>des Nations Unies</w:t>
      </w:r>
      <w:r w:rsidRPr="00C645ED">
        <w:rPr>
          <w:rFonts w:ascii="Times New Roman" w:hAnsi="Times New Roman" w:cs="Times New Roman"/>
          <w:sz w:val="24"/>
          <w:szCs w:val="24"/>
          <w:lang w:val="fr-CD"/>
        </w:rPr>
        <w:t>,</w:t>
      </w:r>
      <w:r w:rsidR="00932001">
        <w:rPr>
          <w:rFonts w:ascii="Times New Roman" w:hAnsi="Times New Roman" w:cs="Times New Roman"/>
          <w:sz w:val="24"/>
          <w:szCs w:val="24"/>
          <w:lang w:val="fr-CD"/>
        </w:rPr>
        <w:t xml:space="preserve"> bailleurs de fonds,</w:t>
      </w:r>
      <w:r w:rsidRPr="00C645ED">
        <w:rPr>
          <w:rFonts w:ascii="Times New Roman" w:hAnsi="Times New Roman" w:cs="Times New Roman"/>
          <w:sz w:val="24"/>
          <w:szCs w:val="24"/>
          <w:lang w:val="fr-CD"/>
        </w:rPr>
        <w:t xml:space="preserve"> ou des unités de projets</w:t>
      </w:r>
      <w:r w:rsidR="007C01DF" w:rsidRPr="00C645ED">
        <w:rPr>
          <w:rFonts w:ascii="Times New Roman" w:hAnsi="Times New Roman" w:cs="Times New Roman"/>
          <w:sz w:val="24"/>
          <w:szCs w:val="24"/>
          <w:lang w:val="fr-CD"/>
        </w:rPr>
        <w:t xml:space="preserve"> d’envergure nationale</w:t>
      </w:r>
      <w:r w:rsidRPr="00C645ED">
        <w:rPr>
          <w:rFonts w:ascii="Times New Roman" w:hAnsi="Times New Roman" w:cs="Times New Roman"/>
          <w:sz w:val="24"/>
          <w:szCs w:val="24"/>
          <w:lang w:val="fr-CD"/>
        </w:rPr>
        <w:t> </w:t>
      </w:r>
      <w:r w:rsidR="007C01DF" w:rsidRPr="00C645ED">
        <w:rPr>
          <w:rFonts w:ascii="Times New Roman" w:hAnsi="Times New Roman" w:cs="Times New Roman"/>
          <w:sz w:val="24"/>
          <w:szCs w:val="24"/>
          <w:lang w:val="fr-CD"/>
        </w:rPr>
        <w:t>(</w:t>
      </w:r>
      <w:r w:rsidR="00C645ED" w:rsidRPr="00C645ED">
        <w:rPr>
          <w:rFonts w:ascii="Times New Roman" w:hAnsi="Times New Roman" w:cs="Times New Roman"/>
          <w:sz w:val="24"/>
          <w:szCs w:val="24"/>
          <w:lang w:val="fr-CD"/>
        </w:rPr>
        <w:t>au-delà</w:t>
      </w:r>
      <w:r w:rsidR="007C01DF" w:rsidRPr="00C645ED">
        <w:rPr>
          <w:rFonts w:ascii="Times New Roman" w:hAnsi="Times New Roman" w:cs="Times New Roman"/>
          <w:sz w:val="24"/>
          <w:szCs w:val="24"/>
          <w:lang w:val="fr-CD"/>
        </w:rPr>
        <w:t xml:space="preserve"> d’une province</w:t>
      </w:r>
      <w:r w:rsidR="00C645ED" w:rsidRPr="00C645ED">
        <w:rPr>
          <w:rFonts w:ascii="Times New Roman" w:hAnsi="Times New Roman" w:cs="Times New Roman"/>
          <w:sz w:val="24"/>
          <w:szCs w:val="24"/>
          <w:lang w:val="fr-CD"/>
        </w:rPr>
        <w:t>) ;</w:t>
      </w:r>
      <w:r w:rsidRPr="00C645ED">
        <w:rPr>
          <w:rFonts w:ascii="Times New Roman" w:hAnsi="Times New Roman" w:cs="Times New Roman"/>
          <w:sz w:val="24"/>
          <w:szCs w:val="24"/>
          <w:lang w:val="fr-CD"/>
        </w:rPr>
        <w:t xml:space="preserve"> </w:t>
      </w:r>
    </w:p>
    <w:p w14:paraId="07D2B332" w14:textId="5F2BB1B7" w:rsidR="00932001" w:rsidRPr="00C645ED" w:rsidRDefault="00932001" w:rsidP="001E35F5">
      <w:pPr>
        <w:pStyle w:val="Paragraphedeliste"/>
        <w:numPr>
          <w:ilvl w:val="0"/>
          <w:numId w:val="13"/>
        </w:numPr>
        <w:spacing w:after="0"/>
        <w:ind w:left="284"/>
        <w:jc w:val="both"/>
        <w:rPr>
          <w:rFonts w:ascii="Times New Roman" w:hAnsi="Times New Roman" w:cs="Times New Roman"/>
          <w:sz w:val="24"/>
          <w:szCs w:val="24"/>
          <w:lang w:val="fr-CD"/>
        </w:rPr>
      </w:pPr>
      <w:r>
        <w:rPr>
          <w:rFonts w:ascii="Times New Roman" w:hAnsi="Times New Roman" w:cs="Times New Roman"/>
          <w:sz w:val="24"/>
          <w:szCs w:val="24"/>
          <w:lang w:val="fr-CD"/>
        </w:rPr>
        <w:t>Au moins une expérience de management d’équipe</w:t>
      </w:r>
    </w:p>
    <w:p w14:paraId="702712D7" w14:textId="0920250B" w:rsidR="001F5399"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Au moins </w:t>
      </w:r>
      <w:r w:rsidR="00932001">
        <w:rPr>
          <w:rFonts w:ascii="Times New Roman" w:hAnsi="Times New Roman" w:cs="Times New Roman"/>
          <w:sz w:val="24"/>
          <w:szCs w:val="24"/>
          <w:lang w:val="fr-CD"/>
        </w:rPr>
        <w:t>5</w:t>
      </w:r>
      <w:r w:rsidR="00932001" w:rsidRPr="00C645ED">
        <w:rPr>
          <w:rFonts w:ascii="Times New Roman" w:hAnsi="Times New Roman" w:cs="Times New Roman"/>
          <w:sz w:val="24"/>
          <w:szCs w:val="24"/>
          <w:lang w:val="fr-CD"/>
        </w:rPr>
        <w:t xml:space="preserve"> </w:t>
      </w:r>
      <w:r w:rsidRPr="00C645ED">
        <w:rPr>
          <w:rFonts w:ascii="Times New Roman" w:hAnsi="Times New Roman" w:cs="Times New Roman"/>
          <w:sz w:val="24"/>
          <w:szCs w:val="24"/>
          <w:lang w:val="fr-CD"/>
        </w:rPr>
        <w:t>ans d´expérience dans des fonctions similaires de planification, de suivi</w:t>
      </w:r>
      <w:r w:rsidR="001F5399" w:rsidRPr="00C645ED">
        <w:rPr>
          <w:rFonts w:ascii="Times New Roman" w:hAnsi="Times New Roman" w:cs="Times New Roman"/>
          <w:sz w:val="24"/>
          <w:szCs w:val="24"/>
          <w:lang w:val="fr-CD"/>
        </w:rPr>
        <w:t>-</w:t>
      </w:r>
      <w:r w:rsidRPr="00C645ED">
        <w:rPr>
          <w:rFonts w:ascii="Times New Roman" w:hAnsi="Times New Roman" w:cs="Times New Roman"/>
          <w:sz w:val="24"/>
          <w:szCs w:val="24"/>
          <w:lang w:val="fr-CD"/>
        </w:rPr>
        <w:t xml:space="preserve"> évaluation des </w:t>
      </w:r>
      <w:r w:rsidR="006201EC" w:rsidRPr="00C645ED">
        <w:rPr>
          <w:rFonts w:ascii="Times New Roman" w:hAnsi="Times New Roman" w:cs="Times New Roman"/>
          <w:sz w:val="24"/>
          <w:szCs w:val="24"/>
          <w:lang w:val="fr-CD"/>
        </w:rPr>
        <w:t>projets ;</w:t>
      </w:r>
      <w:r w:rsidRPr="00C645ED">
        <w:rPr>
          <w:rFonts w:ascii="Times New Roman" w:hAnsi="Times New Roman" w:cs="Times New Roman"/>
          <w:sz w:val="24"/>
          <w:szCs w:val="24"/>
          <w:lang w:val="fr-CD"/>
        </w:rPr>
        <w:t xml:space="preserve"> </w:t>
      </w:r>
    </w:p>
    <w:bookmarkEnd w:id="2"/>
    <w:p w14:paraId="60E006CA" w14:textId="77777777"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Justifier d’une bonne connaissance du milieu rural ; </w:t>
      </w:r>
    </w:p>
    <w:p w14:paraId="0D716B59" w14:textId="74194CDD"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Très bonne connaissance et maîtrise de l’outil informatique </w:t>
      </w:r>
      <w:r w:rsidR="00A30127" w:rsidRPr="00C645ED">
        <w:rPr>
          <w:rFonts w:ascii="Times New Roman" w:hAnsi="Times New Roman" w:cs="Times New Roman"/>
          <w:sz w:val="24"/>
          <w:szCs w:val="24"/>
          <w:lang w:val="fr-CD"/>
        </w:rPr>
        <w:t xml:space="preserve">et </w:t>
      </w:r>
      <w:r w:rsidR="00A30127">
        <w:rPr>
          <w:rFonts w:ascii="Times New Roman" w:hAnsi="Times New Roman" w:cs="Times New Roman"/>
          <w:sz w:val="24"/>
          <w:szCs w:val="24"/>
          <w:lang w:val="fr-CD"/>
        </w:rPr>
        <w:t xml:space="preserve">utilisation </w:t>
      </w:r>
      <w:r w:rsidRPr="00C645ED">
        <w:rPr>
          <w:rFonts w:ascii="Times New Roman" w:hAnsi="Times New Roman" w:cs="Times New Roman"/>
          <w:sz w:val="24"/>
          <w:szCs w:val="24"/>
          <w:lang w:val="fr-CD"/>
        </w:rPr>
        <w:t xml:space="preserve">des logiciels de gestion des bases de données ; </w:t>
      </w:r>
    </w:p>
    <w:p w14:paraId="532FE164" w14:textId="238A81A3"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Une bonne connaissance des systèmes de S</w:t>
      </w:r>
      <w:r w:rsidR="001F5399" w:rsidRPr="00C645ED">
        <w:rPr>
          <w:rFonts w:ascii="Times New Roman" w:hAnsi="Times New Roman" w:cs="Times New Roman"/>
          <w:sz w:val="24"/>
          <w:szCs w:val="24"/>
          <w:lang w:val="fr-CD"/>
        </w:rPr>
        <w:t>&amp;</w:t>
      </w:r>
      <w:r w:rsidRPr="00C645ED">
        <w:rPr>
          <w:rFonts w:ascii="Times New Roman" w:hAnsi="Times New Roman" w:cs="Times New Roman"/>
          <w:sz w:val="24"/>
          <w:szCs w:val="24"/>
          <w:lang w:val="fr-CD"/>
        </w:rPr>
        <w:t>E dans le contexte des projets de développement rural ;</w:t>
      </w:r>
    </w:p>
    <w:p w14:paraId="6EE68BAC" w14:textId="77777777"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Connaissance pratique de la gestion axée sur les résultats et des domaines transversaux comme le développement de capacités et l’approche genre ; </w:t>
      </w:r>
    </w:p>
    <w:p w14:paraId="1D89373A" w14:textId="77777777"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Bonne capacité de rédaction et d’expression en langue française ;</w:t>
      </w:r>
    </w:p>
    <w:p w14:paraId="34187BB8" w14:textId="77777777"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Aptitude à effectuer des déplacements sur le terrain ;</w:t>
      </w:r>
    </w:p>
    <w:p w14:paraId="2A4F1EE8" w14:textId="7632E2D7" w:rsidR="00AB7F58" w:rsidRPr="00C645ED" w:rsidRDefault="00E74C4E"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Être</w:t>
      </w:r>
      <w:r w:rsidR="00AB7F58" w:rsidRPr="00C645ED">
        <w:rPr>
          <w:rFonts w:ascii="Times New Roman" w:hAnsi="Times New Roman" w:cs="Times New Roman"/>
          <w:sz w:val="24"/>
          <w:szCs w:val="24"/>
          <w:lang w:val="fr-CD"/>
        </w:rPr>
        <w:t xml:space="preserve"> âgé de 5</w:t>
      </w:r>
      <w:r w:rsidRPr="00C645ED">
        <w:rPr>
          <w:rFonts w:ascii="Times New Roman" w:hAnsi="Times New Roman" w:cs="Times New Roman"/>
          <w:sz w:val="24"/>
          <w:szCs w:val="24"/>
          <w:lang w:val="fr-CD"/>
        </w:rPr>
        <w:t>5</w:t>
      </w:r>
      <w:r w:rsidR="00AB7F58" w:rsidRPr="00C645ED">
        <w:rPr>
          <w:rFonts w:ascii="Times New Roman" w:hAnsi="Times New Roman" w:cs="Times New Roman"/>
          <w:sz w:val="24"/>
          <w:szCs w:val="24"/>
          <w:lang w:val="fr-CD"/>
        </w:rPr>
        <w:t xml:space="preserve"> ans au plus á la date de clôture des candidatures ;</w:t>
      </w:r>
    </w:p>
    <w:p w14:paraId="386174B0" w14:textId="77777777"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L’expérience dans la mise en œuvre des projets de jeunes sera un atout ;</w:t>
      </w:r>
    </w:p>
    <w:p w14:paraId="41BC3023" w14:textId="77777777" w:rsidR="009D1535" w:rsidRPr="00C645ED" w:rsidRDefault="009D1535" w:rsidP="00632E83">
      <w:pPr>
        <w:pStyle w:val="Paragraphedeliste"/>
        <w:ind w:left="0"/>
        <w:jc w:val="both"/>
        <w:rPr>
          <w:rFonts w:ascii="Times New Roman" w:hAnsi="Times New Roman" w:cs="Times New Roman"/>
          <w:sz w:val="24"/>
          <w:szCs w:val="24"/>
          <w:lang w:val="fr-FR"/>
        </w:rPr>
      </w:pPr>
    </w:p>
    <w:p w14:paraId="6B8F9211" w14:textId="77777777" w:rsidR="009D1535" w:rsidRPr="00CB0BBF" w:rsidRDefault="009D1535" w:rsidP="00632E83">
      <w:pPr>
        <w:suppressAutoHyphens/>
        <w:autoSpaceDN w:val="0"/>
        <w:jc w:val="both"/>
        <w:textAlignment w:val="baseline"/>
        <w:rPr>
          <w:rFonts w:ascii="Times New Roman" w:hAnsi="Times New Roman" w:cs="Times New Roman"/>
          <w:b/>
          <w:sz w:val="24"/>
          <w:szCs w:val="24"/>
          <w:lang w:val="fr-FR"/>
        </w:rPr>
      </w:pPr>
      <w:r w:rsidRPr="00CB0BBF">
        <w:rPr>
          <w:rFonts w:ascii="Times New Roman" w:hAnsi="Times New Roman" w:cs="Times New Roman"/>
          <w:b/>
          <w:sz w:val="24"/>
          <w:szCs w:val="24"/>
          <w:lang w:val="fr-FR"/>
        </w:rPr>
        <w:t>Contenu du dossier de candidature</w:t>
      </w:r>
    </w:p>
    <w:p w14:paraId="7DE390D4" w14:textId="77777777" w:rsidR="009D1535" w:rsidRPr="00CB0BBF" w:rsidRDefault="009D1535" w:rsidP="00632E83">
      <w:pPr>
        <w:jc w:val="both"/>
        <w:rPr>
          <w:rFonts w:ascii="Times New Roman" w:hAnsi="Times New Roman" w:cs="Times New Roman"/>
          <w:sz w:val="24"/>
          <w:szCs w:val="24"/>
          <w:lang w:val="fr-FR"/>
        </w:rPr>
      </w:pPr>
      <w:r w:rsidRPr="00CB0BBF">
        <w:rPr>
          <w:rFonts w:ascii="Times New Roman" w:hAnsi="Times New Roman" w:cs="Times New Roman"/>
          <w:sz w:val="24"/>
          <w:szCs w:val="24"/>
          <w:lang w:val="fr-FR"/>
        </w:rPr>
        <w:t xml:space="preserve">Les documents de candidature doivent être constitués des pièces suivantes : </w:t>
      </w:r>
    </w:p>
    <w:p w14:paraId="1E38228F" w14:textId="16BFA73A" w:rsidR="009D1535" w:rsidRPr="00C645ED" w:rsidRDefault="009D1535"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lettre de motivation signée du (de la) candidat adressée au Secrétaire Générale à l’Agriculture</w:t>
      </w:r>
      <w:r w:rsidR="002B4216">
        <w:rPr>
          <w:rFonts w:ascii="Times New Roman" w:hAnsi="Times New Roman" w:cs="Times New Roman"/>
          <w:sz w:val="24"/>
          <w:szCs w:val="24"/>
          <w:lang w:val="fr-FR"/>
        </w:rPr>
        <w:t xml:space="preserve"> et sécurité alimentaire</w:t>
      </w:r>
      <w:r w:rsidRPr="00C645ED">
        <w:rPr>
          <w:rFonts w:ascii="Times New Roman" w:hAnsi="Times New Roman" w:cs="Times New Roman"/>
          <w:sz w:val="24"/>
          <w:szCs w:val="24"/>
          <w:lang w:val="fr-FR"/>
        </w:rPr>
        <w:t> ;</w:t>
      </w:r>
    </w:p>
    <w:p w14:paraId="6A928011" w14:textId="77777777" w:rsidR="009D1535" w:rsidRPr="00C645ED" w:rsidRDefault="009D1535"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 curriculum vitae actualisé mentionnant au moins trois (3) personnes de référence pour confirmer les expériences et portant une adresse électronique et un numéro de téléphone valide ;</w:t>
      </w:r>
    </w:p>
    <w:p w14:paraId="11480E41" w14:textId="77777777" w:rsidR="009D1535" w:rsidRPr="00C645ED" w:rsidRDefault="009D1535"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copies électroniques des titres académiques notariés et attestations de formations ;</w:t>
      </w:r>
    </w:p>
    <w:p w14:paraId="145793AE" w14:textId="77777777" w:rsidR="009D1535" w:rsidRPr="00C645ED" w:rsidRDefault="009D1535"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preuves d’expérience, notamment les copies des attestations de service rendu et certificat de travail ;</w:t>
      </w:r>
    </w:p>
    <w:p w14:paraId="7EC9394C" w14:textId="77777777" w:rsidR="009D1535" w:rsidRPr="00C645ED" w:rsidRDefault="009D1535"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Copie d’une pièce d’identité en cours de validité ; </w:t>
      </w:r>
    </w:p>
    <w:p w14:paraId="08A81691" w14:textId="77777777" w:rsidR="009D1535" w:rsidRDefault="009D1535" w:rsidP="001E35F5">
      <w:pPr>
        <w:pStyle w:val="Paragraphedeliste"/>
        <w:numPr>
          <w:ilvl w:val="0"/>
          <w:numId w:val="9"/>
        </w:numPr>
        <w:suppressAutoHyphens/>
        <w:autoSpaceDN w:val="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copie de certificat d’aptitude physique.</w:t>
      </w:r>
    </w:p>
    <w:p w14:paraId="139D3B79" w14:textId="77777777" w:rsidR="009D1535" w:rsidRPr="001526B5" w:rsidRDefault="009D1535" w:rsidP="00632E83">
      <w:pPr>
        <w:suppressAutoHyphens/>
        <w:autoSpaceDN w:val="0"/>
        <w:jc w:val="both"/>
        <w:textAlignment w:val="baseline"/>
        <w:rPr>
          <w:rFonts w:ascii="Times New Roman" w:hAnsi="Times New Roman" w:cs="Times New Roman"/>
          <w:b/>
          <w:sz w:val="24"/>
          <w:szCs w:val="24"/>
          <w:lang w:val="fr-CD"/>
        </w:rPr>
      </w:pPr>
      <w:r w:rsidRPr="001526B5">
        <w:rPr>
          <w:rFonts w:ascii="Times New Roman" w:hAnsi="Times New Roman" w:cs="Times New Roman"/>
          <w:b/>
          <w:sz w:val="24"/>
          <w:szCs w:val="24"/>
          <w:lang w:val="fr-CD"/>
        </w:rPr>
        <w:t xml:space="preserve">Processus de recrutement </w:t>
      </w:r>
    </w:p>
    <w:p w14:paraId="11FF53A5" w14:textId="50A0D54C" w:rsidR="009D1535" w:rsidRPr="00CB0BBF" w:rsidRDefault="009D1535" w:rsidP="00632E83">
      <w:pPr>
        <w:jc w:val="both"/>
        <w:rPr>
          <w:rFonts w:ascii="Times New Roman" w:hAnsi="Times New Roman" w:cs="Times New Roman"/>
          <w:sz w:val="24"/>
          <w:szCs w:val="24"/>
          <w:lang w:val="fr-FR"/>
        </w:rPr>
      </w:pPr>
      <w:r w:rsidRPr="00CB0BBF">
        <w:rPr>
          <w:rFonts w:ascii="Times New Roman" w:hAnsi="Times New Roman" w:cs="Times New Roman"/>
          <w:sz w:val="24"/>
          <w:szCs w:val="24"/>
          <w:lang w:val="fr-FR"/>
        </w:rPr>
        <w:t xml:space="preserve">Le recrutement se fera en </w:t>
      </w:r>
      <w:r w:rsidR="002B4216">
        <w:rPr>
          <w:rFonts w:ascii="Times New Roman" w:hAnsi="Times New Roman" w:cs="Times New Roman"/>
          <w:sz w:val="24"/>
          <w:szCs w:val="24"/>
          <w:lang w:val="fr-FR"/>
        </w:rPr>
        <w:t xml:space="preserve">trois </w:t>
      </w:r>
      <w:r w:rsidR="002B4216" w:rsidRPr="00CB0BBF">
        <w:rPr>
          <w:rFonts w:ascii="Times New Roman" w:hAnsi="Times New Roman" w:cs="Times New Roman"/>
          <w:sz w:val="24"/>
          <w:szCs w:val="24"/>
          <w:lang w:val="fr-FR"/>
        </w:rPr>
        <w:t>étapes</w:t>
      </w:r>
      <w:r w:rsidRPr="00CB0BBF">
        <w:rPr>
          <w:rFonts w:ascii="Times New Roman" w:hAnsi="Times New Roman" w:cs="Times New Roman"/>
          <w:sz w:val="24"/>
          <w:szCs w:val="24"/>
          <w:lang w:val="fr-FR"/>
        </w:rPr>
        <w:t> :</w:t>
      </w:r>
    </w:p>
    <w:p w14:paraId="0B38ADBF" w14:textId="77777777" w:rsidR="009D1535" w:rsidRPr="00C645ED" w:rsidRDefault="009D1535"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L’examen des dossiers des candidats : seuls les candidats qui auront réalisé au moins 70% à l’étape documentaire seront invités pour le test écrit ;</w:t>
      </w:r>
    </w:p>
    <w:p w14:paraId="186E32D5" w14:textId="1A9F568C" w:rsidR="009D1535" w:rsidRPr="00C645ED" w:rsidRDefault="009D1535"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 test écrit : seront invités à l’interview que les candidats qui aurons atteindre le seuil de 70</w:t>
      </w:r>
      <w:r w:rsidR="005E6510" w:rsidRPr="00C645ED">
        <w:rPr>
          <w:rFonts w:ascii="Times New Roman" w:hAnsi="Times New Roman" w:cs="Times New Roman"/>
          <w:sz w:val="24"/>
          <w:szCs w:val="24"/>
          <w:lang w:val="fr-FR"/>
        </w:rPr>
        <w:t>% et</w:t>
      </w:r>
      <w:r w:rsidRPr="00C645ED">
        <w:rPr>
          <w:rFonts w:ascii="Times New Roman" w:hAnsi="Times New Roman" w:cs="Times New Roman"/>
          <w:sz w:val="24"/>
          <w:szCs w:val="24"/>
          <w:lang w:val="fr-FR"/>
        </w:rPr>
        <w:t xml:space="preserve"> au-delà au test écris.</w:t>
      </w:r>
    </w:p>
    <w:p w14:paraId="56A0E2EE" w14:textId="77777777" w:rsidR="009D1535" w:rsidRPr="00C645ED" w:rsidRDefault="009D1535"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L’interview : le meilleur candidat à l’issus de l’interview sera retenu pour le poste.</w:t>
      </w:r>
    </w:p>
    <w:p w14:paraId="752E9E39" w14:textId="77777777" w:rsidR="009D1535" w:rsidRDefault="009D1535" w:rsidP="00632E83">
      <w:pPr>
        <w:pStyle w:val="Paragraphedeliste"/>
        <w:suppressAutoHyphens/>
        <w:autoSpaceDN w:val="0"/>
        <w:spacing w:after="0"/>
        <w:ind w:left="1440"/>
        <w:contextualSpacing w:val="0"/>
        <w:jc w:val="both"/>
        <w:textAlignment w:val="baseline"/>
        <w:rPr>
          <w:rFonts w:ascii="Times New Roman" w:hAnsi="Times New Roman" w:cs="Times New Roman"/>
          <w:sz w:val="24"/>
          <w:szCs w:val="24"/>
          <w:lang w:val="fr-FR"/>
        </w:rPr>
      </w:pPr>
    </w:p>
    <w:p w14:paraId="7174A3A6" w14:textId="77777777" w:rsidR="00D664E0" w:rsidRPr="00C645ED" w:rsidRDefault="00D664E0" w:rsidP="00632E83">
      <w:pPr>
        <w:pStyle w:val="Paragraphedeliste"/>
        <w:suppressAutoHyphens/>
        <w:autoSpaceDN w:val="0"/>
        <w:spacing w:after="0"/>
        <w:ind w:left="1440"/>
        <w:contextualSpacing w:val="0"/>
        <w:jc w:val="both"/>
        <w:textAlignment w:val="baseline"/>
        <w:rPr>
          <w:rFonts w:ascii="Times New Roman" w:hAnsi="Times New Roman" w:cs="Times New Roman"/>
          <w:sz w:val="24"/>
          <w:szCs w:val="24"/>
          <w:lang w:val="fr-FR"/>
        </w:rPr>
      </w:pPr>
    </w:p>
    <w:p w14:paraId="1878E1C7" w14:textId="77777777" w:rsidR="009D1535" w:rsidRPr="00881547" w:rsidRDefault="009D1535" w:rsidP="00632E83">
      <w:pPr>
        <w:suppressAutoHyphens/>
        <w:autoSpaceDN w:val="0"/>
        <w:jc w:val="both"/>
        <w:textAlignment w:val="baseline"/>
        <w:rPr>
          <w:rFonts w:ascii="Times New Roman" w:hAnsi="Times New Roman" w:cs="Times New Roman"/>
          <w:b/>
          <w:sz w:val="24"/>
          <w:szCs w:val="24"/>
          <w:lang w:val="fr-CD"/>
        </w:rPr>
      </w:pPr>
      <w:r w:rsidRPr="00881547">
        <w:rPr>
          <w:rFonts w:ascii="Times New Roman" w:hAnsi="Times New Roman" w:cs="Times New Roman"/>
          <w:b/>
          <w:sz w:val="24"/>
          <w:szCs w:val="24"/>
          <w:lang w:val="fr-CD"/>
        </w:rPr>
        <w:lastRenderedPageBreak/>
        <w:t>Durée du Contrat</w:t>
      </w:r>
    </w:p>
    <w:p w14:paraId="707A4683" w14:textId="77777777" w:rsidR="009D1535" w:rsidRPr="00C645ED" w:rsidRDefault="009D1535" w:rsidP="00632E83">
      <w:pPr>
        <w:pStyle w:val="NormalWeb"/>
        <w:spacing w:line="276" w:lineRule="auto"/>
        <w:jc w:val="both"/>
      </w:pPr>
      <w:r w:rsidRPr="00C645ED">
        <w:t xml:space="preserve">Le contrat sera conclu pour une </w:t>
      </w:r>
      <w:r w:rsidRPr="00C645ED">
        <w:rPr>
          <w:rStyle w:val="lev"/>
          <w:b w:val="0"/>
          <w:bCs w:val="0"/>
        </w:rPr>
        <w:t>durée</w:t>
      </w:r>
      <w:r w:rsidRPr="00C645ED">
        <w:rPr>
          <w:rStyle w:val="lev"/>
        </w:rPr>
        <w:t xml:space="preserve"> d’un (1) an</w:t>
      </w:r>
      <w:r w:rsidRPr="00C645ED">
        <w:t xml:space="preserve">, renouvelable sur la base d’une </w:t>
      </w:r>
      <w:r w:rsidRPr="00C645ED">
        <w:rPr>
          <w:rStyle w:val="lev"/>
          <w:b w:val="0"/>
          <w:bCs w:val="0"/>
        </w:rPr>
        <w:t>évaluation satisfaisante des performances</w:t>
      </w:r>
      <w:r w:rsidRPr="00C645ED">
        <w:t xml:space="preserve"> du/de la titulaire. Le renouvellement du contrat sera toutefois limité à la </w:t>
      </w:r>
      <w:r w:rsidRPr="00C645ED">
        <w:rPr>
          <w:rStyle w:val="lev"/>
          <w:b w:val="0"/>
          <w:bCs w:val="0"/>
        </w:rPr>
        <w:t>durée effective de mise en œuvre du Projet</w:t>
      </w:r>
      <w:r w:rsidRPr="00C645ED">
        <w:rPr>
          <w:b/>
          <w:bCs/>
        </w:rPr>
        <w:t>.</w:t>
      </w:r>
    </w:p>
    <w:p w14:paraId="1CDA1916" w14:textId="517F15B0" w:rsidR="009D1535" w:rsidRPr="00C645ED" w:rsidRDefault="009D1535" w:rsidP="00632E83">
      <w:pPr>
        <w:pStyle w:val="NormalWeb"/>
        <w:spacing w:line="276" w:lineRule="auto"/>
        <w:jc w:val="both"/>
      </w:pPr>
      <w:r w:rsidRPr="00C645ED">
        <w:t xml:space="preserve">Le contrat initial comportera une </w:t>
      </w:r>
      <w:r w:rsidRPr="00C645ED">
        <w:rPr>
          <w:rStyle w:val="lev"/>
        </w:rPr>
        <w:t>période probatoire de six (6) mois</w:t>
      </w:r>
      <w:r w:rsidRPr="00C645ED">
        <w:t xml:space="preserve">, au terme de laquelle la confirmation définitive du/de la titulaire sera subordonnée à une </w:t>
      </w:r>
      <w:r w:rsidRPr="00C645ED">
        <w:rPr>
          <w:rStyle w:val="lev"/>
          <w:b w:val="0"/>
          <w:bCs w:val="0"/>
        </w:rPr>
        <w:t>évaluation positive des résultats et du comportement professionnel</w:t>
      </w:r>
      <w:r w:rsidRPr="00C645ED">
        <w:rPr>
          <w:b/>
          <w:bCs/>
        </w:rPr>
        <w:t>.</w:t>
      </w:r>
    </w:p>
    <w:p w14:paraId="76011B95" w14:textId="77777777" w:rsidR="009D1535" w:rsidRPr="001526B5" w:rsidRDefault="009D1535" w:rsidP="00632E83">
      <w:pPr>
        <w:suppressAutoHyphens/>
        <w:autoSpaceDN w:val="0"/>
        <w:jc w:val="both"/>
        <w:textAlignment w:val="baseline"/>
        <w:rPr>
          <w:rFonts w:ascii="Times New Roman" w:hAnsi="Times New Roman" w:cs="Times New Roman"/>
          <w:b/>
          <w:sz w:val="24"/>
          <w:szCs w:val="24"/>
          <w:lang w:val="fr-CD"/>
        </w:rPr>
      </w:pPr>
      <w:r w:rsidRPr="001526B5">
        <w:rPr>
          <w:rFonts w:ascii="Times New Roman" w:hAnsi="Times New Roman" w:cs="Times New Roman"/>
          <w:b/>
          <w:sz w:val="24"/>
          <w:szCs w:val="24"/>
          <w:lang w:val="fr-CD"/>
        </w:rPr>
        <w:t>Lieu d'affectation et de prise de fonction</w:t>
      </w:r>
    </w:p>
    <w:p w14:paraId="238C24FB" w14:textId="083BAE03" w:rsidR="009D1535" w:rsidRPr="00C645ED" w:rsidRDefault="009D1535" w:rsidP="00632E83">
      <w:pPr>
        <w:suppressAutoHyphens/>
        <w:autoSpaceDN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Le/la titulaire du poste sera basé(e) à Kikwit, dans la Province du Kwilu, au sein de l’Unité de Gestion du Projet (UGP).</w:t>
      </w:r>
    </w:p>
    <w:p w14:paraId="527382C8" w14:textId="77777777" w:rsidR="009D1535" w:rsidRPr="001526B5" w:rsidRDefault="009D1535" w:rsidP="00632E83">
      <w:pPr>
        <w:suppressAutoHyphens/>
        <w:autoSpaceDN w:val="0"/>
        <w:jc w:val="both"/>
        <w:textAlignment w:val="baseline"/>
        <w:rPr>
          <w:rFonts w:ascii="Times New Roman" w:hAnsi="Times New Roman" w:cs="Times New Roman"/>
          <w:b/>
          <w:sz w:val="24"/>
          <w:szCs w:val="24"/>
          <w:lang w:val="fr-FR"/>
        </w:rPr>
      </w:pPr>
      <w:r w:rsidRPr="001526B5">
        <w:rPr>
          <w:rFonts w:ascii="Times New Roman" w:hAnsi="Times New Roman" w:cs="Times New Roman"/>
          <w:b/>
          <w:sz w:val="24"/>
          <w:szCs w:val="24"/>
          <w:lang w:val="fr-FR"/>
        </w:rPr>
        <w:t>Dépôt des candidatures et clôture</w:t>
      </w:r>
    </w:p>
    <w:p w14:paraId="749F6397" w14:textId="5491C4FE" w:rsidR="00AB7F58" w:rsidRDefault="009D1535" w:rsidP="00632E83">
      <w:pPr>
        <w:jc w:val="both"/>
        <w:rPr>
          <w:rFonts w:ascii="Times New Roman" w:hAnsi="Times New Roman" w:cs="Times New Roman"/>
          <w:sz w:val="24"/>
          <w:szCs w:val="24"/>
          <w:lang w:val="fr-FR"/>
        </w:rPr>
      </w:pPr>
      <w:r w:rsidRPr="001526B5">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hyperlink r:id="rId19" w:history="1">
        <w:r w:rsidRPr="001526B5">
          <w:rPr>
            <w:rStyle w:val="Lienhypertexte"/>
            <w:rFonts w:ascii="Times New Roman" w:hAnsi="Times New Roman" w:cs="Times New Roman"/>
            <w:sz w:val="24"/>
            <w:szCs w:val="24"/>
            <w:lang w:val="fr-FR"/>
          </w:rPr>
          <w:t>sgagrirdc@gmail.com</w:t>
        </w:r>
      </w:hyperlink>
      <w:r w:rsidRPr="001526B5">
        <w:rPr>
          <w:rFonts w:ascii="Times New Roman" w:hAnsi="Times New Roman" w:cs="Times New Roman"/>
          <w:sz w:val="24"/>
          <w:szCs w:val="24"/>
          <w:lang w:val="fr-FR"/>
        </w:rPr>
        <w:t xml:space="preserve"> et   </w:t>
      </w:r>
      <w:hyperlink r:id="rId20" w:history="1">
        <w:r w:rsidRPr="001526B5">
          <w:rPr>
            <w:rStyle w:val="Lienhypertexte"/>
            <w:rFonts w:ascii="Times New Roman" w:hAnsi="Times New Roman" w:cs="Times New Roman"/>
            <w:sz w:val="24"/>
            <w:szCs w:val="24"/>
            <w:lang w:val="fr-FR"/>
          </w:rPr>
          <w:t>recrutement@avenir.cd</w:t>
        </w:r>
      </w:hyperlink>
      <w:r w:rsidRPr="001526B5">
        <w:rPr>
          <w:rFonts w:ascii="Times New Roman" w:hAnsi="Times New Roman" w:cs="Times New Roman"/>
          <w:sz w:val="24"/>
          <w:szCs w:val="24"/>
          <w:lang w:val="fr-FR"/>
        </w:rPr>
        <w:t xml:space="preserve">  ; avec comme objet : « </w:t>
      </w:r>
      <w:r w:rsidRPr="001526B5">
        <w:rPr>
          <w:rFonts w:ascii="Times New Roman" w:hAnsi="Times New Roman" w:cs="Times New Roman"/>
          <w:i/>
          <w:sz w:val="24"/>
          <w:szCs w:val="24"/>
          <w:lang w:val="fr-FR"/>
        </w:rPr>
        <w:t xml:space="preserve">candidature au poste de </w:t>
      </w:r>
      <w:r w:rsidR="005E6510" w:rsidRPr="00531573">
        <w:rPr>
          <w:rFonts w:ascii="Times New Roman" w:hAnsi="Times New Roman" w:cs="Times New Roman"/>
          <w:b/>
          <w:bCs/>
          <w:i/>
          <w:sz w:val="24"/>
          <w:szCs w:val="24"/>
          <w:lang w:val="fr-FR"/>
        </w:rPr>
        <w:t>Coordonnateur National Adjoint et Responsable du Suivi-Evaluation du Projet AVENIR</w:t>
      </w:r>
      <w:r w:rsidR="00531573">
        <w:rPr>
          <w:rFonts w:ascii="Times New Roman" w:hAnsi="Times New Roman" w:cs="Times New Roman"/>
          <w:sz w:val="24"/>
          <w:szCs w:val="24"/>
          <w:lang w:val="fr-FR"/>
        </w:rPr>
        <w:t xml:space="preserve"> </w:t>
      </w:r>
      <w:r w:rsidRPr="001526B5">
        <w:rPr>
          <w:rFonts w:ascii="Times New Roman" w:hAnsi="Times New Roman" w:cs="Times New Roman"/>
          <w:sz w:val="24"/>
          <w:szCs w:val="24"/>
          <w:lang w:val="fr-FR"/>
        </w:rPr>
        <w:t xml:space="preserve">», au plus tard </w:t>
      </w:r>
      <w:r w:rsidR="00D664E0" w:rsidRPr="00D664E0">
        <w:rPr>
          <w:rFonts w:ascii="Times New Roman" w:hAnsi="Times New Roman" w:cs="Times New Roman"/>
          <w:b/>
          <w:bCs/>
          <w:sz w:val="24"/>
          <w:szCs w:val="24"/>
          <w:lang w:val="fr-FR"/>
        </w:rPr>
        <w:t>11 mars</w:t>
      </w:r>
      <w:r w:rsidRPr="00D664E0">
        <w:rPr>
          <w:rFonts w:ascii="Times New Roman" w:hAnsi="Times New Roman" w:cs="Times New Roman"/>
          <w:b/>
          <w:bCs/>
          <w:sz w:val="24"/>
          <w:szCs w:val="24"/>
          <w:lang w:val="fr-FR"/>
        </w:rPr>
        <w:t xml:space="preserve"> 2026</w:t>
      </w:r>
      <w:r w:rsidRPr="001526B5">
        <w:rPr>
          <w:rFonts w:ascii="Times New Roman" w:hAnsi="Times New Roman" w:cs="Times New Roman"/>
          <w:sz w:val="24"/>
          <w:szCs w:val="24"/>
          <w:lang w:val="fr-FR"/>
        </w:rPr>
        <w:t xml:space="preserve"> à 1</w:t>
      </w:r>
      <w:r w:rsidR="00951988">
        <w:rPr>
          <w:rFonts w:ascii="Times New Roman" w:hAnsi="Times New Roman" w:cs="Times New Roman"/>
          <w:sz w:val="24"/>
          <w:szCs w:val="24"/>
          <w:lang w:val="fr-FR"/>
        </w:rPr>
        <w:t>6</w:t>
      </w:r>
      <w:r w:rsidRPr="001526B5">
        <w:rPr>
          <w:rFonts w:ascii="Times New Roman" w:hAnsi="Times New Roman" w:cs="Times New Roman"/>
          <w:sz w:val="24"/>
          <w:szCs w:val="24"/>
          <w:lang w:val="fr-FR"/>
        </w:rPr>
        <w:t xml:space="preserve">h00’, heure de Kinshasa.  </w:t>
      </w:r>
    </w:p>
    <w:p w14:paraId="3EFF7F65" w14:textId="77777777" w:rsidR="001526B5" w:rsidRDefault="001526B5" w:rsidP="00632E83">
      <w:pPr>
        <w:jc w:val="both"/>
        <w:rPr>
          <w:rFonts w:ascii="Times New Roman" w:hAnsi="Times New Roman" w:cs="Times New Roman"/>
          <w:sz w:val="24"/>
          <w:szCs w:val="24"/>
          <w:lang w:val="fr-FR"/>
        </w:rPr>
      </w:pPr>
    </w:p>
    <w:p w14:paraId="38418092" w14:textId="77777777" w:rsidR="00597ED6" w:rsidRDefault="00597ED6" w:rsidP="00632E83">
      <w:pPr>
        <w:jc w:val="both"/>
        <w:rPr>
          <w:rFonts w:ascii="Times New Roman" w:hAnsi="Times New Roman" w:cs="Times New Roman"/>
          <w:sz w:val="24"/>
          <w:szCs w:val="24"/>
          <w:lang w:val="fr-FR"/>
        </w:rPr>
      </w:pPr>
    </w:p>
    <w:p w14:paraId="4B3DC508" w14:textId="77777777" w:rsidR="00597ED6" w:rsidRDefault="00597ED6" w:rsidP="00632E83">
      <w:pPr>
        <w:jc w:val="both"/>
        <w:rPr>
          <w:rFonts w:ascii="Times New Roman" w:hAnsi="Times New Roman" w:cs="Times New Roman"/>
          <w:sz w:val="24"/>
          <w:szCs w:val="24"/>
          <w:lang w:val="fr-FR"/>
        </w:rPr>
      </w:pPr>
    </w:p>
    <w:p w14:paraId="7D31C0E2" w14:textId="77777777" w:rsidR="00597ED6" w:rsidRDefault="00597ED6" w:rsidP="00632E83">
      <w:pPr>
        <w:jc w:val="both"/>
        <w:rPr>
          <w:rFonts w:ascii="Times New Roman" w:hAnsi="Times New Roman" w:cs="Times New Roman"/>
          <w:sz w:val="24"/>
          <w:szCs w:val="24"/>
          <w:lang w:val="fr-FR"/>
        </w:rPr>
      </w:pPr>
    </w:p>
    <w:p w14:paraId="39E34DE8" w14:textId="77777777" w:rsidR="00597ED6" w:rsidRDefault="00597ED6" w:rsidP="00632E83">
      <w:pPr>
        <w:jc w:val="both"/>
        <w:rPr>
          <w:rFonts w:ascii="Times New Roman" w:hAnsi="Times New Roman" w:cs="Times New Roman"/>
          <w:sz w:val="24"/>
          <w:szCs w:val="24"/>
          <w:lang w:val="fr-FR"/>
        </w:rPr>
      </w:pPr>
    </w:p>
    <w:p w14:paraId="67D44727" w14:textId="77777777" w:rsidR="00597ED6" w:rsidRDefault="00597ED6" w:rsidP="00632E83">
      <w:pPr>
        <w:jc w:val="both"/>
        <w:rPr>
          <w:rFonts w:ascii="Times New Roman" w:hAnsi="Times New Roman" w:cs="Times New Roman"/>
          <w:sz w:val="24"/>
          <w:szCs w:val="24"/>
          <w:lang w:val="fr-FR"/>
        </w:rPr>
      </w:pPr>
    </w:p>
    <w:p w14:paraId="5265D372" w14:textId="77777777" w:rsidR="00597ED6" w:rsidRDefault="00597ED6" w:rsidP="00632E83">
      <w:pPr>
        <w:jc w:val="both"/>
        <w:rPr>
          <w:rFonts w:ascii="Times New Roman" w:hAnsi="Times New Roman" w:cs="Times New Roman"/>
          <w:sz w:val="24"/>
          <w:szCs w:val="24"/>
          <w:lang w:val="fr-FR"/>
        </w:rPr>
      </w:pPr>
    </w:p>
    <w:p w14:paraId="46EF1D4E" w14:textId="77777777" w:rsidR="00597ED6" w:rsidRDefault="00597ED6" w:rsidP="00632E83">
      <w:pPr>
        <w:jc w:val="both"/>
        <w:rPr>
          <w:rFonts w:ascii="Times New Roman" w:hAnsi="Times New Roman" w:cs="Times New Roman"/>
          <w:sz w:val="24"/>
          <w:szCs w:val="24"/>
          <w:lang w:val="fr-FR"/>
        </w:rPr>
      </w:pPr>
    </w:p>
    <w:p w14:paraId="6AF8E7B0" w14:textId="77777777" w:rsidR="00531573" w:rsidRDefault="00531573" w:rsidP="00632E83">
      <w:pPr>
        <w:jc w:val="both"/>
        <w:rPr>
          <w:rFonts w:ascii="Times New Roman" w:hAnsi="Times New Roman" w:cs="Times New Roman"/>
          <w:sz w:val="24"/>
          <w:szCs w:val="24"/>
          <w:lang w:val="fr-FR"/>
        </w:rPr>
      </w:pPr>
    </w:p>
    <w:p w14:paraId="67650F2C" w14:textId="77777777" w:rsidR="00531573" w:rsidRDefault="00531573" w:rsidP="00632E83">
      <w:pPr>
        <w:jc w:val="both"/>
        <w:rPr>
          <w:rFonts w:ascii="Times New Roman" w:hAnsi="Times New Roman" w:cs="Times New Roman"/>
          <w:sz w:val="24"/>
          <w:szCs w:val="24"/>
          <w:lang w:val="fr-FR"/>
        </w:rPr>
      </w:pPr>
    </w:p>
    <w:p w14:paraId="50B8D573" w14:textId="77777777" w:rsidR="00531573" w:rsidRDefault="00531573" w:rsidP="00632E83">
      <w:pPr>
        <w:jc w:val="both"/>
        <w:rPr>
          <w:rFonts w:ascii="Times New Roman" w:hAnsi="Times New Roman" w:cs="Times New Roman"/>
          <w:sz w:val="24"/>
          <w:szCs w:val="24"/>
          <w:lang w:val="fr-FR"/>
        </w:rPr>
      </w:pPr>
    </w:p>
    <w:p w14:paraId="3136930A" w14:textId="77777777" w:rsidR="00531573" w:rsidRDefault="00531573" w:rsidP="00632E83">
      <w:pPr>
        <w:jc w:val="both"/>
        <w:rPr>
          <w:rFonts w:ascii="Times New Roman" w:hAnsi="Times New Roman" w:cs="Times New Roman"/>
          <w:sz w:val="24"/>
          <w:szCs w:val="24"/>
          <w:lang w:val="fr-FR"/>
        </w:rPr>
      </w:pPr>
    </w:p>
    <w:p w14:paraId="2C5BCE96" w14:textId="77777777" w:rsidR="00531573" w:rsidRDefault="00531573" w:rsidP="00632E83">
      <w:pPr>
        <w:jc w:val="both"/>
        <w:rPr>
          <w:rFonts w:ascii="Times New Roman" w:hAnsi="Times New Roman" w:cs="Times New Roman"/>
          <w:sz w:val="24"/>
          <w:szCs w:val="24"/>
          <w:lang w:val="fr-FR"/>
        </w:rPr>
      </w:pPr>
    </w:p>
    <w:p w14:paraId="0169BDE0" w14:textId="77777777" w:rsidR="00531573" w:rsidRDefault="00531573" w:rsidP="00632E83">
      <w:pPr>
        <w:jc w:val="both"/>
        <w:rPr>
          <w:rFonts w:ascii="Times New Roman" w:hAnsi="Times New Roman" w:cs="Times New Roman"/>
          <w:sz w:val="24"/>
          <w:szCs w:val="24"/>
          <w:lang w:val="fr-FR"/>
        </w:rPr>
      </w:pPr>
    </w:p>
    <w:p w14:paraId="3BC458A1" w14:textId="77777777" w:rsidR="00D94589" w:rsidRDefault="00D94589" w:rsidP="00632E83">
      <w:pPr>
        <w:jc w:val="both"/>
        <w:rPr>
          <w:rFonts w:ascii="Times New Roman" w:hAnsi="Times New Roman" w:cs="Times New Roman"/>
          <w:sz w:val="24"/>
          <w:szCs w:val="24"/>
          <w:lang w:val="fr-FR"/>
        </w:rPr>
      </w:pPr>
    </w:p>
    <w:p w14:paraId="09CC8502" w14:textId="77777777" w:rsidR="00597ED6" w:rsidRDefault="00597ED6" w:rsidP="00632E83">
      <w:pPr>
        <w:jc w:val="both"/>
        <w:rPr>
          <w:rFonts w:ascii="Times New Roman" w:hAnsi="Times New Roman" w:cs="Times New Roman"/>
          <w:sz w:val="24"/>
          <w:szCs w:val="24"/>
          <w:lang w:val="fr-FR"/>
        </w:rPr>
      </w:pPr>
    </w:p>
    <w:p w14:paraId="5ADD7475" w14:textId="1FA09933" w:rsidR="00881547" w:rsidRDefault="00881547" w:rsidP="001E35F5">
      <w:pPr>
        <w:pStyle w:val="Paragraphedeliste"/>
        <w:numPr>
          <w:ilvl w:val="0"/>
          <w:numId w:val="15"/>
        </w:numPr>
        <w:spacing w:after="0"/>
        <w:jc w:val="both"/>
        <w:rPr>
          <w:rFonts w:ascii="Times New Roman" w:hAnsi="Times New Roman" w:cs="Times New Roman"/>
          <w:b/>
          <w:bCs/>
          <w:color w:val="3333FF"/>
          <w:sz w:val="24"/>
          <w:szCs w:val="24"/>
          <w:lang w:val="fr-FR"/>
        </w:rPr>
      </w:pPr>
      <w:bookmarkStart w:id="3" w:name="_Hlk217878637"/>
      <w:r w:rsidRPr="00881547">
        <w:rPr>
          <w:rFonts w:ascii="Times New Roman" w:hAnsi="Times New Roman" w:cs="Times New Roman"/>
          <w:b/>
          <w:bCs/>
          <w:color w:val="3333FF"/>
          <w:sz w:val="24"/>
          <w:szCs w:val="24"/>
          <w:lang w:val="fr-FR"/>
        </w:rPr>
        <w:t xml:space="preserve">RECRUTEMENT DE CHEF D’ANTENNE DE </w:t>
      </w:r>
      <w:r w:rsidR="008109EC">
        <w:rPr>
          <w:rFonts w:ascii="Times New Roman" w:hAnsi="Times New Roman" w:cs="Times New Roman"/>
          <w:b/>
          <w:bCs/>
          <w:color w:val="3333FF"/>
          <w:sz w:val="24"/>
          <w:szCs w:val="24"/>
          <w:lang w:val="fr-FR"/>
        </w:rPr>
        <w:t>KENGE</w:t>
      </w:r>
      <w:r w:rsidRPr="00881547">
        <w:rPr>
          <w:rFonts w:ascii="Times New Roman" w:hAnsi="Times New Roman" w:cs="Times New Roman"/>
          <w:b/>
          <w:bCs/>
          <w:color w:val="3333FF"/>
          <w:sz w:val="24"/>
          <w:szCs w:val="24"/>
          <w:lang w:val="fr-FR"/>
        </w:rPr>
        <w:t xml:space="preserve">/ </w:t>
      </w:r>
      <w:r w:rsidR="008109EC">
        <w:rPr>
          <w:rFonts w:ascii="Times New Roman" w:hAnsi="Times New Roman" w:cs="Times New Roman"/>
          <w:b/>
          <w:bCs/>
          <w:color w:val="3333FF"/>
          <w:sz w:val="24"/>
          <w:szCs w:val="24"/>
          <w:lang w:val="fr-FR"/>
        </w:rPr>
        <w:t>PROVINCE DE KWANGO</w:t>
      </w:r>
    </w:p>
    <w:p w14:paraId="4CB77DC3" w14:textId="77777777" w:rsidR="00881547" w:rsidRDefault="00881547" w:rsidP="00632E83">
      <w:pPr>
        <w:spacing w:after="0"/>
        <w:ind w:left="360"/>
        <w:jc w:val="both"/>
        <w:rPr>
          <w:rFonts w:ascii="Times New Roman" w:hAnsi="Times New Roman" w:cs="Times New Roman"/>
          <w:b/>
          <w:bCs/>
          <w:color w:val="3333FF"/>
          <w:sz w:val="24"/>
          <w:szCs w:val="24"/>
          <w:lang w:val="fr-FR"/>
        </w:rPr>
      </w:pPr>
    </w:p>
    <w:p w14:paraId="17B84C1A" w14:textId="77777777" w:rsidR="007C7A47" w:rsidRPr="00B60FEF" w:rsidRDefault="007C7A47" w:rsidP="00632E83">
      <w:pPr>
        <w:jc w:val="both"/>
        <w:rPr>
          <w:rFonts w:ascii="Times New Roman" w:hAnsi="Times New Roman" w:cs="Times New Roman"/>
          <w:b/>
          <w:bCs/>
          <w:sz w:val="24"/>
          <w:szCs w:val="24"/>
          <w:u w:val="single"/>
          <w:lang w:val="fr-CD"/>
        </w:rPr>
      </w:pPr>
      <w:r w:rsidRPr="00B60FEF">
        <w:rPr>
          <w:rFonts w:ascii="Times New Roman" w:hAnsi="Times New Roman" w:cs="Times New Roman"/>
          <w:b/>
          <w:bCs/>
          <w:sz w:val="24"/>
          <w:szCs w:val="24"/>
          <w:u w:val="single"/>
          <w:lang w:val="fr-CD"/>
        </w:rPr>
        <w:t xml:space="preserve">Missions </w:t>
      </w:r>
    </w:p>
    <w:p w14:paraId="4AD65090" w14:textId="18F3D8EF" w:rsidR="007C7A47" w:rsidRPr="00B60FEF" w:rsidRDefault="007C7A47" w:rsidP="00632E83">
      <w:pPr>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Sous l'autorité du/de la Coordonnateur (trice) National du projet AVENIR, le Chef d’antenne est chargé de la mise en œuvre et du suivi dans sa zone de compétence, des actions arrêtées dans les </w:t>
      </w:r>
      <w:r w:rsidR="00D51ED0" w:rsidRPr="00B60FEF">
        <w:rPr>
          <w:rFonts w:ascii="Times New Roman" w:hAnsi="Times New Roman" w:cs="Times New Roman"/>
          <w:sz w:val="24"/>
          <w:szCs w:val="24"/>
          <w:lang w:val="fr-CD"/>
        </w:rPr>
        <w:t>Plans de Travail et Budget Annuel (</w:t>
      </w:r>
      <w:r w:rsidRPr="00B60FEF">
        <w:rPr>
          <w:rFonts w:ascii="Times New Roman" w:hAnsi="Times New Roman" w:cs="Times New Roman"/>
          <w:sz w:val="24"/>
          <w:szCs w:val="24"/>
          <w:lang w:val="fr-CD"/>
        </w:rPr>
        <w:t>PTBA</w:t>
      </w:r>
      <w:r w:rsidR="00D51ED0" w:rsidRPr="00B60FEF">
        <w:rPr>
          <w:rFonts w:ascii="Times New Roman" w:hAnsi="Times New Roman" w:cs="Times New Roman"/>
          <w:sz w:val="24"/>
          <w:szCs w:val="24"/>
          <w:lang w:val="fr-CD"/>
        </w:rPr>
        <w:t>)</w:t>
      </w:r>
      <w:r w:rsidRPr="00B60FEF">
        <w:rPr>
          <w:rFonts w:ascii="Times New Roman" w:hAnsi="Times New Roman" w:cs="Times New Roman"/>
          <w:sz w:val="24"/>
          <w:szCs w:val="24"/>
          <w:lang w:val="fr-CD"/>
        </w:rPr>
        <w:t xml:space="preserve"> et, de contribuer à la réalisation des objectifs d</w:t>
      </w:r>
      <w:r w:rsidR="00D51ED0" w:rsidRPr="00B60FEF">
        <w:rPr>
          <w:rFonts w:ascii="Times New Roman" w:hAnsi="Times New Roman" w:cs="Times New Roman"/>
          <w:sz w:val="24"/>
          <w:szCs w:val="24"/>
          <w:lang w:val="fr-CD"/>
        </w:rPr>
        <w:t xml:space="preserve">u projet </w:t>
      </w:r>
      <w:r w:rsidRPr="00B60FEF">
        <w:rPr>
          <w:rFonts w:ascii="Times New Roman" w:hAnsi="Times New Roman" w:cs="Times New Roman"/>
          <w:sz w:val="24"/>
          <w:szCs w:val="24"/>
          <w:lang w:val="fr-CD"/>
        </w:rPr>
        <w:t>AVENIR.</w:t>
      </w:r>
    </w:p>
    <w:p w14:paraId="1ADD6FC5" w14:textId="77777777" w:rsidR="007C7A47" w:rsidRPr="00B60FEF" w:rsidRDefault="007C7A47" w:rsidP="00632E83">
      <w:pPr>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 Il/elle est responsable du suivi de l'ensemble des opérateurs partenaires intervenant dans la zone couverte par l’antenne et, de la représentation de l’UGP auprès de l'ensemble des autorités provinciales et des partenaires intervenant dans la province. </w:t>
      </w:r>
    </w:p>
    <w:p w14:paraId="3C1588AC" w14:textId="77777777" w:rsidR="007C7A47" w:rsidRPr="00B60FEF" w:rsidRDefault="007C7A47" w:rsidP="00632E83">
      <w:pPr>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Il/elle devra assurer des déplacements réguliers dans la zone couverte par l’antenne, afin de contrôler l’état d’exécution des activités et le travail délivré par les opérateurs partenaires. </w:t>
      </w:r>
    </w:p>
    <w:p w14:paraId="3B79AD6C" w14:textId="27304C93" w:rsidR="002A17B7" w:rsidRPr="00B60FEF" w:rsidRDefault="002A17B7" w:rsidP="00632E83">
      <w:pPr>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Il/elle devra assurer la gestion</w:t>
      </w:r>
      <w:r w:rsidR="0057029D" w:rsidRPr="00B60FEF">
        <w:rPr>
          <w:rFonts w:ascii="Times New Roman" w:hAnsi="Times New Roman" w:cs="Times New Roman"/>
          <w:sz w:val="24"/>
          <w:szCs w:val="24"/>
          <w:lang w:val="fr-CD"/>
        </w:rPr>
        <w:t xml:space="preserve"> rationnelle </w:t>
      </w:r>
      <w:r w:rsidRPr="00B60FEF">
        <w:rPr>
          <w:rFonts w:ascii="Times New Roman" w:hAnsi="Times New Roman" w:cs="Times New Roman"/>
          <w:sz w:val="24"/>
          <w:szCs w:val="24"/>
          <w:lang w:val="fr-CD"/>
        </w:rPr>
        <w:t>des ressources</w:t>
      </w:r>
      <w:r w:rsidR="00A741BB" w:rsidRPr="00B60FEF">
        <w:rPr>
          <w:rFonts w:ascii="Times New Roman" w:hAnsi="Times New Roman" w:cs="Times New Roman"/>
          <w:sz w:val="24"/>
          <w:szCs w:val="24"/>
          <w:lang w:val="fr-CD"/>
        </w:rPr>
        <w:t xml:space="preserve"> (humaines,</w:t>
      </w:r>
      <w:r w:rsidR="0057029D" w:rsidRPr="00B60FEF">
        <w:rPr>
          <w:rFonts w:ascii="Times New Roman" w:hAnsi="Times New Roman" w:cs="Times New Roman"/>
          <w:sz w:val="24"/>
          <w:szCs w:val="24"/>
          <w:lang w:val="fr-CD"/>
        </w:rPr>
        <w:t xml:space="preserve"> financières</w:t>
      </w:r>
      <w:r w:rsidR="00A741BB" w:rsidRPr="00B60FEF">
        <w:rPr>
          <w:rFonts w:ascii="Times New Roman" w:hAnsi="Times New Roman" w:cs="Times New Roman"/>
          <w:sz w:val="24"/>
          <w:szCs w:val="24"/>
          <w:lang w:val="fr-CD"/>
        </w:rPr>
        <w:t>,</w:t>
      </w:r>
      <w:r w:rsidR="0057029D" w:rsidRPr="00B60FEF">
        <w:rPr>
          <w:rFonts w:ascii="Times New Roman" w:hAnsi="Times New Roman" w:cs="Times New Roman"/>
          <w:sz w:val="24"/>
          <w:szCs w:val="24"/>
          <w:lang w:val="fr-CD"/>
        </w:rPr>
        <w:t xml:space="preserve"> matérielles</w:t>
      </w:r>
      <w:r w:rsidR="00A741BB" w:rsidRPr="00B60FEF">
        <w:rPr>
          <w:rFonts w:ascii="Times New Roman" w:hAnsi="Times New Roman" w:cs="Times New Roman"/>
          <w:sz w:val="24"/>
          <w:szCs w:val="24"/>
          <w:lang w:val="fr-CD"/>
        </w:rPr>
        <w:t xml:space="preserve">) mises </w:t>
      </w:r>
      <w:r w:rsidR="0057029D" w:rsidRPr="00B60FEF">
        <w:rPr>
          <w:rFonts w:ascii="Times New Roman" w:hAnsi="Times New Roman" w:cs="Times New Roman"/>
          <w:sz w:val="24"/>
          <w:szCs w:val="24"/>
          <w:lang w:val="fr-CD"/>
        </w:rPr>
        <w:t>à</w:t>
      </w:r>
      <w:r w:rsidR="00A741BB" w:rsidRPr="00B60FEF">
        <w:rPr>
          <w:rFonts w:ascii="Times New Roman" w:hAnsi="Times New Roman" w:cs="Times New Roman"/>
          <w:sz w:val="24"/>
          <w:szCs w:val="24"/>
          <w:lang w:val="fr-CD"/>
        </w:rPr>
        <w:t xml:space="preserve"> sa disposition et la bonne </w:t>
      </w:r>
      <w:r w:rsidR="0057029D" w:rsidRPr="00B60FEF">
        <w:rPr>
          <w:rFonts w:ascii="Times New Roman" w:hAnsi="Times New Roman" w:cs="Times New Roman"/>
          <w:sz w:val="24"/>
          <w:szCs w:val="24"/>
          <w:lang w:val="fr-CD"/>
        </w:rPr>
        <w:t>visibilité</w:t>
      </w:r>
      <w:r w:rsidR="00A741BB" w:rsidRPr="00B60FEF">
        <w:rPr>
          <w:rFonts w:ascii="Times New Roman" w:hAnsi="Times New Roman" w:cs="Times New Roman"/>
          <w:sz w:val="24"/>
          <w:szCs w:val="24"/>
          <w:lang w:val="fr-CD"/>
        </w:rPr>
        <w:t xml:space="preserve"> et </w:t>
      </w:r>
      <w:r w:rsidR="0057029D" w:rsidRPr="00B60FEF">
        <w:rPr>
          <w:rFonts w:ascii="Times New Roman" w:hAnsi="Times New Roman" w:cs="Times New Roman"/>
          <w:sz w:val="24"/>
          <w:szCs w:val="24"/>
          <w:lang w:val="fr-CD"/>
        </w:rPr>
        <w:t>réputation</w:t>
      </w:r>
      <w:r w:rsidR="00A741BB" w:rsidRPr="00B60FEF">
        <w:rPr>
          <w:rFonts w:ascii="Times New Roman" w:hAnsi="Times New Roman" w:cs="Times New Roman"/>
          <w:sz w:val="24"/>
          <w:szCs w:val="24"/>
          <w:lang w:val="fr-CD"/>
        </w:rPr>
        <w:t xml:space="preserve"> du projet dans sa zone d’intervention.</w:t>
      </w:r>
    </w:p>
    <w:p w14:paraId="2128F97D" w14:textId="77777777" w:rsidR="007C7A47" w:rsidRPr="00B60FEF" w:rsidRDefault="007C7A47" w:rsidP="00632E83">
      <w:pPr>
        <w:jc w:val="both"/>
        <w:rPr>
          <w:rFonts w:ascii="Times New Roman" w:hAnsi="Times New Roman" w:cs="Times New Roman"/>
          <w:b/>
          <w:bCs/>
          <w:sz w:val="24"/>
          <w:szCs w:val="24"/>
          <w:u w:val="single"/>
          <w:lang w:val="fr-CD"/>
        </w:rPr>
      </w:pPr>
      <w:r w:rsidRPr="00B60FEF">
        <w:rPr>
          <w:rFonts w:ascii="Times New Roman" w:hAnsi="Times New Roman" w:cs="Times New Roman"/>
          <w:b/>
          <w:bCs/>
          <w:sz w:val="24"/>
          <w:szCs w:val="24"/>
          <w:u w:val="single"/>
          <w:lang w:val="fr-CD"/>
        </w:rPr>
        <w:t xml:space="preserve">Principales tâches </w:t>
      </w:r>
    </w:p>
    <w:p w14:paraId="3BF8036E"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Superviser et coordonner l’ensemble des activités du projet dans leurs provinces respectives ;</w:t>
      </w:r>
    </w:p>
    <w:p w14:paraId="34A876B1"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Définir et organiser le calendrier des travaux et programmes en concertation avec les partenaires de mise en œuvre, les services techniques, et en tenant compte des différentes contraintes ;</w:t>
      </w:r>
    </w:p>
    <w:p w14:paraId="3DDE3513"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Contrôler l'état d'exécution des activités et du travail délivré par les opérateurs prestataires dans les zones couvertes par l’Antenne ; </w:t>
      </w:r>
    </w:p>
    <w:p w14:paraId="10A6EC67"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Animer les réunions provinciales d'élaboration des PTBA et des bilans d'activités et de réalisation, </w:t>
      </w:r>
    </w:p>
    <w:p w14:paraId="6EC7DE5E"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Préparer et présenter le rapport d’activités du projet au niveau de la province selon le format et les délais requis ; </w:t>
      </w:r>
    </w:p>
    <w:p w14:paraId="04AAA9C6"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Assurer la fonction de suivi-évaluation des activités du projet dans la province et travailler en synergie avec le responsable en charge du suivi-évaluation pour assurer la collecte, la compilation et la transmission des données sur l’état d’avancement du projet ;</w:t>
      </w:r>
    </w:p>
    <w:p w14:paraId="223FBA84"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S’assurer que les experts de l'antenne et les partenaires de la mise en œuvre réalisent la collecte des données dans les délais et la qualité attendus, incluant données SIG ; </w:t>
      </w:r>
    </w:p>
    <w:p w14:paraId="01E32C87" w14:textId="19A86DDF"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Transmettre régulièrement les données au Responsable</w:t>
      </w:r>
      <w:r w:rsidR="00B54137" w:rsidRPr="00B60FEF">
        <w:rPr>
          <w:rFonts w:ascii="Times New Roman" w:hAnsi="Times New Roman" w:cs="Times New Roman"/>
          <w:sz w:val="24"/>
          <w:szCs w:val="24"/>
          <w:lang w:val="fr-CD"/>
        </w:rPr>
        <w:t xml:space="preserve"> du</w:t>
      </w:r>
      <w:r w:rsidRPr="00B60FEF">
        <w:rPr>
          <w:rFonts w:ascii="Times New Roman" w:hAnsi="Times New Roman" w:cs="Times New Roman"/>
          <w:sz w:val="24"/>
          <w:szCs w:val="24"/>
          <w:lang w:val="fr-CD"/>
        </w:rPr>
        <w:t xml:space="preserve"> suivi</w:t>
      </w:r>
      <w:r w:rsidR="00B54137" w:rsidRPr="00B60FEF">
        <w:rPr>
          <w:rFonts w:ascii="Times New Roman" w:hAnsi="Times New Roman" w:cs="Times New Roman"/>
          <w:sz w:val="24"/>
          <w:szCs w:val="24"/>
          <w:lang w:val="fr-CD"/>
        </w:rPr>
        <w:t xml:space="preserve"> &amp; </w:t>
      </w:r>
      <w:r w:rsidRPr="00B60FEF">
        <w:rPr>
          <w:rFonts w:ascii="Times New Roman" w:hAnsi="Times New Roman" w:cs="Times New Roman"/>
          <w:sz w:val="24"/>
          <w:szCs w:val="24"/>
          <w:lang w:val="fr-CD"/>
        </w:rPr>
        <w:t>évaluation via le système de suivi évaluation ;</w:t>
      </w:r>
    </w:p>
    <w:p w14:paraId="032FF0F7" w14:textId="3C417A25"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Participer à la mise en place du système S</w:t>
      </w:r>
      <w:r w:rsidR="00594358" w:rsidRPr="00B60FEF">
        <w:rPr>
          <w:rFonts w:ascii="Times New Roman" w:hAnsi="Times New Roman" w:cs="Times New Roman"/>
          <w:sz w:val="24"/>
          <w:szCs w:val="24"/>
          <w:lang w:val="fr-CD"/>
        </w:rPr>
        <w:t>&amp;</w:t>
      </w:r>
      <w:r w:rsidRPr="00B60FEF">
        <w:rPr>
          <w:rFonts w:ascii="Times New Roman" w:hAnsi="Times New Roman" w:cs="Times New Roman"/>
          <w:sz w:val="24"/>
          <w:szCs w:val="24"/>
          <w:lang w:val="fr-CD"/>
        </w:rPr>
        <w:t>E avec tous les acteurs impliqués et organiser les réunions de réflexions y afférente ;</w:t>
      </w:r>
    </w:p>
    <w:p w14:paraId="613BF6DE" w14:textId="20636A1C"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Assurer le processus d'établissement de la situation de référence de la zone d</w:t>
      </w:r>
      <w:r w:rsidR="00594358" w:rsidRPr="00B60FEF">
        <w:rPr>
          <w:rFonts w:ascii="Times New Roman" w:hAnsi="Times New Roman" w:cs="Times New Roman"/>
          <w:sz w:val="24"/>
          <w:szCs w:val="24"/>
          <w:lang w:val="fr-CD"/>
        </w:rPr>
        <w:t xml:space="preserve">u projet </w:t>
      </w:r>
      <w:r w:rsidRPr="00B60FEF">
        <w:rPr>
          <w:rFonts w:ascii="Times New Roman" w:hAnsi="Times New Roman" w:cs="Times New Roman"/>
          <w:sz w:val="24"/>
          <w:szCs w:val="24"/>
          <w:lang w:val="fr-CD"/>
        </w:rPr>
        <w:t>AVENIR ;</w:t>
      </w:r>
    </w:p>
    <w:p w14:paraId="547A89E5" w14:textId="20EA87F2"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Assurer l’organisation des ateliers de révision du cadre logique pour l'adapter au contexte et s'assurer que le Projet dispose d'un calendrier cohérent de S</w:t>
      </w:r>
      <w:r w:rsidR="00594358" w:rsidRPr="00B60FEF">
        <w:rPr>
          <w:rFonts w:ascii="Times New Roman" w:hAnsi="Times New Roman" w:cs="Times New Roman"/>
          <w:sz w:val="24"/>
          <w:szCs w:val="24"/>
          <w:lang w:val="fr-CD"/>
        </w:rPr>
        <w:t>&amp;</w:t>
      </w:r>
      <w:r w:rsidRPr="00B60FEF">
        <w:rPr>
          <w:rFonts w:ascii="Times New Roman" w:hAnsi="Times New Roman" w:cs="Times New Roman"/>
          <w:sz w:val="24"/>
          <w:szCs w:val="24"/>
          <w:lang w:val="fr-CD"/>
        </w:rPr>
        <w:t>E ;</w:t>
      </w:r>
    </w:p>
    <w:p w14:paraId="7C08F3EC"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Mettre à jour des tableaux de bord de suivi d'exécution et de résultats ainsi que les bases de données pour faciliter le suivi et l'évaluation des actions ;</w:t>
      </w:r>
    </w:p>
    <w:p w14:paraId="7E82ADDA"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Organiser et animer – sous l'impulsion des communautés bénéficiaires pilotes – des ateliers d’auto-évaluation participative et revue/exploitation des rapports issus de ces fora ainsi que des recommandations pertinentes ;</w:t>
      </w:r>
    </w:p>
    <w:p w14:paraId="76546D9E"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Assurer l'élaboration périodique des rapports (trimestriels, semestriels et annuels) et des notes de suivi des activités ;</w:t>
      </w:r>
    </w:p>
    <w:p w14:paraId="1FFE361E"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Réaliser périodiquement les missions de suivi sur l'état d'avancement des activités et des résultats à tous les niveaux (populations, groupements, opérateurs, etc.) ;</w:t>
      </w:r>
    </w:p>
    <w:p w14:paraId="766EF024"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Piloter les ateliers d'évaluation internes et externes organisés périodiquement ;</w:t>
      </w:r>
    </w:p>
    <w:p w14:paraId="18FF8DB7"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Participer aux missions de supervisions et d'évaluation externes et contribuer dans la préparation de la documentation nécessaire ;</w:t>
      </w:r>
    </w:p>
    <w:p w14:paraId="1EEC6A0B"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Contribuer à la définition des projets détaillés de travail des opérateurs partenaires intervenant dans les zones couvertes par l'Antenne ;</w:t>
      </w:r>
    </w:p>
    <w:p w14:paraId="6EACE330"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Gérer les informations recueillies auprès des opérateurs : en assurer le contrôle et la synthèse pour les besoins de l'UGP et de ses partenaires ;</w:t>
      </w:r>
    </w:p>
    <w:p w14:paraId="7994954E"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Établir des relations fonctionnelles de travail avec les, partenaires de mise en œuvre, les structures déconcentrées de l'État dans les zones couvertes par l'Antenne et les autorités locales dans le cadre de l'exécution des PTBA et cadres de concertation ;</w:t>
      </w:r>
    </w:p>
    <w:p w14:paraId="5430CEB1"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Participer activement aux missions de supervision annuelles, à la revue à mi-parcours et au rapport d'achèvement ;</w:t>
      </w:r>
    </w:p>
    <w:p w14:paraId="6F7631CB"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Visiter régulièrement les communautés et vérifier auprès d'elles la pertinence des activités mises en œuvre - Préparer et organiser, en relation avec les fora locaux l'évaluation participative et contribution à l'animation des travaux et l'élaboration des rapports et des recommandations ;</w:t>
      </w:r>
    </w:p>
    <w:p w14:paraId="24611C41"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Gérer efficacement et avec efficience les moyens financiers et matériels mis à la disposition de l'antenne pour le fonctionnement de la structure et en rendre compte à l'UGP selon les règles édictées en la matière ; </w:t>
      </w:r>
    </w:p>
    <w:p w14:paraId="4FF28EFD" w14:textId="2C4105AB" w:rsidR="000E703D"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Définir les modalités de transfert des compétences de gestion des infrastructures vers les organisations d’usagers des différents ouvrages et aménagements et suivre leur mise en œuvre (équipements, encadrement, formation, etc.) pour l’atteinte des objectifs de durabilité fixés et mise en application ;</w:t>
      </w:r>
    </w:p>
    <w:p w14:paraId="47780A4F" w14:textId="2D29C79F" w:rsidR="008E527C" w:rsidRPr="00B60FEF" w:rsidRDefault="008E527C" w:rsidP="001E35F5">
      <w:pPr>
        <w:pStyle w:val="Paragraphedeliste"/>
        <w:numPr>
          <w:ilvl w:val="0"/>
          <w:numId w:val="18"/>
        </w:numPr>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Gérer</w:t>
      </w:r>
      <w:r w:rsidR="000E703D" w:rsidRPr="00B60FEF">
        <w:rPr>
          <w:rFonts w:ascii="Times New Roman" w:hAnsi="Times New Roman" w:cs="Times New Roman"/>
          <w:sz w:val="24"/>
          <w:szCs w:val="24"/>
          <w:lang w:val="fr-CD"/>
        </w:rPr>
        <w:t xml:space="preserve"> de </w:t>
      </w:r>
      <w:r w:rsidRPr="00B60FEF">
        <w:rPr>
          <w:rFonts w:ascii="Times New Roman" w:hAnsi="Times New Roman" w:cs="Times New Roman"/>
          <w:sz w:val="24"/>
          <w:szCs w:val="24"/>
          <w:lang w:val="fr-CD"/>
        </w:rPr>
        <w:t>façon</w:t>
      </w:r>
      <w:r w:rsidR="000E703D" w:rsidRPr="00B60FEF">
        <w:rPr>
          <w:rFonts w:ascii="Times New Roman" w:hAnsi="Times New Roman" w:cs="Times New Roman"/>
          <w:sz w:val="24"/>
          <w:szCs w:val="24"/>
          <w:lang w:val="fr-CD"/>
        </w:rPr>
        <w:t xml:space="preserve"> efficiente et rationnelle les ressources </w:t>
      </w:r>
      <w:r w:rsidRPr="00B60FEF">
        <w:rPr>
          <w:rFonts w:ascii="Times New Roman" w:hAnsi="Times New Roman" w:cs="Times New Roman"/>
          <w:sz w:val="24"/>
          <w:szCs w:val="24"/>
          <w:lang w:val="fr-CD"/>
        </w:rPr>
        <w:t>et soutenir le personnel mis sous sa responsabilité.</w:t>
      </w:r>
    </w:p>
    <w:p w14:paraId="6E2A3E8A" w14:textId="52E94CE5" w:rsidR="007C7A47" w:rsidRPr="00B60FEF" w:rsidRDefault="008E527C"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Assurer d’autres taches </w:t>
      </w:r>
      <w:r w:rsidR="008A680D" w:rsidRPr="00B60FEF">
        <w:rPr>
          <w:rFonts w:ascii="Times New Roman" w:hAnsi="Times New Roman" w:cs="Times New Roman"/>
          <w:sz w:val="24"/>
          <w:szCs w:val="24"/>
          <w:lang w:val="fr-CD"/>
        </w:rPr>
        <w:t>suivant la sollicitation de la hiérarchie.</w:t>
      </w:r>
    </w:p>
    <w:p w14:paraId="66DB5BD5" w14:textId="3EF8140B" w:rsidR="007C7A47" w:rsidRPr="00B60FEF" w:rsidRDefault="007C7A47" w:rsidP="00632E83">
      <w:pPr>
        <w:jc w:val="both"/>
        <w:rPr>
          <w:rFonts w:ascii="Times New Roman" w:hAnsi="Times New Roman" w:cs="Times New Roman"/>
          <w:b/>
          <w:bCs/>
          <w:sz w:val="24"/>
          <w:szCs w:val="24"/>
          <w:u w:val="single"/>
        </w:rPr>
      </w:pPr>
      <w:r w:rsidRPr="00B60FEF">
        <w:rPr>
          <w:rFonts w:ascii="Times New Roman" w:hAnsi="Times New Roman" w:cs="Times New Roman"/>
          <w:b/>
          <w:bCs/>
          <w:sz w:val="24"/>
          <w:szCs w:val="24"/>
          <w:u w:val="single"/>
        </w:rPr>
        <w:t xml:space="preserve">Qualifications et </w:t>
      </w:r>
      <w:r w:rsidR="00F53D44" w:rsidRPr="00B60FEF">
        <w:rPr>
          <w:rFonts w:ascii="Times New Roman" w:hAnsi="Times New Roman" w:cs="Times New Roman"/>
          <w:b/>
          <w:bCs/>
          <w:sz w:val="24"/>
          <w:szCs w:val="24"/>
          <w:u w:val="single"/>
        </w:rPr>
        <w:t>experiences</w:t>
      </w:r>
      <w:r w:rsidRPr="00B60FEF">
        <w:rPr>
          <w:rFonts w:ascii="Times New Roman" w:hAnsi="Times New Roman" w:cs="Times New Roman"/>
          <w:b/>
          <w:bCs/>
          <w:sz w:val="24"/>
          <w:szCs w:val="24"/>
          <w:u w:val="single"/>
        </w:rPr>
        <w:t xml:space="preserve"> requises </w:t>
      </w:r>
    </w:p>
    <w:p w14:paraId="085EE8AD" w14:textId="3EF9DD41"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Être de nationalité de Congolaise (République Démocratique du Congo) ;</w:t>
      </w:r>
    </w:p>
    <w:p w14:paraId="3C10F6B6" w14:textId="52154C69"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Être titulaire d'un diplôme d’étude supérieure de niveau Bac + 5 au moins en économie, gestion d’entreprise, finance rurale, agro-business, agronomie</w:t>
      </w:r>
      <w:r w:rsidR="008A680D" w:rsidRPr="00B60FEF">
        <w:rPr>
          <w:rFonts w:ascii="Times New Roman" w:hAnsi="Times New Roman" w:cs="Times New Roman"/>
          <w:sz w:val="24"/>
          <w:szCs w:val="24"/>
          <w:lang w:val="fr-CD"/>
        </w:rPr>
        <w:t>, développement rural</w:t>
      </w:r>
      <w:r w:rsidRPr="00B60FEF">
        <w:rPr>
          <w:rFonts w:ascii="Times New Roman" w:hAnsi="Times New Roman" w:cs="Times New Roman"/>
          <w:sz w:val="24"/>
          <w:szCs w:val="24"/>
          <w:lang w:val="fr-CD"/>
        </w:rPr>
        <w:t xml:space="preserve"> ou équivalent ; </w:t>
      </w:r>
    </w:p>
    <w:p w14:paraId="71D570FE" w14:textId="4070B375"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Disposer d’au moins 1</w:t>
      </w:r>
      <w:r w:rsidR="00343B37" w:rsidRPr="00B60FEF">
        <w:rPr>
          <w:rFonts w:ascii="Times New Roman" w:hAnsi="Times New Roman" w:cs="Times New Roman"/>
          <w:sz w:val="24"/>
          <w:szCs w:val="24"/>
          <w:lang w:val="fr-CD"/>
        </w:rPr>
        <w:t>2</w:t>
      </w:r>
      <w:r w:rsidRPr="00B60FEF">
        <w:rPr>
          <w:rFonts w:ascii="Times New Roman" w:hAnsi="Times New Roman" w:cs="Times New Roman"/>
          <w:sz w:val="24"/>
          <w:szCs w:val="24"/>
          <w:lang w:val="fr-CD"/>
        </w:rPr>
        <w:t xml:space="preserve"> ans d’expérience professionnelle globale dans la mise en œuvre des opérations de développement au sein des administrations publiques</w:t>
      </w:r>
      <w:r w:rsidR="003033CC" w:rsidRPr="003033CC">
        <w:rPr>
          <w:rFonts w:ascii="Times New Roman" w:hAnsi="Times New Roman" w:cs="Times New Roman"/>
          <w:sz w:val="24"/>
          <w:szCs w:val="24"/>
          <w:lang w:val="fr-CD"/>
        </w:rPr>
        <w:t xml:space="preserve"> </w:t>
      </w:r>
      <w:r w:rsidR="003033CC" w:rsidRPr="00B60FEF">
        <w:rPr>
          <w:rFonts w:ascii="Times New Roman" w:hAnsi="Times New Roman" w:cs="Times New Roman"/>
          <w:sz w:val="24"/>
          <w:szCs w:val="24"/>
          <w:lang w:val="fr-CD"/>
        </w:rPr>
        <w:t>ou des unités de projets </w:t>
      </w:r>
      <w:r w:rsidRPr="00B60FEF">
        <w:rPr>
          <w:rFonts w:ascii="Times New Roman" w:hAnsi="Times New Roman" w:cs="Times New Roman"/>
          <w:sz w:val="24"/>
          <w:szCs w:val="24"/>
          <w:lang w:val="fr-CD"/>
        </w:rPr>
        <w:t>, des ONG</w:t>
      </w:r>
      <w:r w:rsidR="003A5F9A">
        <w:rPr>
          <w:rFonts w:ascii="Times New Roman" w:hAnsi="Times New Roman" w:cs="Times New Roman"/>
          <w:sz w:val="24"/>
          <w:szCs w:val="24"/>
          <w:lang w:val="fr-CD"/>
        </w:rPr>
        <w:t xml:space="preserve"> </w:t>
      </w:r>
      <w:r w:rsidR="00A30127">
        <w:rPr>
          <w:rFonts w:ascii="Times New Roman" w:hAnsi="Times New Roman" w:cs="Times New Roman"/>
          <w:sz w:val="24"/>
          <w:szCs w:val="24"/>
          <w:lang w:val="fr-CD"/>
        </w:rPr>
        <w:t>internationales</w:t>
      </w:r>
      <w:r w:rsidR="00A30127" w:rsidRPr="00B60FEF">
        <w:rPr>
          <w:rFonts w:ascii="Times New Roman" w:hAnsi="Times New Roman" w:cs="Times New Roman"/>
          <w:sz w:val="24"/>
          <w:szCs w:val="24"/>
          <w:lang w:val="fr-CD"/>
        </w:rPr>
        <w:t>,</w:t>
      </w:r>
      <w:r w:rsidR="00A30127">
        <w:rPr>
          <w:rFonts w:ascii="Times New Roman" w:hAnsi="Times New Roman" w:cs="Times New Roman"/>
          <w:sz w:val="24"/>
          <w:szCs w:val="24"/>
          <w:lang w:val="fr-CD"/>
        </w:rPr>
        <w:t xml:space="preserve"> ou</w:t>
      </w:r>
      <w:r w:rsidR="003033CC">
        <w:rPr>
          <w:rFonts w:ascii="Times New Roman" w:hAnsi="Times New Roman" w:cs="Times New Roman"/>
          <w:sz w:val="24"/>
          <w:szCs w:val="24"/>
          <w:lang w:val="fr-CD"/>
        </w:rPr>
        <w:t xml:space="preserve"> ayant </w:t>
      </w:r>
      <w:r w:rsidR="003033CC" w:rsidRPr="003033CC">
        <w:rPr>
          <w:rFonts w:ascii="Times New Roman" w:hAnsi="Times New Roman" w:cs="Times New Roman"/>
          <w:sz w:val="24"/>
          <w:szCs w:val="24"/>
          <w:lang w:val="fr-CD"/>
        </w:rPr>
        <w:t xml:space="preserve">travaillé dans le </w:t>
      </w:r>
      <w:r w:rsidR="003033CC">
        <w:rPr>
          <w:rFonts w:ascii="Times New Roman" w:hAnsi="Times New Roman" w:cs="Times New Roman"/>
          <w:sz w:val="24"/>
          <w:szCs w:val="24"/>
          <w:lang w:val="fr-CD"/>
        </w:rPr>
        <w:t xml:space="preserve">secteur </w:t>
      </w:r>
      <w:r w:rsidR="003033CC" w:rsidRPr="003033CC">
        <w:rPr>
          <w:rFonts w:ascii="Times New Roman" w:hAnsi="Times New Roman" w:cs="Times New Roman"/>
          <w:sz w:val="24"/>
          <w:szCs w:val="24"/>
          <w:lang w:val="fr-CD"/>
        </w:rPr>
        <w:t>privé (par exemple dans les chaînes de valeur agricole)</w:t>
      </w:r>
    </w:p>
    <w:p w14:paraId="245CA80D" w14:textId="2C4D4DEB"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Au moins </w:t>
      </w:r>
      <w:r w:rsidR="00B26774">
        <w:rPr>
          <w:rFonts w:ascii="Times New Roman" w:hAnsi="Times New Roman" w:cs="Times New Roman"/>
          <w:sz w:val="24"/>
          <w:szCs w:val="24"/>
          <w:lang w:val="fr-CD"/>
        </w:rPr>
        <w:t>une expérience</w:t>
      </w:r>
      <w:r w:rsidRPr="00B60FEF">
        <w:rPr>
          <w:rFonts w:ascii="Times New Roman" w:hAnsi="Times New Roman" w:cs="Times New Roman"/>
          <w:sz w:val="24"/>
          <w:szCs w:val="24"/>
          <w:lang w:val="fr-CD"/>
        </w:rPr>
        <w:t xml:space="preserve"> dans des fonctions similaires de mise en œuvre de projet de développement axés sur la promotion de l’entreprenariat agropastoral rural ciblant les femmes et les jeunes ;</w:t>
      </w:r>
    </w:p>
    <w:p w14:paraId="11A7C43B"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Justifier des expériences d’animation des processus/initiatives de création /gestion d’entreprises et des partenariats techniques et économiques avec les acteurs des chaines de valeur agropastorales ; </w:t>
      </w:r>
    </w:p>
    <w:p w14:paraId="6C1FC62D"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Avoir de bonnes capacités de vision stratégique, d’organisation et de leadership ; </w:t>
      </w:r>
    </w:p>
    <w:p w14:paraId="1A0295C6"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Aptitude au travail en équipe et à l’animation d’un réseau de partenaires sur des thématiques variées ;</w:t>
      </w:r>
    </w:p>
    <w:p w14:paraId="70389648"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Expérience pratique de la gestion/mise en œuvre de projets dans le contexte de la RDC ; </w:t>
      </w:r>
    </w:p>
    <w:p w14:paraId="45EA41B1"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Faire preuve de connaissance et d’adhésion à la stratégie du Projet ; </w:t>
      </w:r>
    </w:p>
    <w:p w14:paraId="46E6EEC1"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Bonne connaissance pratique du travail en milieu rural et d’accompagnement des organisations paysannes ; </w:t>
      </w:r>
    </w:p>
    <w:p w14:paraId="738EDEBB" w14:textId="2A0064EB" w:rsidR="0005427B" w:rsidRPr="00B60FEF" w:rsidRDefault="0005427B"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Justifier d’une </w:t>
      </w:r>
      <w:r w:rsidR="00B60FEF" w:rsidRPr="00B60FEF">
        <w:rPr>
          <w:rFonts w:ascii="Times New Roman" w:hAnsi="Times New Roman" w:cs="Times New Roman"/>
          <w:sz w:val="24"/>
          <w:szCs w:val="24"/>
          <w:lang w:val="fr-CD"/>
        </w:rPr>
        <w:t>expérience</w:t>
      </w:r>
      <w:r w:rsidRPr="00B60FEF">
        <w:rPr>
          <w:rFonts w:ascii="Times New Roman" w:hAnsi="Times New Roman" w:cs="Times New Roman"/>
          <w:sz w:val="24"/>
          <w:szCs w:val="24"/>
          <w:lang w:val="fr-CD"/>
        </w:rPr>
        <w:t xml:space="preserve"> d’au moins 3 ans comme coordonnateur provincial d’une organisation internationale ou projet d’</w:t>
      </w:r>
      <w:r w:rsidR="00B60FEF" w:rsidRPr="00B60FEF">
        <w:rPr>
          <w:rFonts w:ascii="Times New Roman" w:hAnsi="Times New Roman" w:cs="Times New Roman"/>
          <w:sz w:val="24"/>
          <w:szCs w:val="24"/>
          <w:lang w:val="fr-CD"/>
        </w:rPr>
        <w:t>envergure</w:t>
      </w:r>
      <w:r w:rsidRPr="00B60FEF">
        <w:rPr>
          <w:rFonts w:ascii="Times New Roman" w:hAnsi="Times New Roman" w:cs="Times New Roman"/>
          <w:sz w:val="24"/>
          <w:szCs w:val="24"/>
          <w:lang w:val="fr-CD"/>
        </w:rPr>
        <w:t xml:space="preserve"> nationale</w:t>
      </w:r>
      <w:r w:rsidR="00B60FEF" w:rsidRPr="00B60FEF">
        <w:rPr>
          <w:rFonts w:ascii="Times New Roman" w:hAnsi="Times New Roman" w:cs="Times New Roman"/>
          <w:sz w:val="24"/>
          <w:szCs w:val="24"/>
          <w:lang w:val="fr-CD"/>
        </w:rPr>
        <w:t> ;</w:t>
      </w:r>
    </w:p>
    <w:p w14:paraId="67217721" w14:textId="7CCB6960" w:rsidR="007C7A47" w:rsidRPr="00F53D44"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F53D44">
        <w:rPr>
          <w:rFonts w:ascii="Times New Roman" w:hAnsi="Times New Roman" w:cs="Times New Roman"/>
          <w:sz w:val="24"/>
          <w:szCs w:val="24"/>
          <w:lang w:val="fr-CD"/>
        </w:rPr>
        <w:t xml:space="preserve">Maitrise des outils informatiques (bureautique, internet, comptabilité, </w:t>
      </w:r>
      <w:r w:rsidR="00B26774" w:rsidRPr="00F53D44">
        <w:rPr>
          <w:rFonts w:ascii="Times New Roman" w:hAnsi="Times New Roman" w:cs="Times New Roman"/>
          <w:sz w:val="24"/>
          <w:szCs w:val="24"/>
          <w:lang w:val="fr-CD"/>
        </w:rPr>
        <w:t xml:space="preserve">utilisation de </w:t>
      </w:r>
      <w:r w:rsidRPr="00F53D44">
        <w:rPr>
          <w:rFonts w:ascii="Times New Roman" w:hAnsi="Times New Roman" w:cs="Times New Roman"/>
          <w:sz w:val="24"/>
          <w:szCs w:val="24"/>
          <w:lang w:val="fr-CD"/>
        </w:rPr>
        <w:t xml:space="preserve">bases de </w:t>
      </w:r>
      <w:r w:rsidR="00D94589" w:rsidRPr="00F53D44">
        <w:rPr>
          <w:rFonts w:ascii="Times New Roman" w:hAnsi="Times New Roman" w:cs="Times New Roman"/>
          <w:sz w:val="24"/>
          <w:szCs w:val="24"/>
          <w:lang w:val="fr-CD"/>
        </w:rPr>
        <w:t>données ;</w:t>
      </w:r>
    </w:p>
    <w:p w14:paraId="10A0EE3F" w14:textId="12D863FB" w:rsidR="007C7A47" w:rsidRPr="00B60FEF" w:rsidRDefault="00343B3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Être</w:t>
      </w:r>
      <w:r w:rsidR="007C7A47" w:rsidRPr="00B60FEF">
        <w:rPr>
          <w:rFonts w:ascii="Times New Roman" w:hAnsi="Times New Roman" w:cs="Times New Roman"/>
          <w:sz w:val="24"/>
          <w:szCs w:val="24"/>
          <w:lang w:val="fr-CD"/>
        </w:rPr>
        <w:t xml:space="preserve"> âgé de </w:t>
      </w:r>
      <w:r w:rsidR="00F53D44" w:rsidRPr="00B60FEF">
        <w:rPr>
          <w:rFonts w:ascii="Times New Roman" w:hAnsi="Times New Roman" w:cs="Times New Roman"/>
          <w:sz w:val="24"/>
          <w:szCs w:val="24"/>
          <w:lang w:val="fr-CD"/>
        </w:rPr>
        <w:t>5</w:t>
      </w:r>
      <w:r w:rsidR="00F53D44">
        <w:rPr>
          <w:rFonts w:ascii="Times New Roman" w:hAnsi="Times New Roman" w:cs="Times New Roman"/>
          <w:sz w:val="24"/>
          <w:szCs w:val="24"/>
          <w:lang w:val="fr-CD"/>
        </w:rPr>
        <w:t xml:space="preserve">5 </w:t>
      </w:r>
      <w:r w:rsidR="00F53D44" w:rsidRPr="00B60FEF">
        <w:rPr>
          <w:rFonts w:ascii="Times New Roman" w:hAnsi="Times New Roman" w:cs="Times New Roman"/>
          <w:sz w:val="24"/>
          <w:szCs w:val="24"/>
          <w:lang w:val="fr-CD"/>
        </w:rPr>
        <w:t>ans</w:t>
      </w:r>
      <w:r w:rsidR="007C7A47" w:rsidRPr="00B60FEF">
        <w:rPr>
          <w:rFonts w:ascii="Times New Roman" w:hAnsi="Times New Roman" w:cs="Times New Roman"/>
          <w:sz w:val="24"/>
          <w:szCs w:val="24"/>
          <w:lang w:val="fr-CD"/>
        </w:rPr>
        <w:t xml:space="preserve"> au plus á la date de clôture des candidatures</w:t>
      </w:r>
      <w:r w:rsidR="00B60FEF">
        <w:rPr>
          <w:rFonts w:ascii="Times New Roman" w:hAnsi="Times New Roman" w:cs="Times New Roman"/>
          <w:sz w:val="24"/>
          <w:szCs w:val="24"/>
          <w:lang w:val="fr-CD"/>
        </w:rPr>
        <w:t>.</w:t>
      </w:r>
    </w:p>
    <w:p w14:paraId="0DEB9C20" w14:textId="77777777" w:rsidR="00001DDD" w:rsidRPr="007075E4" w:rsidRDefault="00001DDD" w:rsidP="00632E83">
      <w:pPr>
        <w:suppressAutoHyphens/>
        <w:autoSpaceDN w:val="0"/>
        <w:jc w:val="both"/>
        <w:textAlignment w:val="baseline"/>
        <w:rPr>
          <w:rFonts w:ascii="Times New Roman" w:hAnsi="Times New Roman" w:cs="Times New Roman"/>
          <w:b/>
          <w:sz w:val="24"/>
          <w:szCs w:val="24"/>
          <w:lang w:val="fr-FR"/>
        </w:rPr>
      </w:pPr>
      <w:r w:rsidRPr="007075E4">
        <w:rPr>
          <w:rFonts w:ascii="Times New Roman" w:hAnsi="Times New Roman" w:cs="Times New Roman"/>
          <w:b/>
          <w:sz w:val="24"/>
          <w:szCs w:val="24"/>
          <w:lang w:val="fr-FR"/>
        </w:rPr>
        <w:t>Contenu du dossier de candidature</w:t>
      </w:r>
    </w:p>
    <w:p w14:paraId="22D12170" w14:textId="77777777" w:rsidR="00001DDD" w:rsidRPr="007075E4" w:rsidRDefault="00001DDD" w:rsidP="00632E83">
      <w:pPr>
        <w:jc w:val="both"/>
        <w:rPr>
          <w:rFonts w:ascii="Times New Roman" w:hAnsi="Times New Roman" w:cs="Times New Roman"/>
          <w:sz w:val="24"/>
          <w:szCs w:val="24"/>
          <w:lang w:val="fr-FR"/>
        </w:rPr>
      </w:pPr>
      <w:r w:rsidRPr="007075E4">
        <w:rPr>
          <w:rFonts w:ascii="Times New Roman" w:hAnsi="Times New Roman" w:cs="Times New Roman"/>
          <w:sz w:val="24"/>
          <w:szCs w:val="24"/>
          <w:lang w:val="fr-FR"/>
        </w:rPr>
        <w:t xml:space="preserve">Les documents de candidature doivent être constitués des pièces suivantes : </w:t>
      </w:r>
    </w:p>
    <w:p w14:paraId="4BFC86CD" w14:textId="77777777" w:rsidR="00001DDD" w:rsidRPr="00C645ED" w:rsidRDefault="00001DDD"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lettre de motivation signée du (de la) candidat adressée au Secrétaire Générale à l’Agriculture ;</w:t>
      </w:r>
    </w:p>
    <w:p w14:paraId="31CC3A65" w14:textId="77777777" w:rsidR="00001DDD" w:rsidRPr="00C645ED" w:rsidRDefault="00001DDD"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 curriculum vitae actualisé mentionnant au moins trois (3) personnes de référence pour confirmer les expériences et portant une adresse électronique et un numéro de téléphone valide ;</w:t>
      </w:r>
    </w:p>
    <w:p w14:paraId="02E8F8F5" w14:textId="77777777" w:rsidR="00001DDD" w:rsidRPr="00C645ED" w:rsidRDefault="00001DDD"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copies électroniques des titres académiques notariés et attestations de formations ;</w:t>
      </w:r>
    </w:p>
    <w:p w14:paraId="3EA36E53" w14:textId="77777777" w:rsidR="00001DDD" w:rsidRPr="00C645ED" w:rsidRDefault="00001DDD"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preuves d’expérience, notamment les copies des attestations de service rendu et certificat de travail ;</w:t>
      </w:r>
    </w:p>
    <w:p w14:paraId="1ECC3D26" w14:textId="77777777" w:rsidR="00001DDD" w:rsidRPr="00C645ED" w:rsidRDefault="00001DDD"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Copie d’une pièce d’identité en cours de validité ; </w:t>
      </w:r>
    </w:p>
    <w:p w14:paraId="1C52A0DD" w14:textId="77777777" w:rsidR="00001DDD" w:rsidRPr="00C645ED" w:rsidRDefault="00001DDD" w:rsidP="001E35F5">
      <w:pPr>
        <w:pStyle w:val="Paragraphedeliste"/>
        <w:numPr>
          <w:ilvl w:val="0"/>
          <w:numId w:val="9"/>
        </w:numPr>
        <w:suppressAutoHyphens/>
        <w:autoSpaceDN w:val="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copie de certificat d’aptitude physique.</w:t>
      </w:r>
    </w:p>
    <w:p w14:paraId="28F211C2" w14:textId="77777777" w:rsidR="00001DDD" w:rsidRPr="00881547" w:rsidRDefault="00001DDD" w:rsidP="00632E83">
      <w:pPr>
        <w:suppressAutoHyphens/>
        <w:autoSpaceDN w:val="0"/>
        <w:jc w:val="both"/>
        <w:textAlignment w:val="baseline"/>
        <w:rPr>
          <w:rFonts w:ascii="Times New Roman" w:hAnsi="Times New Roman" w:cs="Times New Roman"/>
          <w:b/>
          <w:sz w:val="24"/>
          <w:szCs w:val="24"/>
          <w:lang w:val="fr-CD"/>
        </w:rPr>
      </w:pPr>
      <w:r w:rsidRPr="00881547">
        <w:rPr>
          <w:rFonts w:ascii="Times New Roman" w:hAnsi="Times New Roman" w:cs="Times New Roman"/>
          <w:b/>
          <w:sz w:val="24"/>
          <w:szCs w:val="24"/>
          <w:lang w:val="fr-CD"/>
        </w:rPr>
        <w:t xml:space="preserve">Processus de recrutement </w:t>
      </w:r>
    </w:p>
    <w:p w14:paraId="69A0004A" w14:textId="77777777" w:rsidR="00001DDD" w:rsidRPr="00C645ED" w:rsidRDefault="00001DDD" w:rsidP="00632E83">
      <w:pPr>
        <w:pStyle w:val="Paragraphedeliste"/>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Le recrutement se fera en deux étapes :</w:t>
      </w:r>
    </w:p>
    <w:p w14:paraId="3A37F54B" w14:textId="77777777" w:rsidR="00001DDD" w:rsidRPr="00C645ED" w:rsidRDefault="00001DDD"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L’examen des dossiers des candidats : seuls les candidats qui auront réalisé au moins 70% à l’étape documentaire seront invités pour le test écrit ;</w:t>
      </w:r>
    </w:p>
    <w:p w14:paraId="0FCA12FE" w14:textId="77777777" w:rsidR="00001DDD" w:rsidRPr="00C645ED" w:rsidRDefault="00001DDD"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 test écrit : seront invités à l’interview que les candidats qui aurons atteindre le seuil de 70% et au-delà au test écris.</w:t>
      </w:r>
    </w:p>
    <w:p w14:paraId="56475E75" w14:textId="77777777" w:rsidR="00001DDD" w:rsidRPr="00C645ED" w:rsidRDefault="00001DDD"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L’interview : le meilleur candidat à l’issus de l’interview sera retenu pour le poste.</w:t>
      </w:r>
    </w:p>
    <w:p w14:paraId="47A1695A" w14:textId="77777777" w:rsidR="00F53D44" w:rsidRDefault="00F53D44" w:rsidP="00632E83">
      <w:pPr>
        <w:pStyle w:val="Paragraphedeliste"/>
        <w:suppressAutoHyphens/>
        <w:autoSpaceDN w:val="0"/>
        <w:spacing w:after="0"/>
        <w:ind w:left="1440"/>
        <w:contextualSpacing w:val="0"/>
        <w:jc w:val="both"/>
        <w:textAlignment w:val="baseline"/>
        <w:rPr>
          <w:rFonts w:ascii="Times New Roman" w:hAnsi="Times New Roman" w:cs="Times New Roman"/>
          <w:sz w:val="24"/>
          <w:szCs w:val="24"/>
          <w:lang w:val="fr-FR"/>
        </w:rPr>
      </w:pPr>
    </w:p>
    <w:p w14:paraId="7A295BD3" w14:textId="77777777" w:rsidR="00854CFA" w:rsidRDefault="00854CFA" w:rsidP="00632E83">
      <w:pPr>
        <w:pStyle w:val="Paragraphedeliste"/>
        <w:suppressAutoHyphens/>
        <w:autoSpaceDN w:val="0"/>
        <w:spacing w:after="0"/>
        <w:ind w:left="1440"/>
        <w:contextualSpacing w:val="0"/>
        <w:jc w:val="both"/>
        <w:textAlignment w:val="baseline"/>
        <w:rPr>
          <w:rFonts w:ascii="Times New Roman" w:hAnsi="Times New Roman" w:cs="Times New Roman"/>
          <w:sz w:val="24"/>
          <w:szCs w:val="24"/>
          <w:lang w:val="fr-FR"/>
        </w:rPr>
      </w:pPr>
    </w:p>
    <w:p w14:paraId="6FBB30AF" w14:textId="77777777" w:rsidR="00854CFA" w:rsidRDefault="00854CFA" w:rsidP="00632E83">
      <w:pPr>
        <w:pStyle w:val="Paragraphedeliste"/>
        <w:suppressAutoHyphens/>
        <w:autoSpaceDN w:val="0"/>
        <w:spacing w:after="0"/>
        <w:ind w:left="1440"/>
        <w:contextualSpacing w:val="0"/>
        <w:jc w:val="both"/>
        <w:textAlignment w:val="baseline"/>
        <w:rPr>
          <w:rFonts w:ascii="Times New Roman" w:hAnsi="Times New Roman" w:cs="Times New Roman"/>
          <w:sz w:val="24"/>
          <w:szCs w:val="24"/>
          <w:lang w:val="fr-FR"/>
        </w:rPr>
      </w:pPr>
    </w:p>
    <w:p w14:paraId="02C85CFA" w14:textId="77777777" w:rsidR="00854CFA" w:rsidRDefault="00854CFA" w:rsidP="00632E83">
      <w:pPr>
        <w:pStyle w:val="Paragraphedeliste"/>
        <w:suppressAutoHyphens/>
        <w:autoSpaceDN w:val="0"/>
        <w:spacing w:after="0"/>
        <w:ind w:left="1440"/>
        <w:contextualSpacing w:val="0"/>
        <w:jc w:val="both"/>
        <w:textAlignment w:val="baseline"/>
        <w:rPr>
          <w:rFonts w:ascii="Times New Roman" w:hAnsi="Times New Roman" w:cs="Times New Roman"/>
          <w:sz w:val="24"/>
          <w:szCs w:val="24"/>
          <w:lang w:val="fr-FR"/>
        </w:rPr>
      </w:pPr>
    </w:p>
    <w:p w14:paraId="304216D5" w14:textId="77777777" w:rsidR="00854CFA" w:rsidRDefault="00854CFA" w:rsidP="00632E83">
      <w:pPr>
        <w:pStyle w:val="Paragraphedeliste"/>
        <w:suppressAutoHyphens/>
        <w:autoSpaceDN w:val="0"/>
        <w:spacing w:after="0"/>
        <w:ind w:left="1440"/>
        <w:contextualSpacing w:val="0"/>
        <w:jc w:val="both"/>
        <w:textAlignment w:val="baseline"/>
        <w:rPr>
          <w:rFonts w:ascii="Times New Roman" w:hAnsi="Times New Roman" w:cs="Times New Roman"/>
          <w:sz w:val="24"/>
          <w:szCs w:val="24"/>
          <w:lang w:val="fr-FR"/>
        </w:rPr>
      </w:pPr>
    </w:p>
    <w:p w14:paraId="09CD963F" w14:textId="77777777" w:rsidR="00001DDD" w:rsidRPr="00881547" w:rsidRDefault="00001DDD" w:rsidP="00632E83">
      <w:pPr>
        <w:suppressAutoHyphens/>
        <w:autoSpaceDN w:val="0"/>
        <w:jc w:val="both"/>
        <w:textAlignment w:val="baseline"/>
        <w:rPr>
          <w:rFonts w:ascii="Times New Roman" w:hAnsi="Times New Roman" w:cs="Times New Roman"/>
          <w:b/>
          <w:sz w:val="24"/>
          <w:szCs w:val="24"/>
          <w:lang w:val="fr-CD"/>
        </w:rPr>
      </w:pPr>
      <w:r w:rsidRPr="00881547">
        <w:rPr>
          <w:rFonts w:ascii="Times New Roman" w:hAnsi="Times New Roman" w:cs="Times New Roman"/>
          <w:b/>
          <w:sz w:val="24"/>
          <w:szCs w:val="24"/>
          <w:lang w:val="fr-CD"/>
        </w:rPr>
        <w:t>Durée du Contrat</w:t>
      </w:r>
    </w:p>
    <w:p w14:paraId="2F099D92" w14:textId="77777777" w:rsidR="00001DDD" w:rsidRPr="00C645ED" w:rsidRDefault="00001DDD" w:rsidP="00632E83">
      <w:pPr>
        <w:pStyle w:val="NormalWeb"/>
        <w:spacing w:line="276" w:lineRule="auto"/>
        <w:jc w:val="both"/>
      </w:pPr>
      <w:r w:rsidRPr="00C645ED">
        <w:t xml:space="preserve">Le contrat sera conclu pour une </w:t>
      </w:r>
      <w:r w:rsidRPr="00C645ED">
        <w:rPr>
          <w:rStyle w:val="lev"/>
          <w:b w:val="0"/>
          <w:bCs w:val="0"/>
        </w:rPr>
        <w:t>durée</w:t>
      </w:r>
      <w:r w:rsidRPr="00C645ED">
        <w:rPr>
          <w:rStyle w:val="lev"/>
        </w:rPr>
        <w:t xml:space="preserve"> d’un (1) an</w:t>
      </w:r>
      <w:r w:rsidRPr="00C645ED">
        <w:t xml:space="preserve">, renouvelable sur la base d’une </w:t>
      </w:r>
      <w:r w:rsidRPr="00C645ED">
        <w:rPr>
          <w:rStyle w:val="lev"/>
          <w:b w:val="0"/>
          <w:bCs w:val="0"/>
        </w:rPr>
        <w:t>évaluation satisfaisante des performances</w:t>
      </w:r>
      <w:r w:rsidRPr="00C645ED">
        <w:t xml:space="preserve"> du/de la titulaire. Le renouvellement du contrat sera toutefois limité à la </w:t>
      </w:r>
      <w:r w:rsidRPr="00C645ED">
        <w:rPr>
          <w:rStyle w:val="lev"/>
          <w:b w:val="0"/>
          <w:bCs w:val="0"/>
        </w:rPr>
        <w:t>durée effective de mise en œuvre du Projet</w:t>
      </w:r>
      <w:r w:rsidRPr="00C645ED">
        <w:rPr>
          <w:b/>
          <w:bCs/>
        </w:rPr>
        <w:t>.</w:t>
      </w:r>
    </w:p>
    <w:p w14:paraId="440C37E4" w14:textId="703C379A" w:rsidR="00001DDD" w:rsidRDefault="00001DDD" w:rsidP="00F53D44">
      <w:pPr>
        <w:pStyle w:val="NormalWeb"/>
        <w:spacing w:line="276" w:lineRule="auto"/>
        <w:jc w:val="both"/>
        <w:rPr>
          <w:b/>
          <w:bCs/>
        </w:rPr>
      </w:pPr>
      <w:r w:rsidRPr="00C645ED">
        <w:t xml:space="preserve">Le contrat initial comportera une </w:t>
      </w:r>
      <w:r w:rsidRPr="00C645ED">
        <w:rPr>
          <w:rStyle w:val="lev"/>
        </w:rPr>
        <w:t>période probatoire de six (6) mois</w:t>
      </w:r>
      <w:r w:rsidRPr="00C645ED">
        <w:t xml:space="preserve">, au terme de laquelle la confirmation définitive du/de la titulaire sera subordonnée à une </w:t>
      </w:r>
      <w:r w:rsidRPr="00C645ED">
        <w:rPr>
          <w:rStyle w:val="lev"/>
          <w:b w:val="0"/>
          <w:bCs w:val="0"/>
        </w:rPr>
        <w:t>évaluation positive des résultats et du comportement professionnel</w:t>
      </w:r>
      <w:r w:rsidRPr="00C645ED">
        <w:rPr>
          <w:b/>
          <w:bCs/>
        </w:rPr>
        <w:t>.</w:t>
      </w:r>
    </w:p>
    <w:p w14:paraId="23C90271" w14:textId="77777777" w:rsidR="00001DDD" w:rsidRPr="007075E4" w:rsidRDefault="00001DDD" w:rsidP="00632E83">
      <w:pPr>
        <w:suppressAutoHyphens/>
        <w:autoSpaceDN w:val="0"/>
        <w:jc w:val="both"/>
        <w:textAlignment w:val="baseline"/>
        <w:rPr>
          <w:rFonts w:ascii="Times New Roman" w:hAnsi="Times New Roman" w:cs="Times New Roman"/>
          <w:b/>
          <w:sz w:val="24"/>
          <w:szCs w:val="24"/>
          <w:lang w:val="fr-CD"/>
        </w:rPr>
      </w:pPr>
      <w:r w:rsidRPr="007075E4">
        <w:rPr>
          <w:rFonts w:ascii="Times New Roman" w:hAnsi="Times New Roman" w:cs="Times New Roman"/>
          <w:b/>
          <w:sz w:val="24"/>
          <w:szCs w:val="24"/>
          <w:lang w:val="fr-CD"/>
        </w:rPr>
        <w:t>Lieu d'affectation et de prise de fonction</w:t>
      </w:r>
    </w:p>
    <w:p w14:paraId="716F7001" w14:textId="2A4AF613" w:rsidR="00001DDD" w:rsidRPr="00C645ED" w:rsidRDefault="00001DDD" w:rsidP="00632E83">
      <w:pPr>
        <w:suppressAutoHyphens/>
        <w:autoSpaceDN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Le/la titulaire du poste sera basé(e) à K</w:t>
      </w:r>
      <w:r w:rsidR="00E075B3">
        <w:rPr>
          <w:rFonts w:ascii="Times New Roman" w:hAnsi="Times New Roman" w:cs="Times New Roman"/>
          <w:sz w:val="24"/>
          <w:szCs w:val="24"/>
          <w:lang w:val="fr-FR"/>
        </w:rPr>
        <w:t>enge</w:t>
      </w:r>
      <w:r w:rsidRPr="00C645ED">
        <w:rPr>
          <w:rFonts w:ascii="Times New Roman" w:hAnsi="Times New Roman" w:cs="Times New Roman"/>
          <w:sz w:val="24"/>
          <w:szCs w:val="24"/>
          <w:lang w:val="fr-FR"/>
        </w:rPr>
        <w:t>, dans la Province du Kw</w:t>
      </w:r>
      <w:r w:rsidR="00E075B3">
        <w:rPr>
          <w:rFonts w:ascii="Times New Roman" w:hAnsi="Times New Roman" w:cs="Times New Roman"/>
          <w:sz w:val="24"/>
          <w:szCs w:val="24"/>
          <w:lang w:val="fr-FR"/>
        </w:rPr>
        <w:t>ango.</w:t>
      </w:r>
    </w:p>
    <w:p w14:paraId="5B28D717" w14:textId="77777777" w:rsidR="00001DDD" w:rsidRPr="002B4216" w:rsidRDefault="00001DDD" w:rsidP="00632E83">
      <w:pPr>
        <w:suppressAutoHyphens/>
        <w:autoSpaceDN w:val="0"/>
        <w:jc w:val="both"/>
        <w:textAlignment w:val="baseline"/>
        <w:rPr>
          <w:rFonts w:ascii="Times New Roman" w:hAnsi="Times New Roman" w:cs="Times New Roman"/>
          <w:b/>
          <w:sz w:val="24"/>
          <w:szCs w:val="24"/>
          <w:lang w:val="fr-FR"/>
        </w:rPr>
      </w:pPr>
      <w:r w:rsidRPr="002B4216">
        <w:rPr>
          <w:rFonts w:ascii="Times New Roman" w:hAnsi="Times New Roman" w:cs="Times New Roman"/>
          <w:b/>
          <w:sz w:val="24"/>
          <w:szCs w:val="24"/>
          <w:lang w:val="fr-FR"/>
        </w:rPr>
        <w:t>Dépôt des candidatures et clôture</w:t>
      </w:r>
    </w:p>
    <w:p w14:paraId="48D06998" w14:textId="2391FCB7" w:rsidR="00001DDD" w:rsidRDefault="00001DDD" w:rsidP="00632E83">
      <w:pPr>
        <w:jc w:val="both"/>
        <w:rPr>
          <w:rFonts w:ascii="Times New Roman" w:hAnsi="Times New Roman" w:cs="Times New Roman"/>
          <w:sz w:val="24"/>
          <w:szCs w:val="24"/>
          <w:lang w:val="fr-FR"/>
        </w:rPr>
      </w:pPr>
      <w:r w:rsidRPr="002B4216">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hyperlink r:id="rId21" w:history="1">
        <w:r w:rsidRPr="002B4216">
          <w:rPr>
            <w:rStyle w:val="Lienhypertexte"/>
            <w:rFonts w:ascii="Times New Roman" w:hAnsi="Times New Roman" w:cs="Times New Roman"/>
            <w:sz w:val="24"/>
            <w:szCs w:val="24"/>
            <w:lang w:val="fr-FR"/>
          </w:rPr>
          <w:t>sgagrirdc@gmail.com</w:t>
        </w:r>
      </w:hyperlink>
      <w:r w:rsidRPr="002B4216">
        <w:rPr>
          <w:rFonts w:ascii="Times New Roman" w:hAnsi="Times New Roman" w:cs="Times New Roman"/>
          <w:sz w:val="24"/>
          <w:szCs w:val="24"/>
          <w:lang w:val="fr-FR"/>
        </w:rPr>
        <w:t xml:space="preserve"> et   </w:t>
      </w:r>
      <w:hyperlink r:id="rId22" w:history="1">
        <w:r w:rsidRPr="002B4216">
          <w:rPr>
            <w:rStyle w:val="Lienhypertexte"/>
            <w:rFonts w:ascii="Times New Roman" w:hAnsi="Times New Roman" w:cs="Times New Roman"/>
            <w:sz w:val="24"/>
            <w:szCs w:val="24"/>
            <w:lang w:val="fr-FR"/>
          </w:rPr>
          <w:t>recrutement@avenir.cd</w:t>
        </w:r>
      </w:hyperlink>
      <w:r w:rsidRPr="002B4216">
        <w:rPr>
          <w:rFonts w:ascii="Times New Roman" w:hAnsi="Times New Roman" w:cs="Times New Roman"/>
          <w:sz w:val="24"/>
          <w:szCs w:val="24"/>
          <w:lang w:val="fr-FR"/>
        </w:rPr>
        <w:t xml:space="preserve">  ; avec comme objet : « </w:t>
      </w:r>
      <w:r w:rsidRPr="002B4216">
        <w:rPr>
          <w:rFonts w:ascii="Times New Roman" w:hAnsi="Times New Roman" w:cs="Times New Roman"/>
          <w:i/>
          <w:sz w:val="24"/>
          <w:szCs w:val="24"/>
          <w:lang w:val="fr-FR"/>
        </w:rPr>
        <w:t xml:space="preserve">candidature au poste </w:t>
      </w:r>
      <w:r w:rsidRPr="00531573">
        <w:rPr>
          <w:rFonts w:ascii="Times New Roman" w:hAnsi="Times New Roman" w:cs="Times New Roman"/>
          <w:b/>
          <w:bCs/>
          <w:i/>
          <w:sz w:val="24"/>
          <w:szCs w:val="24"/>
          <w:lang w:val="fr-FR"/>
        </w:rPr>
        <w:t xml:space="preserve">de </w:t>
      </w:r>
      <w:r w:rsidR="005E6510" w:rsidRPr="00531573">
        <w:rPr>
          <w:rFonts w:ascii="Times New Roman" w:hAnsi="Times New Roman" w:cs="Times New Roman"/>
          <w:b/>
          <w:bCs/>
          <w:i/>
          <w:sz w:val="24"/>
          <w:szCs w:val="24"/>
          <w:lang w:val="fr-FR"/>
        </w:rPr>
        <w:t>Chef d’Antenne de Kenge/ Province de KWANGO</w:t>
      </w:r>
      <w:r w:rsidRPr="00531573">
        <w:rPr>
          <w:rFonts w:ascii="Times New Roman" w:hAnsi="Times New Roman" w:cs="Times New Roman"/>
          <w:b/>
          <w:bCs/>
          <w:i/>
          <w:sz w:val="24"/>
          <w:szCs w:val="24"/>
          <w:lang w:val="fr-FR"/>
        </w:rPr>
        <w:t xml:space="preserve"> du Projet AVENIR</w:t>
      </w:r>
      <w:r w:rsidRPr="002B4216">
        <w:rPr>
          <w:rFonts w:ascii="Times New Roman" w:hAnsi="Times New Roman" w:cs="Times New Roman"/>
          <w:sz w:val="24"/>
          <w:szCs w:val="24"/>
          <w:lang w:val="fr-FR"/>
        </w:rPr>
        <w:t xml:space="preserve"> », au plus tard </w:t>
      </w:r>
      <w:r w:rsidR="00D664E0" w:rsidRPr="00D664E0">
        <w:rPr>
          <w:rFonts w:ascii="Times New Roman" w:hAnsi="Times New Roman" w:cs="Times New Roman"/>
          <w:b/>
          <w:bCs/>
          <w:sz w:val="24"/>
          <w:szCs w:val="24"/>
          <w:lang w:val="fr-FR"/>
        </w:rPr>
        <w:t>11 mars 2026</w:t>
      </w:r>
      <w:r w:rsidR="00D664E0" w:rsidRPr="001526B5">
        <w:rPr>
          <w:rFonts w:ascii="Times New Roman" w:hAnsi="Times New Roman" w:cs="Times New Roman"/>
          <w:sz w:val="24"/>
          <w:szCs w:val="24"/>
          <w:lang w:val="fr-FR"/>
        </w:rPr>
        <w:t xml:space="preserve"> </w:t>
      </w:r>
      <w:r w:rsidRPr="002B4216">
        <w:rPr>
          <w:rFonts w:ascii="Times New Roman" w:hAnsi="Times New Roman" w:cs="Times New Roman"/>
          <w:sz w:val="24"/>
          <w:szCs w:val="24"/>
          <w:lang w:val="fr-FR"/>
        </w:rPr>
        <w:t>à 1</w:t>
      </w:r>
      <w:r w:rsidR="005B0B14">
        <w:rPr>
          <w:rFonts w:ascii="Times New Roman" w:hAnsi="Times New Roman" w:cs="Times New Roman"/>
          <w:sz w:val="24"/>
          <w:szCs w:val="24"/>
          <w:lang w:val="fr-FR"/>
        </w:rPr>
        <w:t>6</w:t>
      </w:r>
      <w:r w:rsidRPr="002B4216">
        <w:rPr>
          <w:rFonts w:ascii="Times New Roman" w:hAnsi="Times New Roman" w:cs="Times New Roman"/>
          <w:sz w:val="24"/>
          <w:szCs w:val="24"/>
          <w:lang w:val="fr-FR"/>
        </w:rPr>
        <w:t xml:space="preserve">h00’, heure de Kinshasa.  </w:t>
      </w:r>
    </w:p>
    <w:p w14:paraId="5D53F0B9" w14:textId="77777777" w:rsidR="00001DDD" w:rsidRPr="00001DDD" w:rsidRDefault="00001DDD" w:rsidP="00632E83">
      <w:pPr>
        <w:spacing w:after="160"/>
        <w:jc w:val="both"/>
        <w:rPr>
          <w:rFonts w:ascii="Verdana" w:hAnsi="Verdana" w:cs="Arial"/>
          <w:lang w:val="fr-FR"/>
        </w:rPr>
      </w:pPr>
    </w:p>
    <w:p w14:paraId="0673AFAC" w14:textId="77777777" w:rsidR="008109EC" w:rsidRDefault="008109EC" w:rsidP="00632E83">
      <w:pPr>
        <w:pStyle w:val="Paragraphedeliste"/>
        <w:spacing w:after="0"/>
        <w:jc w:val="both"/>
        <w:rPr>
          <w:rFonts w:ascii="Times New Roman" w:hAnsi="Times New Roman" w:cs="Times New Roman"/>
          <w:b/>
          <w:bCs/>
          <w:color w:val="3333FF"/>
          <w:sz w:val="24"/>
          <w:szCs w:val="24"/>
          <w:lang w:val="fr-FR"/>
        </w:rPr>
      </w:pPr>
    </w:p>
    <w:p w14:paraId="39BB78EF" w14:textId="77777777" w:rsidR="008109EC" w:rsidRDefault="008109EC" w:rsidP="00632E83">
      <w:pPr>
        <w:pStyle w:val="Paragraphedeliste"/>
        <w:spacing w:after="0"/>
        <w:jc w:val="both"/>
        <w:rPr>
          <w:rFonts w:ascii="Times New Roman" w:hAnsi="Times New Roman" w:cs="Times New Roman"/>
          <w:b/>
          <w:bCs/>
          <w:color w:val="3333FF"/>
          <w:sz w:val="24"/>
          <w:szCs w:val="24"/>
          <w:lang w:val="fr-FR"/>
        </w:rPr>
      </w:pPr>
    </w:p>
    <w:p w14:paraId="4241B165"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31986533"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083D4D15"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4E69EC54"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068D21FF"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22284EDF"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420AE2BE"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00F06427"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232200BD"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230D876C"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79742D33"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67B141C4"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29A5F64D"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6CCA3846"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6BABED6D"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1D024141"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55EB82A3"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04FE765E" w14:textId="77777777" w:rsidR="00D664E0" w:rsidRDefault="00D664E0" w:rsidP="00632E83">
      <w:pPr>
        <w:pStyle w:val="Paragraphedeliste"/>
        <w:spacing w:after="0"/>
        <w:jc w:val="both"/>
        <w:rPr>
          <w:rFonts w:ascii="Times New Roman" w:hAnsi="Times New Roman" w:cs="Times New Roman"/>
          <w:b/>
          <w:bCs/>
          <w:color w:val="3333FF"/>
          <w:sz w:val="24"/>
          <w:szCs w:val="24"/>
          <w:lang w:val="fr-FR"/>
        </w:rPr>
      </w:pPr>
    </w:p>
    <w:p w14:paraId="3FFD7E0A" w14:textId="77777777" w:rsidR="00D664E0" w:rsidRDefault="00D664E0" w:rsidP="00632E83">
      <w:pPr>
        <w:pStyle w:val="Paragraphedeliste"/>
        <w:spacing w:after="0"/>
        <w:jc w:val="both"/>
        <w:rPr>
          <w:rFonts w:ascii="Times New Roman" w:hAnsi="Times New Roman" w:cs="Times New Roman"/>
          <w:b/>
          <w:bCs/>
          <w:color w:val="3333FF"/>
          <w:sz w:val="24"/>
          <w:szCs w:val="24"/>
          <w:lang w:val="fr-FR"/>
        </w:rPr>
      </w:pPr>
    </w:p>
    <w:p w14:paraId="633A247F"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257674FD"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08F03261" w14:textId="77777777" w:rsidR="00531573" w:rsidRDefault="00531573" w:rsidP="00632E83">
      <w:pPr>
        <w:pStyle w:val="Paragraphedeliste"/>
        <w:spacing w:after="0"/>
        <w:jc w:val="both"/>
        <w:rPr>
          <w:rFonts w:ascii="Times New Roman" w:hAnsi="Times New Roman" w:cs="Times New Roman"/>
          <w:b/>
          <w:bCs/>
          <w:color w:val="3333FF"/>
          <w:sz w:val="24"/>
          <w:szCs w:val="24"/>
          <w:lang w:val="fr-FR"/>
        </w:rPr>
      </w:pPr>
    </w:p>
    <w:p w14:paraId="62257A96" w14:textId="77777777" w:rsidR="005B0B14" w:rsidRPr="00D664E0" w:rsidRDefault="005B0B14" w:rsidP="00D664E0">
      <w:pPr>
        <w:spacing w:after="0"/>
        <w:jc w:val="both"/>
        <w:rPr>
          <w:rFonts w:ascii="Times New Roman" w:hAnsi="Times New Roman" w:cs="Times New Roman"/>
          <w:b/>
          <w:bCs/>
          <w:color w:val="3333FF"/>
          <w:sz w:val="10"/>
          <w:szCs w:val="10"/>
          <w:lang w:val="fr-FR"/>
        </w:rPr>
      </w:pPr>
    </w:p>
    <w:p w14:paraId="218D1E5F" w14:textId="416923C7" w:rsidR="000A32CF" w:rsidRPr="00A72703" w:rsidRDefault="000A32CF" w:rsidP="001E35F5">
      <w:pPr>
        <w:pStyle w:val="Paragraphedeliste"/>
        <w:numPr>
          <w:ilvl w:val="0"/>
          <w:numId w:val="15"/>
        </w:numPr>
        <w:spacing w:after="0"/>
        <w:jc w:val="both"/>
        <w:rPr>
          <w:rFonts w:ascii="Times New Roman" w:hAnsi="Times New Roman" w:cs="Times New Roman"/>
          <w:b/>
          <w:bCs/>
          <w:color w:val="3333FF"/>
          <w:sz w:val="24"/>
          <w:szCs w:val="24"/>
          <w:lang w:val="fr-FR"/>
        </w:rPr>
      </w:pPr>
      <w:bookmarkStart w:id="4" w:name="_Hlk217951817"/>
      <w:r w:rsidRPr="00A72703">
        <w:rPr>
          <w:rFonts w:ascii="Times New Roman" w:hAnsi="Times New Roman" w:cs="Times New Roman"/>
          <w:b/>
          <w:bCs/>
          <w:color w:val="3333FF"/>
          <w:sz w:val="24"/>
          <w:szCs w:val="24"/>
          <w:lang w:val="fr-FR"/>
        </w:rPr>
        <w:t>RECRUTEMENT D’UN</w:t>
      </w:r>
      <w:bookmarkEnd w:id="4"/>
      <w:r w:rsidRPr="00A72703">
        <w:rPr>
          <w:rFonts w:ascii="Times New Roman" w:hAnsi="Times New Roman" w:cs="Times New Roman"/>
          <w:b/>
          <w:bCs/>
          <w:color w:val="3333FF"/>
          <w:sz w:val="24"/>
          <w:szCs w:val="24"/>
          <w:lang w:val="fr-FR"/>
        </w:rPr>
        <w:t xml:space="preserve"> </w:t>
      </w:r>
      <w:bookmarkEnd w:id="3"/>
      <w:r w:rsidRPr="00A72703">
        <w:rPr>
          <w:rFonts w:ascii="Times New Roman" w:hAnsi="Times New Roman" w:cs="Times New Roman"/>
          <w:b/>
          <w:bCs/>
          <w:color w:val="3333FF"/>
          <w:sz w:val="24"/>
          <w:szCs w:val="24"/>
          <w:lang w:val="fr-FR"/>
        </w:rPr>
        <w:t>RESPONSABLE DE LA COMPOSANTE 2 « DESENCLAVEMENT ET MARCHES TERRITORIAUX »</w:t>
      </w:r>
    </w:p>
    <w:p w14:paraId="5D315387" w14:textId="77777777" w:rsidR="000A32CF" w:rsidRPr="00D664E0" w:rsidRDefault="000A32CF" w:rsidP="00632E83">
      <w:pPr>
        <w:pStyle w:val="Paragraphedeliste"/>
        <w:spacing w:after="0"/>
        <w:ind w:left="0"/>
        <w:jc w:val="both"/>
        <w:rPr>
          <w:rFonts w:ascii="Times New Roman" w:hAnsi="Times New Roman" w:cs="Times New Roman"/>
          <w:sz w:val="14"/>
          <w:szCs w:val="14"/>
          <w:lang w:val="fr-FR"/>
        </w:rPr>
      </w:pPr>
    </w:p>
    <w:p w14:paraId="19E7EE96" w14:textId="2A08BC09" w:rsidR="00525D59" w:rsidRPr="00C645ED" w:rsidRDefault="00525D59" w:rsidP="00632E83">
      <w:pPr>
        <w:pStyle w:val="Paragraphedeliste"/>
        <w:spacing w:after="0"/>
        <w:ind w:left="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Dans </w:t>
      </w:r>
      <w:r w:rsidR="000A32CF" w:rsidRPr="00C645ED">
        <w:rPr>
          <w:rFonts w:ascii="Times New Roman" w:hAnsi="Times New Roman" w:cs="Times New Roman"/>
          <w:sz w:val="24"/>
          <w:szCs w:val="24"/>
          <w:lang w:val="fr-FR"/>
        </w:rPr>
        <w:t>le</w:t>
      </w:r>
      <w:r w:rsidRPr="00C645ED">
        <w:rPr>
          <w:rFonts w:ascii="Times New Roman" w:hAnsi="Times New Roman" w:cs="Times New Roman"/>
          <w:sz w:val="24"/>
          <w:szCs w:val="24"/>
          <w:lang w:val="fr-FR"/>
        </w:rPr>
        <w:t xml:space="preserve"> cadre</w:t>
      </w:r>
      <w:r w:rsidR="00CE707B" w:rsidRPr="00C645ED">
        <w:rPr>
          <w:rFonts w:ascii="Times New Roman" w:hAnsi="Times New Roman" w:cs="Times New Roman"/>
          <w:sz w:val="24"/>
          <w:szCs w:val="24"/>
          <w:lang w:val="fr-FR"/>
        </w:rPr>
        <w:t xml:space="preserve"> du projet </w:t>
      </w:r>
      <w:r w:rsidR="00E74C4E" w:rsidRPr="00C645ED">
        <w:rPr>
          <w:rFonts w:ascii="Times New Roman" w:hAnsi="Times New Roman" w:cs="Times New Roman"/>
          <w:sz w:val="24"/>
          <w:szCs w:val="24"/>
          <w:lang w:val="fr-FR"/>
        </w:rPr>
        <w:t>AVENIR,</w:t>
      </w:r>
      <w:r w:rsidRPr="00C645ED">
        <w:rPr>
          <w:rFonts w:ascii="Times New Roman" w:hAnsi="Times New Roman" w:cs="Times New Roman"/>
          <w:sz w:val="24"/>
          <w:szCs w:val="24"/>
          <w:lang w:val="fr-FR"/>
        </w:rPr>
        <w:t xml:space="preserve"> il est prévu de recruter un Responsable de la composante 2 </w:t>
      </w:r>
      <w:r w:rsidR="00EA4E79" w:rsidRPr="00C645ED">
        <w:rPr>
          <w:rFonts w:ascii="Times New Roman" w:hAnsi="Times New Roman" w:cs="Times New Roman"/>
          <w:sz w:val="24"/>
          <w:szCs w:val="24"/>
          <w:lang w:val="fr-FR"/>
        </w:rPr>
        <w:t>de Désenclavement</w:t>
      </w:r>
      <w:r w:rsidR="00583E9B" w:rsidRPr="00C645ED">
        <w:rPr>
          <w:rFonts w:ascii="Times New Roman" w:hAnsi="Times New Roman" w:cs="Times New Roman"/>
          <w:sz w:val="24"/>
          <w:szCs w:val="24"/>
          <w:lang w:val="fr-FR"/>
        </w:rPr>
        <w:t xml:space="preserve"> et </w:t>
      </w:r>
      <w:r w:rsidR="00EA4E79" w:rsidRPr="00C645ED">
        <w:rPr>
          <w:rFonts w:ascii="Times New Roman" w:hAnsi="Times New Roman" w:cs="Times New Roman"/>
          <w:sz w:val="24"/>
          <w:szCs w:val="24"/>
          <w:lang w:val="fr-FR"/>
        </w:rPr>
        <w:t>Marchés</w:t>
      </w:r>
      <w:r w:rsidR="000B642E" w:rsidRPr="00C645ED">
        <w:rPr>
          <w:rFonts w:ascii="Times New Roman" w:hAnsi="Times New Roman" w:cs="Times New Roman"/>
          <w:sz w:val="24"/>
          <w:szCs w:val="24"/>
          <w:lang w:val="fr-FR"/>
        </w:rPr>
        <w:t xml:space="preserve"> territoriaux</w:t>
      </w:r>
      <w:r w:rsidR="00EA4E79" w:rsidRPr="00C645ED">
        <w:rPr>
          <w:rFonts w:ascii="Times New Roman" w:hAnsi="Times New Roman" w:cs="Times New Roman"/>
          <w:sz w:val="24"/>
          <w:szCs w:val="24"/>
          <w:lang w:val="fr-FR"/>
        </w:rPr>
        <w:t xml:space="preserve">, </w:t>
      </w:r>
      <w:r w:rsidRPr="00C645ED">
        <w:rPr>
          <w:rFonts w:ascii="Times New Roman" w:hAnsi="Times New Roman" w:cs="Times New Roman"/>
          <w:sz w:val="24"/>
          <w:szCs w:val="24"/>
          <w:lang w:val="fr-FR"/>
        </w:rPr>
        <w:t xml:space="preserve">qui sera chargé de coordonner, planifier et superviser la mise en œuvre de l’ensemble des activités liées </w:t>
      </w:r>
      <w:r w:rsidR="00EA4E79" w:rsidRPr="00C645ED">
        <w:rPr>
          <w:rFonts w:ascii="Times New Roman" w:hAnsi="Times New Roman" w:cs="Times New Roman"/>
          <w:sz w:val="24"/>
          <w:szCs w:val="24"/>
          <w:lang w:val="fr-FR"/>
        </w:rPr>
        <w:t>aux</w:t>
      </w:r>
      <w:r w:rsidRPr="00C645ED">
        <w:rPr>
          <w:rFonts w:ascii="Times New Roman" w:hAnsi="Times New Roman" w:cs="Times New Roman"/>
          <w:sz w:val="24"/>
          <w:szCs w:val="24"/>
          <w:lang w:val="fr-FR"/>
        </w:rPr>
        <w:t xml:space="preserve"> infrastructures</w:t>
      </w:r>
      <w:r w:rsidR="00EA4E79" w:rsidRPr="00C645ED">
        <w:rPr>
          <w:rFonts w:ascii="Times New Roman" w:hAnsi="Times New Roman" w:cs="Times New Roman"/>
          <w:sz w:val="24"/>
          <w:szCs w:val="24"/>
          <w:lang w:val="fr-FR"/>
        </w:rPr>
        <w:t xml:space="preserve"> </w:t>
      </w:r>
      <w:r w:rsidR="004B3D50" w:rsidRPr="00C645ED">
        <w:rPr>
          <w:rFonts w:ascii="Times New Roman" w:hAnsi="Times New Roman" w:cs="Times New Roman"/>
          <w:sz w:val="24"/>
          <w:szCs w:val="24"/>
          <w:lang w:val="fr-FR"/>
        </w:rPr>
        <w:t>économiques</w:t>
      </w:r>
      <w:r w:rsidR="00EA4E79" w:rsidRPr="00C645ED">
        <w:rPr>
          <w:rFonts w:ascii="Times New Roman" w:hAnsi="Times New Roman" w:cs="Times New Roman"/>
          <w:sz w:val="24"/>
          <w:szCs w:val="24"/>
          <w:lang w:val="fr-FR"/>
        </w:rPr>
        <w:t xml:space="preserve"> (</w:t>
      </w:r>
      <w:r w:rsidR="004B3D50" w:rsidRPr="00C645ED">
        <w:rPr>
          <w:rFonts w:ascii="Times New Roman" w:hAnsi="Times New Roman" w:cs="Times New Roman"/>
          <w:sz w:val="24"/>
          <w:szCs w:val="24"/>
          <w:lang w:val="fr-FR"/>
        </w:rPr>
        <w:t>Marchés des produits agricoles</w:t>
      </w:r>
      <w:r w:rsidR="00EA4E79" w:rsidRPr="00C645ED">
        <w:rPr>
          <w:rFonts w:ascii="Times New Roman" w:hAnsi="Times New Roman" w:cs="Times New Roman"/>
          <w:sz w:val="24"/>
          <w:szCs w:val="24"/>
          <w:lang w:val="fr-FR"/>
        </w:rPr>
        <w:t>, routes de desserte agricole</w:t>
      </w:r>
      <w:r w:rsidR="004B3D50" w:rsidRPr="00C645ED">
        <w:rPr>
          <w:rFonts w:ascii="Times New Roman" w:hAnsi="Times New Roman" w:cs="Times New Roman"/>
          <w:sz w:val="24"/>
          <w:szCs w:val="24"/>
          <w:lang w:val="fr-FR"/>
        </w:rPr>
        <w:t xml:space="preserve"> et ports fluviaux)</w:t>
      </w:r>
      <w:r w:rsidRPr="00C645ED">
        <w:rPr>
          <w:rFonts w:ascii="Times New Roman" w:hAnsi="Times New Roman" w:cs="Times New Roman"/>
          <w:sz w:val="24"/>
          <w:szCs w:val="24"/>
          <w:lang w:val="fr-FR"/>
        </w:rPr>
        <w:t>.</w:t>
      </w:r>
    </w:p>
    <w:p w14:paraId="71B8A65D" w14:textId="77777777" w:rsidR="00525D59" w:rsidRPr="00C645ED" w:rsidRDefault="00525D59" w:rsidP="00632E83">
      <w:pPr>
        <w:pStyle w:val="Paragraphedeliste"/>
        <w:spacing w:after="0"/>
        <w:jc w:val="both"/>
        <w:rPr>
          <w:rFonts w:ascii="Times New Roman" w:hAnsi="Times New Roman" w:cs="Times New Roman"/>
          <w:sz w:val="24"/>
          <w:szCs w:val="24"/>
          <w:lang w:val="fr-FR"/>
        </w:rPr>
      </w:pPr>
    </w:p>
    <w:p w14:paraId="60EA81BF" w14:textId="13CA187C" w:rsidR="008B6C25" w:rsidRPr="00C645ED" w:rsidRDefault="008B6C25" w:rsidP="00632E83">
      <w:pPr>
        <w:pStyle w:val="p2"/>
        <w:spacing w:line="276" w:lineRule="auto"/>
        <w:jc w:val="both"/>
        <w:rPr>
          <w:rFonts w:ascii="Times New Roman" w:hAnsi="Times New Roman"/>
          <w:sz w:val="24"/>
          <w:szCs w:val="24"/>
          <w:u w:val="single"/>
        </w:rPr>
      </w:pPr>
      <w:r w:rsidRPr="00C645ED">
        <w:rPr>
          <w:rFonts w:ascii="Times New Roman" w:hAnsi="Times New Roman"/>
          <w:b/>
          <w:bCs/>
          <w:sz w:val="24"/>
          <w:szCs w:val="24"/>
          <w:u w:val="single"/>
        </w:rPr>
        <w:t>Mission et principales taches</w:t>
      </w:r>
    </w:p>
    <w:p w14:paraId="1F805EFF" w14:textId="77777777" w:rsidR="008B6C25" w:rsidRPr="00C645ED" w:rsidRDefault="008B6C25" w:rsidP="00632E83">
      <w:pPr>
        <w:pStyle w:val="p2"/>
        <w:spacing w:line="276" w:lineRule="auto"/>
        <w:jc w:val="both"/>
        <w:rPr>
          <w:rFonts w:ascii="Times New Roman" w:hAnsi="Times New Roman"/>
          <w:sz w:val="24"/>
          <w:szCs w:val="24"/>
        </w:rPr>
      </w:pPr>
    </w:p>
    <w:p w14:paraId="2D0F9AB0" w14:textId="77777777" w:rsidR="00DF0C15" w:rsidRPr="00C645ED" w:rsidRDefault="00DF0C15" w:rsidP="00632E83">
      <w:pPr>
        <w:pStyle w:val="p2"/>
        <w:spacing w:line="276" w:lineRule="auto"/>
        <w:jc w:val="both"/>
        <w:rPr>
          <w:rFonts w:ascii="Times New Roman" w:hAnsi="Times New Roman"/>
          <w:sz w:val="24"/>
          <w:szCs w:val="24"/>
        </w:rPr>
      </w:pPr>
      <w:r w:rsidRPr="00F07ACC">
        <w:rPr>
          <w:rFonts w:ascii="Times New Roman" w:hAnsi="Times New Roman"/>
          <w:sz w:val="24"/>
        </w:rPr>
        <w:t xml:space="preserve">Sous l’autorité et la supervision directe du Coordonnateur National de l’UGP AVENIR, le/la Responsable de la Composante 2 « Désenclavement et Marchés territoriaux » assurera le pilotage et la coordination globale des activités de la composante. Il/elle agira en qualité d’Ingénieur en chef des investissements en infrastructures du projet et assurera </w:t>
      </w:r>
      <w:r w:rsidRPr="00F07ACC">
        <w:rPr>
          <w:rStyle w:val="lev"/>
          <w:rFonts w:ascii="Times New Roman" w:hAnsi="Times New Roman"/>
          <w:sz w:val="24"/>
        </w:rPr>
        <w:t>directement la supervision des activités d’ingénierie sociale mises en œuvre par les ONG partenaires</w:t>
      </w:r>
      <w:r w:rsidRPr="00F07ACC">
        <w:rPr>
          <w:rFonts w:ascii="Times New Roman" w:hAnsi="Times New Roman"/>
          <w:sz w:val="24"/>
        </w:rPr>
        <w:t>, ainsi que la coordination des interventions d’ingénierie civile et sociale, dans le respect des orientations du DCP et des standards de qualité du projet.</w:t>
      </w:r>
      <w:r>
        <w:rPr>
          <w:rFonts w:ascii="Times New Roman" w:hAnsi="Times New Roman"/>
          <w:sz w:val="24"/>
        </w:rPr>
        <w:t xml:space="preserve"> </w:t>
      </w:r>
      <w:r w:rsidRPr="004A5CB4">
        <w:t xml:space="preserve"> </w:t>
      </w:r>
      <w:r w:rsidRPr="00F07ACC">
        <w:rPr>
          <w:rFonts w:ascii="Times New Roman" w:hAnsi="Times New Roman"/>
          <w:sz w:val="24"/>
        </w:rPr>
        <w:t>À cet effet, ses tâches spécifiques, non exhaustives, sont les suivantes :</w:t>
      </w:r>
    </w:p>
    <w:p w14:paraId="4AAE1213" w14:textId="77777777" w:rsidR="00DF0C15" w:rsidRPr="00F07ACC" w:rsidRDefault="00DF0C15" w:rsidP="00632E83">
      <w:pPr>
        <w:spacing w:after="0"/>
        <w:jc w:val="both"/>
        <w:outlineLvl w:val="0"/>
        <w:rPr>
          <w:rFonts w:ascii="Times New Roman" w:eastAsia="Times New Roman" w:hAnsi="Times New Roman" w:cs="Times New Roman"/>
          <w:b/>
          <w:bCs/>
          <w:kern w:val="36"/>
          <w:sz w:val="24"/>
          <w:szCs w:val="24"/>
          <w:lang w:val="fr-FR" w:eastAsia="fr-FR"/>
        </w:rPr>
      </w:pPr>
      <w:r w:rsidRPr="00F07ACC">
        <w:rPr>
          <w:rFonts w:ascii="Times New Roman" w:eastAsia="Times New Roman" w:hAnsi="Times New Roman" w:cs="Times New Roman"/>
          <w:b/>
          <w:bCs/>
          <w:kern w:val="36"/>
          <w:sz w:val="24"/>
          <w:szCs w:val="24"/>
          <w:lang w:val="fr-FR" w:eastAsia="fr-FR"/>
        </w:rPr>
        <w:t>I. Pilotage stratégique et coordination de la composante :</w:t>
      </w:r>
    </w:p>
    <w:p w14:paraId="12F84F54"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Assurer le leadership stratégique, technique et méthodologique de la composante, coordonner et animer l’équipe, et veiller à la synergie et à la cohérence des interventions.</w:t>
      </w:r>
    </w:p>
    <w:p w14:paraId="5B07F69F"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Piloter, en étroite concertation avec les équipes du projet et les partenaires opérationnels, la mise en œuvre coordonnée des sous-composantes, la structuration des dispositifs de gestion des infrastructures économiques ainsi que le renforcement durable des capacités des bénéficiaires.</w:t>
      </w:r>
    </w:p>
    <w:p w14:paraId="5B8D18F0"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Analyser, consolider et amender les propositions techniques portées par les responsables des sous-composantes, assurer la cohérence entre planification opérationnelle et budgétisation, participer activement aux ateliers de planification et contribuer à l’élaboration du PTBA de la composante.</w:t>
      </w:r>
    </w:p>
    <w:p w14:paraId="4F028D99"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Assurer le contrôle qualité et la validation technique des termes de référence, des projets de contrats et de conventions, ainsi que des livrables produits par les équipes et les prestataires.</w:t>
      </w:r>
    </w:p>
    <w:p w14:paraId="2FFEFB54"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Veiller au bon déroulement des processus de conformité environnementale et sociale ainsi qu’à la contractualisation des études et travaux, en coordination étroite avec l’environnementaliste et le Responsable de la passation des marchés de l’UGP.</w:t>
      </w:r>
    </w:p>
    <w:p w14:paraId="63FC89B3"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Organiser, avec les autres responsables de l’UGP, les cadres de concertation et de coordination avec les partenaires techniques et institutionnels, et participer aux missions de supervision, d’audit technique et aux ateliers de bilan.</w:t>
      </w:r>
    </w:p>
    <w:p w14:paraId="6A3B7D1A"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Assurer le suivi de l’exécution de la composante, consolider les rapports d’activités, produire les rapports de performance et garantir la collecte et la fiabilité des indicateurs du cadre logique.</w:t>
      </w:r>
    </w:p>
    <w:p w14:paraId="073B4FED"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Planifier et faciliter la mobilisation d’assistances techniques spécialisées, en identifiant les besoins prioritaires et en mobilisant des expertises complémentaires lorsque les capacités internes sont insuffisantes.</w:t>
      </w:r>
    </w:p>
    <w:p w14:paraId="0975E5C8"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Animer périodiquement des évaluations internes participatives de la performance de la composante, capitaliser les acquis et les innovations techniques et organisationnelles, et tirer les enseignements nécessaires pour améliorer l’exécution en cours et la planification future.</w:t>
      </w:r>
    </w:p>
    <w:p w14:paraId="0AFCE35B"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Exécuter toute autre mission confiée par le Coordonnateur national dans le cadre du mandat.</w:t>
      </w:r>
    </w:p>
    <w:p w14:paraId="22AAC84B" w14:textId="1520D103" w:rsidR="00DF0C15" w:rsidRPr="005E6510" w:rsidRDefault="00DF0C15" w:rsidP="00632E83">
      <w:pPr>
        <w:spacing w:after="0"/>
        <w:jc w:val="both"/>
        <w:rPr>
          <w:rFonts w:ascii="Times New Roman" w:eastAsia="Times New Roman" w:hAnsi="Times New Roman" w:cs="Times New Roman"/>
          <w:sz w:val="10"/>
          <w:szCs w:val="10"/>
          <w:lang w:val="fr-FR" w:eastAsia="fr-FR"/>
        </w:rPr>
      </w:pPr>
    </w:p>
    <w:p w14:paraId="0CD29B7F" w14:textId="77777777" w:rsidR="00DF0C15" w:rsidRPr="005B0B14" w:rsidRDefault="00DF0C15" w:rsidP="00632E83">
      <w:pPr>
        <w:spacing w:after="0"/>
        <w:jc w:val="both"/>
        <w:outlineLvl w:val="0"/>
        <w:rPr>
          <w:rFonts w:ascii="Times New Roman" w:eastAsia="Times New Roman" w:hAnsi="Times New Roman" w:cs="Times New Roman"/>
          <w:b/>
          <w:bCs/>
          <w:kern w:val="36"/>
          <w:sz w:val="24"/>
          <w:szCs w:val="24"/>
          <w:lang w:val="fr-CD" w:eastAsia="fr-FR"/>
        </w:rPr>
      </w:pPr>
      <w:r w:rsidRPr="005B0B14">
        <w:rPr>
          <w:rFonts w:ascii="Times New Roman" w:eastAsia="Times New Roman" w:hAnsi="Times New Roman" w:cs="Times New Roman"/>
          <w:b/>
          <w:bCs/>
          <w:kern w:val="36"/>
          <w:sz w:val="24"/>
          <w:szCs w:val="24"/>
          <w:lang w:val="fr-CD" w:eastAsia="fr-FR"/>
        </w:rPr>
        <w:t>II. Attributions spécifiques – Ingénierie sociale</w:t>
      </w:r>
    </w:p>
    <w:p w14:paraId="06A41E19" w14:textId="77777777" w:rsidR="00DF0C15" w:rsidRPr="00F07ACC" w:rsidRDefault="00DF0C15" w:rsidP="001E35F5">
      <w:pPr>
        <w:numPr>
          <w:ilvl w:val="0"/>
          <w:numId w:val="20"/>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Piloter et opérationnaliser, en collaboration avec les opérateurs partenaires, la stratégie et la méthodologie de mise en œuvre de l’ingénierie sociale et du renforcement des capacités des acteurs bénéficiaires.</w:t>
      </w:r>
    </w:p>
    <w:p w14:paraId="61235915" w14:textId="77777777" w:rsidR="00DF0C15" w:rsidRPr="00F07ACC" w:rsidRDefault="00DF0C15" w:rsidP="001E35F5">
      <w:pPr>
        <w:numPr>
          <w:ilvl w:val="0"/>
          <w:numId w:val="20"/>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Coordonner, suivre et évaluer les ONG partenaires et opérateurs spécialisés intervenant sur le volet social, et assurer le suivi des engagements contractuels et des livrables axés sur les résultats.</w:t>
      </w:r>
    </w:p>
    <w:p w14:paraId="241D56B8" w14:textId="77777777" w:rsidR="00DF0C15" w:rsidRPr="00F07ACC" w:rsidRDefault="00DF0C15" w:rsidP="001E35F5">
      <w:pPr>
        <w:numPr>
          <w:ilvl w:val="0"/>
          <w:numId w:val="20"/>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Analyser en profondeur et valider les livrables d’ingénierie sociale, notamment l’identification et la validation des sites d’implantation des infrastructures économiques, la consolidation des matrices de volumes de produits agricoles, ainsi que la priorisation des tronçons de desserte et des sites portuaires issus de la caractérisation des pôles.</w:t>
      </w:r>
    </w:p>
    <w:p w14:paraId="14948D64" w14:textId="77777777" w:rsidR="00DF0C15" w:rsidRPr="00F07ACC" w:rsidRDefault="00DF0C15" w:rsidP="001E35F5">
      <w:pPr>
        <w:numPr>
          <w:ilvl w:val="0"/>
          <w:numId w:val="20"/>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Appuyer la structuration, la mise en place et l’opérationnalisation des dispositifs locaux de gestion, d’exploitation et de maintenance des infrastructures économiques.</w:t>
      </w:r>
    </w:p>
    <w:p w14:paraId="2200DFD1" w14:textId="77777777" w:rsidR="00DF0C15" w:rsidRPr="00F07ACC" w:rsidRDefault="00DF0C15" w:rsidP="001E35F5">
      <w:pPr>
        <w:numPr>
          <w:ilvl w:val="0"/>
          <w:numId w:val="20"/>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Veiller à l’intégration cohérente et opérationnelle de l’ingénierie sociale avec les activités d’ingénierie civile, notamment au niveau des Pôles de Développement Économique (PDE).</w:t>
      </w:r>
    </w:p>
    <w:p w14:paraId="16970808" w14:textId="26FF29F9" w:rsidR="00DF0C15" w:rsidRPr="005E6510" w:rsidRDefault="00DF0C15" w:rsidP="00632E83">
      <w:pPr>
        <w:spacing w:after="0"/>
        <w:jc w:val="both"/>
        <w:rPr>
          <w:rFonts w:ascii="Times New Roman" w:eastAsia="Times New Roman" w:hAnsi="Times New Roman" w:cs="Times New Roman"/>
          <w:sz w:val="12"/>
          <w:szCs w:val="12"/>
          <w:lang w:val="fr-FR" w:eastAsia="fr-FR"/>
        </w:rPr>
      </w:pPr>
    </w:p>
    <w:p w14:paraId="3B1BC9BD" w14:textId="77777777" w:rsidR="00DF0C15" w:rsidRPr="005B0B14" w:rsidRDefault="00DF0C15" w:rsidP="00632E83">
      <w:pPr>
        <w:spacing w:after="0"/>
        <w:jc w:val="both"/>
        <w:outlineLvl w:val="0"/>
        <w:rPr>
          <w:rFonts w:ascii="Times New Roman" w:eastAsia="Times New Roman" w:hAnsi="Times New Roman" w:cs="Times New Roman"/>
          <w:b/>
          <w:bCs/>
          <w:kern w:val="36"/>
          <w:sz w:val="24"/>
          <w:szCs w:val="24"/>
          <w:lang w:val="fr-CD" w:eastAsia="fr-FR"/>
        </w:rPr>
      </w:pPr>
      <w:r w:rsidRPr="005B0B14">
        <w:rPr>
          <w:rFonts w:ascii="Times New Roman" w:eastAsia="Times New Roman" w:hAnsi="Times New Roman" w:cs="Times New Roman"/>
          <w:b/>
          <w:bCs/>
          <w:kern w:val="36"/>
          <w:sz w:val="24"/>
          <w:szCs w:val="24"/>
          <w:lang w:val="fr-CD" w:eastAsia="fr-FR"/>
        </w:rPr>
        <w:t>III. Attributions spécifiques – Ingénierie civile</w:t>
      </w:r>
    </w:p>
    <w:p w14:paraId="34171F4B" w14:textId="77777777" w:rsidR="00DF0C15" w:rsidRPr="00F07ACC" w:rsidRDefault="00DF0C15" w:rsidP="001E35F5">
      <w:pPr>
        <w:numPr>
          <w:ilvl w:val="0"/>
          <w:numId w:val="21"/>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Prioriser et programmer les infrastructures à réaliser sur la base des études de faisabilité, des besoins validés et des orientations stratégiques du projet.</w:t>
      </w:r>
    </w:p>
    <w:p w14:paraId="76184C98" w14:textId="77777777" w:rsidR="00DF0C15" w:rsidRPr="00F07ACC" w:rsidRDefault="00DF0C15" w:rsidP="001E35F5">
      <w:pPr>
        <w:numPr>
          <w:ilvl w:val="0"/>
          <w:numId w:val="21"/>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Assurer le pilotage stratégique et technique des études d’aménagement et de conception (APS, APD, DAO, EIES), en portant une attention particulière à l’analyse de faisabilité, à l’évaluation des variantes techniques et à l’optimisation du rapport coût-avantage.</w:t>
      </w:r>
    </w:p>
    <w:p w14:paraId="1D3F66F2" w14:textId="77777777" w:rsidR="00DF0C15" w:rsidRPr="00F07ACC" w:rsidRDefault="00DF0C15" w:rsidP="001E35F5">
      <w:pPr>
        <w:numPr>
          <w:ilvl w:val="0"/>
          <w:numId w:val="21"/>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Analyser, consolider et capitaliser les résultats des études techniques produites par les prestataires, intégrer les observations des équipes de l’UGP et des partenaires institutionnels, et organiser leur partage avec les parties prenantes avant validation finale.</w:t>
      </w:r>
    </w:p>
    <w:p w14:paraId="245D11FB" w14:textId="77777777" w:rsidR="00DF0C15" w:rsidRPr="00F07ACC" w:rsidRDefault="00DF0C15" w:rsidP="001E35F5">
      <w:pPr>
        <w:numPr>
          <w:ilvl w:val="0"/>
          <w:numId w:val="21"/>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Mettre en place, formaliser et rendre opérationnel le dispositif de supervision, de contrôle et de co-surveillance des travaux, et veiller à la qualité technique et à la conformité des ouvrages réalisés.</w:t>
      </w:r>
    </w:p>
    <w:p w14:paraId="21878947" w14:textId="77777777" w:rsidR="00DF0C15" w:rsidRPr="00F07ACC" w:rsidRDefault="00DF0C15" w:rsidP="001E35F5">
      <w:pPr>
        <w:numPr>
          <w:ilvl w:val="0"/>
          <w:numId w:val="21"/>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Assurer le cadrage technique et le suivi opérationnel des prestataires (bureaux d’études, bureaux de contrôle, entreprises de travaux et services techniques spécialisés).</w:t>
      </w:r>
    </w:p>
    <w:p w14:paraId="67AA1A05" w14:textId="77777777" w:rsidR="00DF0C15" w:rsidRPr="00F07ACC" w:rsidRDefault="00DF0C15" w:rsidP="001E35F5">
      <w:pPr>
        <w:numPr>
          <w:ilvl w:val="0"/>
          <w:numId w:val="21"/>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Analyser et viser les attachements, les décomptes et les demandes de paiement des prestations d’études, de contrôle et de travaux, après vérification technique par les équipes compétentes.</w:t>
      </w:r>
    </w:p>
    <w:p w14:paraId="03B5189F" w14:textId="77777777" w:rsidR="00DF0C15" w:rsidRPr="00F07ACC" w:rsidRDefault="00DF0C15" w:rsidP="001E35F5">
      <w:pPr>
        <w:numPr>
          <w:ilvl w:val="0"/>
          <w:numId w:val="21"/>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Coordonner les remises officielles de sites, les missions de supervision de terrain, ainsi que les opérations de réception technique provisoire et définitive des infrastructures.</w:t>
      </w:r>
    </w:p>
    <w:p w14:paraId="68834ADD" w14:textId="77777777" w:rsidR="00DF0C15" w:rsidRPr="00D664E0" w:rsidRDefault="00DF0C15" w:rsidP="00632E83">
      <w:pPr>
        <w:pStyle w:val="p2"/>
        <w:spacing w:line="276" w:lineRule="auto"/>
        <w:jc w:val="both"/>
        <w:rPr>
          <w:rFonts w:ascii="Times New Roman" w:hAnsi="Times New Roman"/>
        </w:rPr>
      </w:pPr>
    </w:p>
    <w:p w14:paraId="0FDBE8F7" w14:textId="77777777" w:rsidR="00DF0C15" w:rsidRPr="00C645ED" w:rsidRDefault="00DF0C15" w:rsidP="00632E83">
      <w:pPr>
        <w:pStyle w:val="p2"/>
        <w:spacing w:line="276" w:lineRule="auto"/>
        <w:jc w:val="both"/>
        <w:rPr>
          <w:rFonts w:ascii="Times New Roman" w:hAnsi="Times New Roman"/>
          <w:b/>
          <w:bCs/>
          <w:sz w:val="24"/>
          <w:szCs w:val="24"/>
          <w:u w:val="single"/>
        </w:rPr>
      </w:pPr>
      <w:r w:rsidRPr="00C645ED">
        <w:rPr>
          <w:rFonts w:ascii="Times New Roman" w:hAnsi="Times New Roman"/>
          <w:b/>
          <w:bCs/>
          <w:sz w:val="24"/>
          <w:szCs w:val="24"/>
          <w:u w:val="single"/>
        </w:rPr>
        <w:t>Qualification et expériences requises</w:t>
      </w:r>
    </w:p>
    <w:p w14:paraId="0284F5B2" w14:textId="77777777" w:rsidR="00DF0C15" w:rsidRPr="005B0B14" w:rsidRDefault="00DF0C15" w:rsidP="00632E83">
      <w:pPr>
        <w:pStyle w:val="p2"/>
        <w:spacing w:line="276" w:lineRule="auto"/>
        <w:jc w:val="both"/>
        <w:rPr>
          <w:rFonts w:ascii="Times New Roman" w:hAnsi="Times New Roman"/>
          <w:color w:val="auto"/>
          <w:sz w:val="24"/>
          <w:szCs w:val="24"/>
        </w:rPr>
      </w:pPr>
    </w:p>
    <w:p w14:paraId="7BFAECE2" w14:textId="77777777" w:rsidR="00DF0C15" w:rsidRPr="005B0B14" w:rsidRDefault="00DF0C15" w:rsidP="00632E83">
      <w:pPr>
        <w:pStyle w:val="Titre2"/>
        <w:spacing w:before="0"/>
        <w:jc w:val="both"/>
        <w:rPr>
          <w:rFonts w:ascii="Times New Roman" w:hAnsi="Times New Roman" w:cs="Times New Roman"/>
          <w:color w:val="auto"/>
          <w:sz w:val="24"/>
          <w:szCs w:val="24"/>
          <w:lang w:val="fr-CD"/>
        </w:rPr>
      </w:pPr>
      <w:r w:rsidRPr="005B0B14">
        <w:rPr>
          <w:rStyle w:val="lev"/>
          <w:rFonts w:ascii="Times New Roman" w:hAnsi="Times New Roman" w:cs="Times New Roman"/>
          <w:b/>
          <w:bCs/>
          <w:color w:val="auto"/>
          <w:sz w:val="24"/>
          <w:szCs w:val="24"/>
          <w:lang w:val="fr-CD"/>
        </w:rPr>
        <w:t>1. Profil académique et éligibilité</w:t>
      </w:r>
    </w:p>
    <w:p w14:paraId="645E9C66" w14:textId="77777777" w:rsidR="00DF0C15" w:rsidRPr="005B0B14" w:rsidRDefault="00DF0C15" w:rsidP="001E35F5">
      <w:pPr>
        <w:pStyle w:val="NormalWeb"/>
        <w:numPr>
          <w:ilvl w:val="0"/>
          <w:numId w:val="22"/>
        </w:numPr>
        <w:spacing w:before="0" w:beforeAutospacing="0" w:after="0" w:afterAutospacing="0" w:line="276" w:lineRule="auto"/>
        <w:jc w:val="both"/>
      </w:pPr>
      <w:r w:rsidRPr="005B0B14">
        <w:t>Être de nationalité congolaise (République Démocratique du Congo).</w:t>
      </w:r>
    </w:p>
    <w:p w14:paraId="1CA2F077" w14:textId="77777777" w:rsidR="00DF0C15" w:rsidRPr="005B0B14" w:rsidRDefault="00DF0C15" w:rsidP="001E35F5">
      <w:pPr>
        <w:pStyle w:val="NormalWeb"/>
        <w:numPr>
          <w:ilvl w:val="0"/>
          <w:numId w:val="22"/>
        </w:numPr>
        <w:spacing w:before="0" w:beforeAutospacing="0" w:after="0" w:afterAutospacing="0" w:line="276" w:lineRule="auto"/>
        <w:jc w:val="both"/>
      </w:pPr>
      <w:r w:rsidRPr="005B0B14">
        <w:t>Être titulaire d’un diplôme d’Ingénieur (Bac+5 minimum ou Master) en génie civil, travaux publics, infrastructures rurales ou domaine équivalent.</w:t>
      </w:r>
    </w:p>
    <w:p w14:paraId="31EFBEED" w14:textId="46DEEBF4" w:rsidR="00DF0C15" w:rsidRPr="005B0B14" w:rsidRDefault="00DF0C15" w:rsidP="001E35F5">
      <w:pPr>
        <w:pStyle w:val="NormalWeb"/>
        <w:numPr>
          <w:ilvl w:val="0"/>
          <w:numId w:val="22"/>
        </w:numPr>
        <w:spacing w:before="0" w:beforeAutospacing="0" w:after="0" w:afterAutospacing="0" w:line="276" w:lineRule="auto"/>
        <w:jc w:val="both"/>
      </w:pPr>
      <w:r w:rsidRPr="005B0B14">
        <w:t xml:space="preserve">Être âgé(e) de </w:t>
      </w:r>
      <w:r w:rsidRPr="005B0B14">
        <w:rPr>
          <w:rStyle w:val="lev"/>
        </w:rPr>
        <w:t>57 ans au plus</w:t>
      </w:r>
      <w:r w:rsidRPr="005B0B14">
        <w:t xml:space="preserve"> à la date de clôture de l’appel à candidatures.</w:t>
      </w:r>
    </w:p>
    <w:p w14:paraId="557C5EB1" w14:textId="77777777" w:rsidR="00DF0C15" w:rsidRDefault="00DF0C15" w:rsidP="00632E83">
      <w:pPr>
        <w:spacing w:after="0"/>
        <w:jc w:val="both"/>
        <w:rPr>
          <w:rFonts w:ascii="Times New Roman" w:hAnsi="Times New Roman" w:cs="Times New Roman"/>
          <w:sz w:val="24"/>
          <w:szCs w:val="24"/>
          <w:lang w:val="fr-FR"/>
        </w:rPr>
      </w:pPr>
    </w:p>
    <w:p w14:paraId="39B25CE1" w14:textId="77777777" w:rsidR="00541BE9" w:rsidRPr="005B0B14" w:rsidRDefault="00541BE9" w:rsidP="00632E83">
      <w:pPr>
        <w:spacing w:after="0"/>
        <w:jc w:val="both"/>
        <w:rPr>
          <w:rFonts w:ascii="Times New Roman" w:hAnsi="Times New Roman" w:cs="Times New Roman"/>
          <w:sz w:val="24"/>
          <w:szCs w:val="24"/>
          <w:lang w:val="fr-FR"/>
        </w:rPr>
      </w:pPr>
    </w:p>
    <w:p w14:paraId="1F4988EA" w14:textId="77777777" w:rsidR="00DF0C15" w:rsidRPr="005B0B14" w:rsidRDefault="00DF0C15" w:rsidP="00632E83">
      <w:pPr>
        <w:pStyle w:val="Titre2"/>
        <w:spacing w:before="0"/>
        <w:jc w:val="both"/>
        <w:rPr>
          <w:rFonts w:ascii="Times New Roman" w:hAnsi="Times New Roman" w:cs="Times New Roman"/>
          <w:color w:val="auto"/>
          <w:sz w:val="24"/>
          <w:szCs w:val="24"/>
        </w:rPr>
      </w:pPr>
      <w:r w:rsidRPr="005B0B14">
        <w:rPr>
          <w:rStyle w:val="lev"/>
          <w:rFonts w:ascii="Times New Roman" w:hAnsi="Times New Roman" w:cs="Times New Roman"/>
          <w:b/>
          <w:bCs/>
          <w:color w:val="auto"/>
          <w:sz w:val="24"/>
          <w:szCs w:val="24"/>
        </w:rPr>
        <w:t>2. Expérience professionnelle</w:t>
      </w:r>
    </w:p>
    <w:p w14:paraId="63163FF7" w14:textId="77777777" w:rsidR="00DF0C15" w:rsidRPr="005B0B14" w:rsidRDefault="00DF0C15" w:rsidP="001E35F5">
      <w:pPr>
        <w:pStyle w:val="NormalWeb"/>
        <w:numPr>
          <w:ilvl w:val="0"/>
          <w:numId w:val="23"/>
        </w:numPr>
        <w:spacing w:before="0" w:beforeAutospacing="0" w:after="0" w:afterAutospacing="0" w:line="276" w:lineRule="auto"/>
        <w:jc w:val="both"/>
      </w:pPr>
      <w:r w:rsidRPr="005B0B14">
        <w:t xml:space="preserve">Justifier d’au moins </w:t>
      </w:r>
      <w:r w:rsidRPr="005B0B14">
        <w:rPr>
          <w:rStyle w:val="lev"/>
        </w:rPr>
        <w:t>10 années d’expérience professionnelle globale</w:t>
      </w:r>
      <w:r w:rsidRPr="005B0B14">
        <w:t xml:space="preserve"> dans la mise en œuvre de projets et programmes de développement, idéalement financés par des bailleurs de fonds internationaux.</w:t>
      </w:r>
    </w:p>
    <w:p w14:paraId="67A0C118" w14:textId="77777777" w:rsidR="00DF0C15" w:rsidRPr="005B0B14" w:rsidRDefault="00DF0C15" w:rsidP="001E35F5">
      <w:pPr>
        <w:pStyle w:val="NormalWeb"/>
        <w:numPr>
          <w:ilvl w:val="0"/>
          <w:numId w:val="23"/>
        </w:numPr>
        <w:spacing w:before="0" w:beforeAutospacing="0" w:after="0" w:afterAutospacing="0" w:line="276" w:lineRule="auto"/>
        <w:jc w:val="both"/>
      </w:pPr>
      <w:r w:rsidRPr="005B0B14">
        <w:t xml:space="preserve">Disposer d’au moins </w:t>
      </w:r>
      <w:r w:rsidRPr="005B0B14">
        <w:rPr>
          <w:rStyle w:val="lev"/>
        </w:rPr>
        <w:t>6 années d’expérience professionnelle spécifique et pertinente</w:t>
      </w:r>
      <w:r w:rsidRPr="005B0B14">
        <w:t xml:space="preserve"> dans la conception, la mise en œuvre et le suivi de projets d’infrastructures (routes et pistes rurales, marchés ruraux et urbains, ports fluviaux, adductions d’eau ou infrastructures équivalentes), en tant que responsable ou cadre technique du volet infrastructures.</w:t>
      </w:r>
    </w:p>
    <w:p w14:paraId="1D1C91CF" w14:textId="77777777" w:rsidR="00DF0C15" w:rsidRPr="005B0B14" w:rsidRDefault="00DF0C15" w:rsidP="001E35F5">
      <w:pPr>
        <w:pStyle w:val="NormalWeb"/>
        <w:numPr>
          <w:ilvl w:val="0"/>
          <w:numId w:val="23"/>
        </w:numPr>
        <w:spacing w:before="0" w:beforeAutospacing="0" w:after="0" w:afterAutospacing="0" w:line="276" w:lineRule="auto"/>
        <w:jc w:val="both"/>
      </w:pPr>
      <w:r w:rsidRPr="005B0B14">
        <w:t>Une expérience avérée en :</w:t>
      </w:r>
    </w:p>
    <w:p w14:paraId="6C126EBD" w14:textId="1783AFBE" w:rsidR="00DF0C15" w:rsidRPr="005B0B14" w:rsidRDefault="00BA3ABE" w:rsidP="001E35F5">
      <w:pPr>
        <w:pStyle w:val="NormalWeb"/>
        <w:numPr>
          <w:ilvl w:val="1"/>
          <w:numId w:val="23"/>
        </w:numPr>
        <w:spacing w:before="0" w:beforeAutospacing="0" w:after="0" w:afterAutospacing="0" w:line="276" w:lineRule="auto"/>
        <w:jc w:val="both"/>
      </w:pPr>
      <w:r w:rsidRPr="005B0B14">
        <w:t>Ingénierie</w:t>
      </w:r>
      <w:r w:rsidR="00DF0C15" w:rsidRPr="005B0B14">
        <w:t xml:space="preserve"> sociale et interventions à dimension communautaire,</w:t>
      </w:r>
    </w:p>
    <w:p w14:paraId="1A2F3FE0" w14:textId="58EEB83C" w:rsidR="00DF0C15" w:rsidRPr="005B0B14" w:rsidRDefault="00BA3ABE" w:rsidP="001E35F5">
      <w:pPr>
        <w:pStyle w:val="NormalWeb"/>
        <w:numPr>
          <w:ilvl w:val="1"/>
          <w:numId w:val="23"/>
        </w:numPr>
        <w:spacing w:before="0" w:beforeAutospacing="0" w:after="0" w:afterAutospacing="0" w:line="276" w:lineRule="auto"/>
        <w:jc w:val="both"/>
      </w:pPr>
      <w:r w:rsidRPr="005B0B14">
        <w:t>Gestion</w:t>
      </w:r>
      <w:r w:rsidR="00DF0C15" w:rsidRPr="005B0B14">
        <w:t xml:space="preserve"> ou cogestion d’infrastructures économiques et rurales,</w:t>
      </w:r>
    </w:p>
    <w:p w14:paraId="21B2278E" w14:textId="62056A62" w:rsidR="00DF0C15" w:rsidRPr="005B0B14" w:rsidRDefault="00BA3ABE" w:rsidP="001E35F5">
      <w:pPr>
        <w:pStyle w:val="NormalWeb"/>
        <w:numPr>
          <w:ilvl w:val="1"/>
          <w:numId w:val="23"/>
        </w:numPr>
        <w:spacing w:before="0" w:beforeAutospacing="0" w:after="0" w:afterAutospacing="0" w:line="276" w:lineRule="auto"/>
        <w:jc w:val="both"/>
      </w:pPr>
      <w:r w:rsidRPr="005B0B14">
        <w:t>Passation</w:t>
      </w:r>
      <w:r w:rsidR="00DF0C15" w:rsidRPr="005B0B14">
        <w:t xml:space="preserve"> des marchés publics et procédures </w:t>
      </w:r>
      <w:r>
        <w:t xml:space="preserve">des </w:t>
      </w:r>
      <w:r w:rsidR="00DF0C15" w:rsidRPr="005B0B14">
        <w:t>bailleurs</w:t>
      </w:r>
      <w:r>
        <w:t xml:space="preserve"> internationaux</w:t>
      </w:r>
      <w:r w:rsidR="00DF0C15" w:rsidRPr="005B0B14">
        <w:t>,</w:t>
      </w:r>
    </w:p>
    <w:p w14:paraId="4AA42862" w14:textId="17D30372" w:rsidR="00DF0C15" w:rsidRPr="005B0B14" w:rsidRDefault="00BA3ABE" w:rsidP="001E35F5">
      <w:pPr>
        <w:pStyle w:val="NormalWeb"/>
        <w:numPr>
          <w:ilvl w:val="1"/>
          <w:numId w:val="23"/>
        </w:numPr>
        <w:spacing w:before="0" w:beforeAutospacing="0" w:after="0" w:afterAutospacing="0" w:line="276" w:lineRule="auto"/>
        <w:jc w:val="both"/>
      </w:pPr>
      <w:r w:rsidRPr="005B0B14">
        <w:t>Projets</w:t>
      </w:r>
      <w:r w:rsidR="00DF0C15" w:rsidRPr="005B0B14">
        <w:t xml:space="preserve"> financés par des partenaires techniques et financiers internationaux,</w:t>
      </w:r>
      <w:r w:rsidR="00DF0C15" w:rsidRPr="005B0B14">
        <w:br/>
        <w:t>constitue un atout majeur.</w:t>
      </w:r>
    </w:p>
    <w:p w14:paraId="16AE217A" w14:textId="77777777" w:rsidR="00DF0C15" w:rsidRPr="005E6510" w:rsidRDefault="00DF0C15" w:rsidP="00632E83">
      <w:pPr>
        <w:spacing w:after="0"/>
        <w:jc w:val="both"/>
        <w:rPr>
          <w:rFonts w:ascii="Times New Roman" w:hAnsi="Times New Roman" w:cs="Times New Roman"/>
          <w:sz w:val="8"/>
          <w:szCs w:val="8"/>
          <w:lang w:val="fr-FR"/>
        </w:rPr>
      </w:pPr>
    </w:p>
    <w:p w14:paraId="3147120C" w14:textId="77777777" w:rsidR="00DF0C15" w:rsidRPr="005B0B14" w:rsidRDefault="00DF0C15" w:rsidP="00632E83">
      <w:pPr>
        <w:pStyle w:val="Titre2"/>
        <w:spacing w:before="0"/>
        <w:jc w:val="both"/>
        <w:rPr>
          <w:rFonts w:ascii="Times New Roman" w:hAnsi="Times New Roman" w:cs="Times New Roman"/>
          <w:color w:val="auto"/>
          <w:sz w:val="24"/>
          <w:szCs w:val="24"/>
        </w:rPr>
      </w:pPr>
      <w:r w:rsidRPr="005B0B14">
        <w:rPr>
          <w:rStyle w:val="lev"/>
          <w:rFonts w:ascii="Times New Roman" w:hAnsi="Times New Roman" w:cs="Times New Roman"/>
          <w:b/>
          <w:bCs/>
          <w:color w:val="auto"/>
          <w:sz w:val="24"/>
          <w:szCs w:val="24"/>
        </w:rPr>
        <w:t>3. Compétences techniques et informatiques</w:t>
      </w:r>
    </w:p>
    <w:p w14:paraId="0E8C3034" w14:textId="77777777" w:rsidR="00DF0C15" w:rsidRPr="005B0B14" w:rsidRDefault="00DF0C15" w:rsidP="001E35F5">
      <w:pPr>
        <w:pStyle w:val="NormalWeb"/>
        <w:numPr>
          <w:ilvl w:val="0"/>
          <w:numId w:val="24"/>
        </w:numPr>
        <w:spacing w:before="0" w:beforeAutospacing="0" w:after="0" w:afterAutospacing="0" w:line="276" w:lineRule="auto"/>
        <w:jc w:val="both"/>
      </w:pPr>
      <w:r w:rsidRPr="005B0B14">
        <w:t>Maîtriser les outils informatiques usuels (notamment Excel, Word et PowerPoint).</w:t>
      </w:r>
    </w:p>
    <w:p w14:paraId="3321E633" w14:textId="77777777" w:rsidR="00DF0C15" w:rsidRPr="005B0B14" w:rsidRDefault="00DF0C15" w:rsidP="001E35F5">
      <w:pPr>
        <w:pStyle w:val="NormalWeb"/>
        <w:numPr>
          <w:ilvl w:val="0"/>
          <w:numId w:val="24"/>
        </w:numPr>
        <w:spacing w:before="0" w:beforeAutospacing="0" w:after="0" w:afterAutospacing="0" w:line="276" w:lineRule="auto"/>
        <w:jc w:val="both"/>
      </w:pPr>
      <w:r w:rsidRPr="005B0B14">
        <w:t>Être capable d’utiliser, d’interpréter et d’exploiter les résultats issus des logiciels et applications techniques de génie civil et d’architecture.</w:t>
      </w:r>
    </w:p>
    <w:p w14:paraId="36890BEB" w14:textId="77777777" w:rsidR="00DF0C15" w:rsidRPr="005B0B14" w:rsidRDefault="00DF0C15" w:rsidP="001E35F5">
      <w:pPr>
        <w:pStyle w:val="NormalWeb"/>
        <w:numPr>
          <w:ilvl w:val="0"/>
          <w:numId w:val="24"/>
        </w:numPr>
        <w:spacing w:before="0" w:beforeAutospacing="0" w:after="0" w:afterAutospacing="0" w:line="276" w:lineRule="auto"/>
        <w:jc w:val="both"/>
      </w:pPr>
      <w:r w:rsidRPr="005B0B14">
        <w:t>Disposer d’une capacité avérée à produire des rapports techniques structurés et de haute qualité.</w:t>
      </w:r>
    </w:p>
    <w:p w14:paraId="429B0499" w14:textId="77777777" w:rsidR="00DF0C15" w:rsidRPr="005E6510" w:rsidRDefault="00DF0C15" w:rsidP="00632E83">
      <w:pPr>
        <w:spacing w:after="0"/>
        <w:jc w:val="both"/>
        <w:rPr>
          <w:rFonts w:ascii="Times New Roman" w:hAnsi="Times New Roman" w:cs="Times New Roman"/>
          <w:sz w:val="8"/>
          <w:szCs w:val="8"/>
          <w:lang w:val="fr-FR"/>
        </w:rPr>
      </w:pPr>
    </w:p>
    <w:p w14:paraId="500C2D55" w14:textId="77777777" w:rsidR="00DF0C15" w:rsidRPr="005B0B14" w:rsidRDefault="00DF0C15" w:rsidP="00632E83">
      <w:pPr>
        <w:pStyle w:val="Titre2"/>
        <w:spacing w:before="0"/>
        <w:jc w:val="both"/>
        <w:rPr>
          <w:rFonts w:ascii="Times New Roman" w:hAnsi="Times New Roman" w:cs="Times New Roman"/>
          <w:color w:val="auto"/>
          <w:sz w:val="24"/>
          <w:szCs w:val="24"/>
        </w:rPr>
      </w:pPr>
      <w:r w:rsidRPr="005B0B14">
        <w:rPr>
          <w:rStyle w:val="lev"/>
          <w:rFonts w:ascii="Times New Roman" w:hAnsi="Times New Roman" w:cs="Times New Roman"/>
          <w:b/>
          <w:bCs/>
          <w:color w:val="auto"/>
          <w:sz w:val="24"/>
          <w:szCs w:val="24"/>
        </w:rPr>
        <w:t>4. Compétences organisationnelles et managériales</w:t>
      </w:r>
    </w:p>
    <w:p w14:paraId="7E340837" w14:textId="77777777" w:rsidR="00DF0C15" w:rsidRPr="005B0B14" w:rsidRDefault="00DF0C15" w:rsidP="001E35F5">
      <w:pPr>
        <w:pStyle w:val="NormalWeb"/>
        <w:numPr>
          <w:ilvl w:val="0"/>
          <w:numId w:val="25"/>
        </w:numPr>
        <w:spacing w:before="0" w:beforeAutospacing="0" w:after="0" w:afterAutospacing="0" w:line="276" w:lineRule="auto"/>
        <w:jc w:val="both"/>
      </w:pPr>
      <w:r w:rsidRPr="005B0B14">
        <w:t>Faire preuve d’excellentes capacités organisationnelles et de planification, avec aptitude à hiérarchiser les priorités, respecter les délais et gérer simultanément plusieurs activités.</w:t>
      </w:r>
    </w:p>
    <w:p w14:paraId="2D2C2D3A" w14:textId="77777777" w:rsidR="00DF0C15" w:rsidRPr="005B0B14" w:rsidRDefault="00DF0C15" w:rsidP="001E35F5">
      <w:pPr>
        <w:pStyle w:val="NormalWeb"/>
        <w:numPr>
          <w:ilvl w:val="0"/>
          <w:numId w:val="25"/>
        </w:numPr>
        <w:spacing w:before="0" w:beforeAutospacing="0" w:after="0" w:afterAutospacing="0" w:line="276" w:lineRule="auto"/>
        <w:jc w:val="both"/>
      </w:pPr>
      <w:r w:rsidRPr="005B0B14">
        <w:t>Démontrer un sens élevé du leadership et une capacité à animer et coordonner des équipes pluridisciplinaires.</w:t>
      </w:r>
    </w:p>
    <w:p w14:paraId="12CFDEAB" w14:textId="77777777" w:rsidR="00DF0C15" w:rsidRPr="005B0B14" w:rsidRDefault="00DF0C15" w:rsidP="001E35F5">
      <w:pPr>
        <w:pStyle w:val="NormalWeb"/>
        <w:numPr>
          <w:ilvl w:val="0"/>
          <w:numId w:val="25"/>
        </w:numPr>
        <w:spacing w:before="0" w:beforeAutospacing="0" w:after="0" w:afterAutospacing="0" w:line="276" w:lineRule="auto"/>
        <w:jc w:val="both"/>
      </w:pPr>
      <w:r w:rsidRPr="005B0B14">
        <w:t>Être capable de travailler en équipe, sous pression et dans des environnements opérationnels exigeants.</w:t>
      </w:r>
    </w:p>
    <w:p w14:paraId="4B9DFC5E" w14:textId="77777777" w:rsidR="00DF0C15" w:rsidRPr="005E6510" w:rsidRDefault="00DF0C15" w:rsidP="00632E83">
      <w:pPr>
        <w:spacing w:after="0"/>
        <w:jc w:val="both"/>
        <w:rPr>
          <w:rFonts w:ascii="Times New Roman" w:hAnsi="Times New Roman" w:cs="Times New Roman"/>
          <w:sz w:val="8"/>
          <w:szCs w:val="8"/>
          <w:lang w:val="fr-FR"/>
        </w:rPr>
      </w:pPr>
    </w:p>
    <w:p w14:paraId="06E78F79" w14:textId="77777777" w:rsidR="00DF0C15" w:rsidRPr="003139E8" w:rsidRDefault="00DF0C15" w:rsidP="00632E83">
      <w:pPr>
        <w:pStyle w:val="Titre2"/>
        <w:spacing w:before="0"/>
        <w:jc w:val="both"/>
        <w:rPr>
          <w:rFonts w:ascii="Times New Roman" w:hAnsi="Times New Roman" w:cs="Times New Roman"/>
          <w:color w:val="auto"/>
          <w:sz w:val="24"/>
          <w:szCs w:val="24"/>
          <w:lang w:val="fr-FR"/>
        </w:rPr>
      </w:pPr>
      <w:r w:rsidRPr="003139E8">
        <w:rPr>
          <w:rStyle w:val="lev"/>
          <w:rFonts w:ascii="Times New Roman" w:hAnsi="Times New Roman" w:cs="Times New Roman"/>
          <w:b/>
          <w:bCs/>
          <w:color w:val="auto"/>
          <w:sz w:val="24"/>
          <w:szCs w:val="24"/>
          <w:lang w:val="fr-FR"/>
        </w:rPr>
        <w:t>5. Aptitudes relationnelles et conditions de travail</w:t>
      </w:r>
    </w:p>
    <w:p w14:paraId="7C77C8F4" w14:textId="77777777" w:rsidR="00DF0C15" w:rsidRPr="000F4982" w:rsidRDefault="00DF0C15" w:rsidP="001E35F5">
      <w:pPr>
        <w:pStyle w:val="NormalWeb"/>
        <w:numPr>
          <w:ilvl w:val="0"/>
          <w:numId w:val="26"/>
        </w:numPr>
        <w:spacing w:before="0" w:beforeAutospacing="0" w:after="0" w:afterAutospacing="0" w:line="276" w:lineRule="auto"/>
        <w:jc w:val="both"/>
      </w:pPr>
      <w:r w:rsidRPr="003139E8">
        <w:t>Disposer d’excellentes capacités de communication écrite et orale en français ; la maîtrise de langues nationales constitue un atout</w:t>
      </w:r>
      <w:r w:rsidRPr="000F4982">
        <w:t>.</w:t>
      </w:r>
    </w:p>
    <w:p w14:paraId="1A653B18" w14:textId="77777777" w:rsidR="00DF0C15" w:rsidRPr="000F4982" w:rsidRDefault="00DF0C15" w:rsidP="001E35F5">
      <w:pPr>
        <w:pStyle w:val="NormalWeb"/>
        <w:numPr>
          <w:ilvl w:val="0"/>
          <w:numId w:val="26"/>
        </w:numPr>
        <w:spacing w:before="0" w:beforeAutospacing="0" w:after="0" w:afterAutospacing="0" w:line="276" w:lineRule="auto"/>
        <w:jc w:val="both"/>
      </w:pPr>
      <w:r w:rsidRPr="000F4982">
        <w:t>Être disposé(e) à travailler en milieu rural, en interaction avec les communautés locales, les autorités administratives et coutumières ainsi que les acteurs de l’ingénierie sociale.</w:t>
      </w:r>
    </w:p>
    <w:p w14:paraId="055F535A" w14:textId="442DCC0C" w:rsidR="007075E4" w:rsidRDefault="00DF0C15" w:rsidP="001E35F5">
      <w:pPr>
        <w:pStyle w:val="NormalWeb"/>
        <w:numPr>
          <w:ilvl w:val="0"/>
          <w:numId w:val="26"/>
        </w:numPr>
        <w:spacing w:before="0" w:beforeAutospacing="0" w:after="0" w:afterAutospacing="0" w:line="276" w:lineRule="auto"/>
        <w:jc w:val="both"/>
      </w:pPr>
      <w:r w:rsidRPr="000F4982">
        <w:t>Être disponible pour effectuer des déplacements fréquents sur le terrain dans le cadre des missions de suivi et de supervision.</w:t>
      </w:r>
      <w:bookmarkStart w:id="5" w:name="_Hlk217879394"/>
    </w:p>
    <w:p w14:paraId="27F7EC10" w14:textId="77777777" w:rsidR="003139E8" w:rsidRPr="005E6510" w:rsidRDefault="003139E8" w:rsidP="003139E8">
      <w:pPr>
        <w:pStyle w:val="NormalWeb"/>
        <w:spacing w:before="0" w:beforeAutospacing="0" w:after="0" w:afterAutospacing="0" w:line="276" w:lineRule="auto"/>
        <w:ind w:left="720"/>
        <w:jc w:val="both"/>
        <w:rPr>
          <w:sz w:val="14"/>
          <w:szCs w:val="14"/>
        </w:rPr>
      </w:pPr>
    </w:p>
    <w:p w14:paraId="2BE11ACE" w14:textId="2A25C0B9" w:rsidR="007F4BD2" w:rsidRPr="007075E4" w:rsidRDefault="007F4BD2" w:rsidP="00632E83">
      <w:pPr>
        <w:suppressAutoHyphens/>
        <w:autoSpaceDN w:val="0"/>
        <w:jc w:val="both"/>
        <w:textAlignment w:val="baseline"/>
        <w:rPr>
          <w:rFonts w:ascii="Times New Roman" w:hAnsi="Times New Roman" w:cs="Times New Roman"/>
          <w:b/>
          <w:sz w:val="24"/>
          <w:szCs w:val="24"/>
          <w:lang w:val="fr-FR"/>
        </w:rPr>
      </w:pPr>
      <w:bookmarkStart w:id="6" w:name="_Hlk217880252"/>
      <w:bookmarkStart w:id="7" w:name="_Hlk217952631"/>
      <w:r w:rsidRPr="007075E4">
        <w:rPr>
          <w:rFonts w:ascii="Times New Roman" w:hAnsi="Times New Roman" w:cs="Times New Roman"/>
          <w:b/>
          <w:sz w:val="24"/>
          <w:szCs w:val="24"/>
          <w:lang w:val="fr-FR"/>
        </w:rPr>
        <w:t>Contenu du dossier de candidature</w:t>
      </w:r>
    </w:p>
    <w:p w14:paraId="75CE085B" w14:textId="77777777" w:rsidR="007F4BD2" w:rsidRPr="007075E4" w:rsidRDefault="007F4BD2" w:rsidP="00632E83">
      <w:pPr>
        <w:jc w:val="both"/>
        <w:rPr>
          <w:rFonts w:ascii="Times New Roman" w:hAnsi="Times New Roman" w:cs="Times New Roman"/>
          <w:sz w:val="24"/>
          <w:szCs w:val="24"/>
          <w:lang w:val="fr-FR"/>
        </w:rPr>
      </w:pPr>
      <w:r w:rsidRPr="007075E4">
        <w:rPr>
          <w:rFonts w:ascii="Times New Roman" w:hAnsi="Times New Roman" w:cs="Times New Roman"/>
          <w:sz w:val="24"/>
          <w:szCs w:val="24"/>
          <w:lang w:val="fr-FR"/>
        </w:rPr>
        <w:t xml:space="preserve">Les documents de candidature doivent être constitués des pièces suivantes : </w:t>
      </w:r>
    </w:p>
    <w:p w14:paraId="7C237BBF" w14:textId="0C778081" w:rsidR="007F4BD2" w:rsidRPr="00C645ED" w:rsidRDefault="007F4BD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lettre de motivation signée du (de la) candidat adressée au Secrétaire Générale à l’Agriculture ;</w:t>
      </w:r>
    </w:p>
    <w:p w14:paraId="784F55C7" w14:textId="4AC6B3AE" w:rsidR="007F4BD2" w:rsidRPr="00C645ED" w:rsidRDefault="007F4BD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Un curriculum vitae actualisé mentionnant au moins trois (3) personnes de référence pour confirmer les expériences et portant une adresse </w:t>
      </w:r>
      <w:r w:rsidR="00921F25" w:rsidRPr="00C645ED">
        <w:rPr>
          <w:rFonts w:ascii="Times New Roman" w:hAnsi="Times New Roman" w:cs="Times New Roman"/>
          <w:sz w:val="24"/>
          <w:szCs w:val="24"/>
          <w:lang w:val="fr-FR"/>
        </w:rPr>
        <w:t>électronique</w:t>
      </w:r>
      <w:r w:rsidRPr="00C645ED">
        <w:rPr>
          <w:rFonts w:ascii="Times New Roman" w:hAnsi="Times New Roman" w:cs="Times New Roman"/>
          <w:sz w:val="24"/>
          <w:szCs w:val="24"/>
          <w:lang w:val="fr-FR"/>
        </w:rPr>
        <w:t xml:space="preserve"> et un numéro de téléphone valide ;</w:t>
      </w:r>
    </w:p>
    <w:p w14:paraId="169ABC31" w14:textId="3BF8DBD7" w:rsidR="007F4BD2" w:rsidRPr="00C645ED" w:rsidRDefault="007F4BD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Les copies </w:t>
      </w:r>
      <w:r w:rsidR="003F20E3" w:rsidRPr="00C645ED">
        <w:rPr>
          <w:rFonts w:ascii="Times New Roman" w:hAnsi="Times New Roman" w:cs="Times New Roman"/>
          <w:sz w:val="24"/>
          <w:szCs w:val="24"/>
          <w:lang w:val="fr-FR"/>
        </w:rPr>
        <w:t xml:space="preserve">électroniques </w:t>
      </w:r>
      <w:r w:rsidRPr="00C645ED">
        <w:rPr>
          <w:rFonts w:ascii="Times New Roman" w:hAnsi="Times New Roman" w:cs="Times New Roman"/>
          <w:sz w:val="24"/>
          <w:szCs w:val="24"/>
          <w:lang w:val="fr-FR"/>
        </w:rPr>
        <w:t>des titres</w:t>
      </w:r>
      <w:r w:rsidR="00887C1C" w:rsidRPr="00C645ED">
        <w:rPr>
          <w:rFonts w:ascii="Times New Roman" w:hAnsi="Times New Roman" w:cs="Times New Roman"/>
          <w:sz w:val="24"/>
          <w:szCs w:val="24"/>
          <w:lang w:val="fr-FR"/>
        </w:rPr>
        <w:t xml:space="preserve"> </w:t>
      </w:r>
      <w:r w:rsidR="003F20E3" w:rsidRPr="00C645ED">
        <w:rPr>
          <w:rFonts w:ascii="Times New Roman" w:hAnsi="Times New Roman" w:cs="Times New Roman"/>
          <w:sz w:val="24"/>
          <w:szCs w:val="24"/>
          <w:lang w:val="fr-FR"/>
        </w:rPr>
        <w:t>académiques notariés</w:t>
      </w:r>
      <w:r w:rsidRPr="00C645ED">
        <w:rPr>
          <w:rFonts w:ascii="Times New Roman" w:hAnsi="Times New Roman" w:cs="Times New Roman"/>
          <w:sz w:val="24"/>
          <w:szCs w:val="24"/>
          <w:lang w:val="fr-FR"/>
        </w:rPr>
        <w:t xml:space="preserve"> et attestation</w:t>
      </w:r>
      <w:r w:rsidR="003F20E3" w:rsidRPr="00C645ED">
        <w:rPr>
          <w:rFonts w:ascii="Times New Roman" w:hAnsi="Times New Roman" w:cs="Times New Roman"/>
          <w:sz w:val="24"/>
          <w:szCs w:val="24"/>
          <w:lang w:val="fr-FR"/>
        </w:rPr>
        <w:t>s</w:t>
      </w:r>
      <w:r w:rsidRPr="00C645ED">
        <w:rPr>
          <w:rFonts w:ascii="Times New Roman" w:hAnsi="Times New Roman" w:cs="Times New Roman"/>
          <w:sz w:val="24"/>
          <w:szCs w:val="24"/>
          <w:lang w:val="fr-FR"/>
        </w:rPr>
        <w:t xml:space="preserve"> de formations ;</w:t>
      </w:r>
    </w:p>
    <w:p w14:paraId="493251E2" w14:textId="4EB128A2" w:rsidR="007F4BD2" w:rsidRPr="00C645ED" w:rsidRDefault="007F4BD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preuves d’</w:t>
      </w:r>
      <w:r w:rsidR="00A71BAD" w:rsidRPr="00C645ED">
        <w:rPr>
          <w:rFonts w:ascii="Times New Roman" w:hAnsi="Times New Roman" w:cs="Times New Roman"/>
          <w:sz w:val="24"/>
          <w:szCs w:val="24"/>
          <w:lang w:val="fr-FR"/>
        </w:rPr>
        <w:t>expérience</w:t>
      </w:r>
      <w:r w:rsidRPr="00C645ED">
        <w:rPr>
          <w:rFonts w:ascii="Times New Roman" w:hAnsi="Times New Roman" w:cs="Times New Roman"/>
          <w:sz w:val="24"/>
          <w:szCs w:val="24"/>
          <w:lang w:val="fr-FR"/>
        </w:rPr>
        <w:t xml:space="preserve">, notamment les copies des attestations </w:t>
      </w:r>
      <w:r w:rsidR="00A71BAD" w:rsidRPr="00C645ED">
        <w:rPr>
          <w:rFonts w:ascii="Times New Roman" w:hAnsi="Times New Roman" w:cs="Times New Roman"/>
          <w:sz w:val="24"/>
          <w:szCs w:val="24"/>
          <w:lang w:val="fr-FR"/>
        </w:rPr>
        <w:t xml:space="preserve">de service rendu </w:t>
      </w:r>
      <w:r w:rsidRPr="00C645ED">
        <w:rPr>
          <w:rFonts w:ascii="Times New Roman" w:hAnsi="Times New Roman" w:cs="Times New Roman"/>
          <w:sz w:val="24"/>
          <w:szCs w:val="24"/>
          <w:lang w:val="fr-FR"/>
        </w:rPr>
        <w:t>et certificat de travail ;</w:t>
      </w:r>
    </w:p>
    <w:p w14:paraId="2A7C19C7" w14:textId="77777777" w:rsidR="007F4BD2" w:rsidRPr="00C645ED" w:rsidRDefault="007F4BD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Copie d’une pièce d’identité en cours de validité ; </w:t>
      </w:r>
    </w:p>
    <w:p w14:paraId="75F5B67D" w14:textId="77777777" w:rsidR="007F4BD2" w:rsidRPr="00C645ED" w:rsidRDefault="007F4BD2" w:rsidP="001E35F5">
      <w:pPr>
        <w:pStyle w:val="Paragraphedeliste"/>
        <w:numPr>
          <w:ilvl w:val="0"/>
          <w:numId w:val="9"/>
        </w:numPr>
        <w:suppressAutoHyphens/>
        <w:autoSpaceDN w:val="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copie de certificat d’aptitude physique.</w:t>
      </w:r>
    </w:p>
    <w:bookmarkEnd w:id="6"/>
    <w:p w14:paraId="6E66D963" w14:textId="0CE6DE4C" w:rsidR="007F4BD2" w:rsidRPr="00881547" w:rsidRDefault="007F4BD2" w:rsidP="00632E83">
      <w:pPr>
        <w:suppressAutoHyphens/>
        <w:autoSpaceDN w:val="0"/>
        <w:jc w:val="both"/>
        <w:textAlignment w:val="baseline"/>
        <w:rPr>
          <w:rFonts w:ascii="Times New Roman" w:hAnsi="Times New Roman" w:cs="Times New Roman"/>
          <w:b/>
          <w:sz w:val="24"/>
          <w:szCs w:val="24"/>
          <w:lang w:val="fr-CD"/>
        </w:rPr>
      </w:pPr>
      <w:r w:rsidRPr="00881547">
        <w:rPr>
          <w:rFonts w:ascii="Times New Roman" w:hAnsi="Times New Roman" w:cs="Times New Roman"/>
          <w:b/>
          <w:sz w:val="24"/>
          <w:szCs w:val="24"/>
          <w:lang w:val="fr-CD"/>
        </w:rPr>
        <w:t xml:space="preserve">Processus de </w:t>
      </w:r>
      <w:r w:rsidR="000B642E" w:rsidRPr="00881547">
        <w:rPr>
          <w:rFonts w:ascii="Times New Roman" w:hAnsi="Times New Roman" w:cs="Times New Roman"/>
          <w:b/>
          <w:sz w:val="24"/>
          <w:szCs w:val="24"/>
          <w:lang w:val="fr-CD"/>
        </w:rPr>
        <w:t>recrut</w:t>
      </w:r>
      <w:r w:rsidR="00A80E73" w:rsidRPr="00881547">
        <w:rPr>
          <w:rFonts w:ascii="Times New Roman" w:hAnsi="Times New Roman" w:cs="Times New Roman"/>
          <w:b/>
          <w:sz w:val="24"/>
          <w:szCs w:val="24"/>
          <w:lang w:val="fr-CD"/>
        </w:rPr>
        <w:t>e</w:t>
      </w:r>
      <w:r w:rsidR="000B642E" w:rsidRPr="00881547">
        <w:rPr>
          <w:rFonts w:ascii="Times New Roman" w:hAnsi="Times New Roman" w:cs="Times New Roman"/>
          <w:b/>
          <w:sz w:val="24"/>
          <w:szCs w:val="24"/>
          <w:lang w:val="fr-CD"/>
        </w:rPr>
        <w:t>ment</w:t>
      </w:r>
      <w:r w:rsidRPr="00881547">
        <w:rPr>
          <w:rFonts w:ascii="Times New Roman" w:hAnsi="Times New Roman" w:cs="Times New Roman"/>
          <w:b/>
          <w:sz w:val="24"/>
          <w:szCs w:val="24"/>
          <w:lang w:val="fr-CD"/>
        </w:rPr>
        <w:t xml:space="preserve"> </w:t>
      </w:r>
    </w:p>
    <w:p w14:paraId="7AAE8E17" w14:textId="77777777" w:rsidR="007F4BD2" w:rsidRPr="00C645ED" w:rsidRDefault="007F4BD2" w:rsidP="00632E83">
      <w:pPr>
        <w:pStyle w:val="Paragraphedeliste"/>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Le recrutement se fera en deux étapes :</w:t>
      </w:r>
    </w:p>
    <w:p w14:paraId="158E148D" w14:textId="7D70B593" w:rsidR="007F4BD2" w:rsidRPr="00C645ED" w:rsidRDefault="007F4BD2"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L’examen des dossiers des candidats : seuls les candidats qui auront réalisé au moins 70% à l’étape documentaire seront invité</w:t>
      </w:r>
      <w:r w:rsidR="00A71BAD" w:rsidRPr="00C645ED">
        <w:rPr>
          <w:rFonts w:ascii="Times New Roman" w:hAnsi="Times New Roman" w:cs="Times New Roman"/>
          <w:sz w:val="24"/>
          <w:szCs w:val="24"/>
          <w:lang w:val="fr-FR"/>
        </w:rPr>
        <w:t>s</w:t>
      </w:r>
      <w:r w:rsidRPr="00C645ED">
        <w:rPr>
          <w:rFonts w:ascii="Times New Roman" w:hAnsi="Times New Roman" w:cs="Times New Roman"/>
          <w:sz w:val="24"/>
          <w:szCs w:val="24"/>
          <w:lang w:val="fr-FR"/>
        </w:rPr>
        <w:t xml:space="preserve"> pour le test écrit ;</w:t>
      </w:r>
    </w:p>
    <w:p w14:paraId="06B71302" w14:textId="4C3E4D0A" w:rsidR="007F4BD2" w:rsidRPr="00C645ED" w:rsidRDefault="007F4BD2"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Le test écrit : seront invités à l’interview que les candidats qui aurons atteindre le seuil </w:t>
      </w:r>
      <w:r w:rsidR="004233D4" w:rsidRPr="00C645ED">
        <w:rPr>
          <w:rFonts w:ascii="Times New Roman" w:hAnsi="Times New Roman" w:cs="Times New Roman"/>
          <w:sz w:val="24"/>
          <w:szCs w:val="24"/>
          <w:lang w:val="fr-FR"/>
        </w:rPr>
        <w:t>de</w:t>
      </w:r>
      <w:r w:rsidRPr="00C645ED">
        <w:rPr>
          <w:rFonts w:ascii="Times New Roman" w:hAnsi="Times New Roman" w:cs="Times New Roman"/>
          <w:sz w:val="24"/>
          <w:szCs w:val="24"/>
          <w:lang w:val="fr-FR"/>
        </w:rPr>
        <w:t xml:space="preserve"> 70</w:t>
      </w:r>
      <w:r w:rsidR="001D6672" w:rsidRPr="00C645ED">
        <w:rPr>
          <w:rFonts w:ascii="Times New Roman" w:hAnsi="Times New Roman" w:cs="Times New Roman"/>
          <w:sz w:val="24"/>
          <w:szCs w:val="24"/>
          <w:lang w:val="fr-FR"/>
        </w:rPr>
        <w:t>% et</w:t>
      </w:r>
      <w:r w:rsidR="004233D4" w:rsidRPr="00C645ED">
        <w:rPr>
          <w:rFonts w:ascii="Times New Roman" w:hAnsi="Times New Roman" w:cs="Times New Roman"/>
          <w:sz w:val="24"/>
          <w:szCs w:val="24"/>
          <w:lang w:val="fr-FR"/>
        </w:rPr>
        <w:t xml:space="preserve"> au-delà </w:t>
      </w:r>
      <w:r w:rsidRPr="00C645ED">
        <w:rPr>
          <w:rFonts w:ascii="Times New Roman" w:hAnsi="Times New Roman" w:cs="Times New Roman"/>
          <w:sz w:val="24"/>
          <w:szCs w:val="24"/>
          <w:lang w:val="fr-FR"/>
        </w:rPr>
        <w:t>au test écris.</w:t>
      </w:r>
    </w:p>
    <w:p w14:paraId="3860E687" w14:textId="77777777" w:rsidR="007F4BD2" w:rsidRPr="00C645ED" w:rsidRDefault="007F4BD2"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L’interview : le meilleur candidat à l’issus de l’interview sera retenu pour le poste.</w:t>
      </w:r>
    </w:p>
    <w:p w14:paraId="799F7076" w14:textId="77777777" w:rsidR="00D7212A" w:rsidRPr="005E6510" w:rsidRDefault="00D7212A" w:rsidP="00632E83">
      <w:pPr>
        <w:pStyle w:val="Paragraphedeliste"/>
        <w:suppressAutoHyphens/>
        <w:autoSpaceDN w:val="0"/>
        <w:spacing w:after="0"/>
        <w:ind w:left="1440"/>
        <w:contextualSpacing w:val="0"/>
        <w:jc w:val="both"/>
        <w:textAlignment w:val="baseline"/>
        <w:rPr>
          <w:rFonts w:ascii="Times New Roman" w:hAnsi="Times New Roman" w:cs="Times New Roman"/>
          <w:sz w:val="14"/>
          <w:szCs w:val="14"/>
          <w:lang w:val="fr-FR"/>
        </w:rPr>
      </w:pPr>
    </w:p>
    <w:p w14:paraId="0D208104" w14:textId="77777777" w:rsidR="00A80E73" w:rsidRPr="00881547" w:rsidRDefault="00A80E73" w:rsidP="00632E83">
      <w:pPr>
        <w:suppressAutoHyphens/>
        <w:autoSpaceDN w:val="0"/>
        <w:jc w:val="both"/>
        <w:textAlignment w:val="baseline"/>
        <w:rPr>
          <w:rFonts w:ascii="Times New Roman" w:hAnsi="Times New Roman" w:cs="Times New Roman"/>
          <w:b/>
          <w:sz w:val="24"/>
          <w:szCs w:val="24"/>
          <w:lang w:val="fr-CD"/>
        </w:rPr>
      </w:pPr>
      <w:r w:rsidRPr="00881547">
        <w:rPr>
          <w:rFonts w:ascii="Times New Roman" w:hAnsi="Times New Roman" w:cs="Times New Roman"/>
          <w:b/>
          <w:sz w:val="24"/>
          <w:szCs w:val="24"/>
          <w:lang w:val="fr-CD"/>
        </w:rPr>
        <w:t>Durée du Contrat</w:t>
      </w:r>
    </w:p>
    <w:p w14:paraId="441D2BDB" w14:textId="03289291" w:rsidR="00921F25" w:rsidRPr="00C645ED" w:rsidRDefault="00921F25" w:rsidP="00632E83">
      <w:pPr>
        <w:pStyle w:val="NormalWeb"/>
        <w:spacing w:line="276" w:lineRule="auto"/>
        <w:jc w:val="both"/>
      </w:pPr>
      <w:r w:rsidRPr="00C645ED">
        <w:t xml:space="preserve">Le contrat sera conclu pour une </w:t>
      </w:r>
      <w:r w:rsidRPr="00C645ED">
        <w:rPr>
          <w:rStyle w:val="lev"/>
          <w:b w:val="0"/>
          <w:bCs w:val="0"/>
        </w:rPr>
        <w:t>durée</w:t>
      </w:r>
      <w:r w:rsidRPr="00C645ED">
        <w:rPr>
          <w:rStyle w:val="lev"/>
        </w:rPr>
        <w:t xml:space="preserve"> d’un (1) an</w:t>
      </w:r>
      <w:r w:rsidRPr="00C645ED">
        <w:t xml:space="preserve">, renouvelable sur la base d’une </w:t>
      </w:r>
      <w:r w:rsidRPr="00C645ED">
        <w:rPr>
          <w:rStyle w:val="lev"/>
          <w:b w:val="0"/>
          <w:bCs w:val="0"/>
        </w:rPr>
        <w:t>évaluation satisfaisante des performances</w:t>
      </w:r>
      <w:r w:rsidRPr="00C645ED">
        <w:t xml:space="preserve"> du/de la titulaire.</w:t>
      </w:r>
      <w:r w:rsidR="00D7212A" w:rsidRPr="00C645ED">
        <w:t xml:space="preserve"> </w:t>
      </w:r>
      <w:r w:rsidRPr="00C645ED">
        <w:t xml:space="preserve">Le renouvellement du contrat sera toutefois limité à la </w:t>
      </w:r>
      <w:r w:rsidRPr="00C645ED">
        <w:rPr>
          <w:rStyle w:val="lev"/>
          <w:b w:val="0"/>
          <w:bCs w:val="0"/>
        </w:rPr>
        <w:t>durée effective de mise en œuvre du Projet</w:t>
      </w:r>
      <w:r w:rsidRPr="00C645ED">
        <w:rPr>
          <w:b/>
          <w:bCs/>
        </w:rPr>
        <w:t>.</w:t>
      </w:r>
    </w:p>
    <w:p w14:paraId="34A33233" w14:textId="7CA48F39" w:rsidR="00A80E73" w:rsidRPr="00C645ED" w:rsidRDefault="00921F25" w:rsidP="003139E8">
      <w:pPr>
        <w:pStyle w:val="NormalWeb"/>
        <w:spacing w:line="276" w:lineRule="auto"/>
        <w:jc w:val="both"/>
      </w:pPr>
      <w:r w:rsidRPr="00C645ED">
        <w:t xml:space="preserve">Le contrat initial comportera une </w:t>
      </w:r>
      <w:r w:rsidRPr="00C645ED">
        <w:rPr>
          <w:rStyle w:val="lev"/>
        </w:rPr>
        <w:t>période probatoire de six (6) mois</w:t>
      </w:r>
      <w:r w:rsidRPr="00C645ED">
        <w:t xml:space="preserve">, au terme de laquelle la confirmation définitive du/de la titulaire sera subordonnée à une </w:t>
      </w:r>
      <w:r w:rsidRPr="00C645ED">
        <w:rPr>
          <w:rStyle w:val="lev"/>
          <w:b w:val="0"/>
          <w:bCs w:val="0"/>
        </w:rPr>
        <w:t>évaluation positive des résultats et du comportement professionnel</w:t>
      </w:r>
      <w:r w:rsidRPr="00C645ED">
        <w:rPr>
          <w:b/>
          <w:bCs/>
        </w:rPr>
        <w:t>.</w:t>
      </w:r>
    </w:p>
    <w:p w14:paraId="73C9A85D" w14:textId="77777777" w:rsidR="00A80E73" w:rsidRPr="007075E4" w:rsidRDefault="00A80E73" w:rsidP="00632E83">
      <w:pPr>
        <w:suppressAutoHyphens/>
        <w:autoSpaceDN w:val="0"/>
        <w:jc w:val="both"/>
        <w:textAlignment w:val="baseline"/>
        <w:rPr>
          <w:rFonts w:ascii="Times New Roman" w:hAnsi="Times New Roman" w:cs="Times New Roman"/>
          <w:b/>
          <w:sz w:val="24"/>
          <w:szCs w:val="24"/>
          <w:lang w:val="fr-CD"/>
        </w:rPr>
      </w:pPr>
      <w:bookmarkStart w:id="8" w:name="_Hlk217877538"/>
      <w:r w:rsidRPr="007075E4">
        <w:rPr>
          <w:rFonts w:ascii="Times New Roman" w:hAnsi="Times New Roman" w:cs="Times New Roman"/>
          <w:b/>
          <w:sz w:val="24"/>
          <w:szCs w:val="24"/>
          <w:lang w:val="fr-CD"/>
        </w:rPr>
        <w:t>Lieu d'affectation et de prise de fonction</w:t>
      </w:r>
    </w:p>
    <w:p w14:paraId="44713548" w14:textId="78F36DD1" w:rsidR="00A80E73" w:rsidRPr="00C645ED" w:rsidRDefault="00921F25" w:rsidP="00632E83">
      <w:pPr>
        <w:suppressAutoHyphens/>
        <w:autoSpaceDN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Le/la titulaire du poste sera basé(e) à Kikwit, dans la Province du Kwilu, en République Démocratique du Congo, au sein de l’Unité de Gestion du Projet (UGP).</w:t>
      </w:r>
    </w:p>
    <w:p w14:paraId="7878A8B9" w14:textId="77777777" w:rsidR="007F4BD2" w:rsidRPr="002B4216" w:rsidRDefault="007F4BD2" w:rsidP="00632E83">
      <w:pPr>
        <w:suppressAutoHyphens/>
        <w:autoSpaceDN w:val="0"/>
        <w:jc w:val="both"/>
        <w:textAlignment w:val="baseline"/>
        <w:rPr>
          <w:rFonts w:ascii="Times New Roman" w:hAnsi="Times New Roman" w:cs="Times New Roman"/>
          <w:b/>
          <w:sz w:val="24"/>
          <w:szCs w:val="24"/>
          <w:lang w:val="fr-FR"/>
        </w:rPr>
      </w:pPr>
      <w:r w:rsidRPr="002B4216">
        <w:rPr>
          <w:rFonts w:ascii="Times New Roman" w:hAnsi="Times New Roman" w:cs="Times New Roman"/>
          <w:b/>
          <w:sz w:val="24"/>
          <w:szCs w:val="24"/>
          <w:lang w:val="fr-FR"/>
        </w:rPr>
        <w:t>Dépôt des candidatures et clôture</w:t>
      </w:r>
    </w:p>
    <w:p w14:paraId="4C1BCDE5" w14:textId="4846CEAE" w:rsidR="00DF363B" w:rsidRDefault="007F4BD2" w:rsidP="00632E83">
      <w:pPr>
        <w:jc w:val="both"/>
        <w:rPr>
          <w:rFonts w:ascii="Times New Roman" w:hAnsi="Times New Roman" w:cs="Times New Roman"/>
          <w:sz w:val="24"/>
          <w:szCs w:val="24"/>
          <w:lang w:val="fr-FR"/>
        </w:rPr>
      </w:pPr>
      <w:r w:rsidRPr="002B4216">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hyperlink r:id="rId23" w:history="1">
        <w:r w:rsidRPr="002B4216">
          <w:rPr>
            <w:rStyle w:val="Lienhypertexte"/>
            <w:rFonts w:ascii="Times New Roman" w:hAnsi="Times New Roman" w:cs="Times New Roman"/>
            <w:sz w:val="24"/>
            <w:szCs w:val="24"/>
            <w:lang w:val="fr-FR"/>
          </w:rPr>
          <w:t>sgagrirdc@gmail.com</w:t>
        </w:r>
      </w:hyperlink>
      <w:r w:rsidRPr="002B4216">
        <w:rPr>
          <w:rFonts w:ascii="Times New Roman" w:hAnsi="Times New Roman" w:cs="Times New Roman"/>
          <w:sz w:val="24"/>
          <w:szCs w:val="24"/>
          <w:lang w:val="fr-FR"/>
        </w:rPr>
        <w:t xml:space="preserve"> et   </w:t>
      </w:r>
      <w:hyperlink r:id="rId24" w:history="1">
        <w:r w:rsidRPr="002B4216">
          <w:rPr>
            <w:rStyle w:val="Lienhypertexte"/>
            <w:rFonts w:ascii="Times New Roman" w:hAnsi="Times New Roman" w:cs="Times New Roman"/>
            <w:sz w:val="24"/>
            <w:szCs w:val="24"/>
            <w:lang w:val="fr-FR"/>
          </w:rPr>
          <w:t>recrutement@avenir.cd</w:t>
        </w:r>
      </w:hyperlink>
      <w:r w:rsidRPr="002B4216">
        <w:rPr>
          <w:rFonts w:ascii="Times New Roman" w:hAnsi="Times New Roman" w:cs="Times New Roman"/>
          <w:sz w:val="24"/>
          <w:szCs w:val="24"/>
          <w:lang w:val="fr-FR"/>
        </w:rPr>
        <w:t xml:space="preserve">  ; avec comme objet : « </w:t>
      </w:r>
      <w:r w:rsidRPr="00D664E0">
        <w:rPr>
          <w:rFonts w:ascii="Times New Roman" w:hAnsi="Times New Roman" w:cs="Times New Roman"/>
          <w:b/>
          <w:bCs/>
          <w:i/>
          <w:sz w:val="24"/>
          <w:szCs w:val="24"/>
          <w:lang w:val="fr-FR"/>
        </w:rPr>
        <w:t xml:space="preserve">candidature au poste </w:t>
      </w:r>
      <w:r w:rsidR="000B642E" w:rsidRPr="00D664E0">
        <w:rPr>
          <w:rFonts w:ascii="Times New Roman" w:hAnsi="Times New Roman" w:cs="Times New Roman"/>
          <w:b/>
          <w:bCs/>
          <w:i/>
          <w:sz w:val="24"/>
          <w:szCs w:val="24"/>
          <w:lang w:val="fr-FR"/>
        </w:rPr>
        <w:t>de Responsable de la Composante 2</w:t>
      </w:r>
      <w:r w:rsidR="00D664E0">
        <w:rPr>
          <w:rFonts w:ascii="Times New Roman" w:hAnsi="Times New Roman" w:cs="Times New Roman"/>
          <w:b/>
          <w:bCs/>
          <w:i/>
          <w:sz w:val="24"/>
          <w:szCs w:val="24"/>
          <w:lang w:val="fr-FR"/>
        </w:rPr>
        <w:t xml:space="preserve"> : </w:t>
      </w:r>
      <w:r w:rsidR="00D664E0" w:rsidRPr="00D664E0">
        <w:rPr>
          <w:rFonts w:ascii="Times New Roman" w:hAnsi="Times New Roman" w:cs="Times New Roman"/>
          <w:b/>
          <w:bCs/>
          <w:i/>
          <w:sz w:val="24"/>
          <w:szCs w:val="24"/>
          <w:lang w:val="fr-FR"/>
        </w:rPr>
        <w:t>désenclavement et march</w:t>
      </w:r>
      <w:r w:rsidR="00D664E0">
        <w:rPr>
          <w:rFonts w:ascii="Times New Roman" w:hAnsi="Times New Roman" w:cs="Times New Roman"/>
          <w:b/>
          <w:bCs/>
          <w:i/>
          <w:sz w:val="24"/>
          <w:szCs w:val="24"/>
          <w:lang w:val="fr-FR"/>
        </w:rPr>
        <w:t>é</w:t>
      </w:r>
      <w:r w:rsidR="00D664E0" w:rsidRPr="00D664E0">
        <w:rPr>
          <w:rFonts w:ascii="Times New Roman" w:hAnsi="Times New Roman" w:cs="Times New Roman"/>
          <w:b/>
          <w:bCs/>
          <w:i/>
          <w:sz w:val="24"/>
          <w:szCs w:val="24"/>
          <w:lang w:val="fr-FR"/>
        </w:rPr>
        <w:t xml:space="preserve">s territoriaux </w:t>
      </w:r>
      <w:r w:rsidRPr="00D664E0">
        <w:rPr>
          <w:rFonts w:ascii="Times New Roman" w:hAnsi="Times New Roman" w:cs="Times New Roman"/>
          <w:b/>
          <w:bCs/>
          <w:i/>
          <w:sz w:val="24"/>
          <w:szCs w:val="24"/>
          <w:lang w:val="fr-FR"/>
        </w:rPr>
        <w:t>du Projet AVENIR</w:t>
      </w:r>
      <w:r w:rsidRPr="002B4216">
        <w:rPr>
          <w:rFonts w:ascii="Times New Roman" w:hAnsi="Times New Roman" w:cs="Times New Roman"/>
          <w:sz w:val="24"/>
          <w:szCs w:val="24"/>
          <w:lang w:val="fr-FR"/>
        </w:rPr>
        <w:t xml:space="preserve"> », au plus tard </w:t>
      </w:r>
      <w:r w:rsidR="00D664E0" w:rsidRPr="00D664E0">
        <w:rPr>
          <w:rFonts w:ascii="Times New Roman" w:hAnsi="Times New Roman" w:cs="Times New Roman"/>
          <w:b/>
          <w:bCs/>
          <w:sz w:val="24"/>
          <w:szCs w:val="24"/>
          <w:lang w:val="fr-FR"/>
        </w:rPr>
        <w:t>11 mars 2026</w:t>
      </w:r>
      <w:r w:rsidR="00D664E0" w:rsidRPr="001526B5">
        <w:rPr>
          <w:rFonts w:ascii="Times New Roman" w:hAnsi="Times New Roman" w:cs="Times New Roman"/>
          <w:sz w:val="24"/>
          <w:szCs w:val="24"/>
          <w:lang w:val="fr-FR"/>
        </w:rPr>
        <w:t xml:space="preserve"> </w:t>
      </w:r>
      <w:r w:rsidRPr="002B4216">
        <w:rPr>
          <w:rFonts w:ascii="Times New Roman" w:hAnsi="Times New Roman" w:cs="Times New Roman"/>
          <w:sz w:val="24"/>
          <w:szCs w:val="24"/>
          <w:lang w:val="fr-FR"/>
        </w:rPr>
        <w:t>à 1</w:t>
      </w:r>
      <w:r w:rsidR="003139E8">
        <w:rPr>
          <w:rFonts w:ascii="Times New Roman" w:hAnsi="Times New Roman" w:cs="Times New Roman"/>
          <w:sz w:val="24"/>
          <w:szCs w:val="24"/>
          <w:lang w:val="fr-FR"/>
        </w:rPr>
        <w:t>6</w:t>
      </w:r>
      <w:r w:rsidRPr="002B4216">
        <w:rPr>
          <w:rFonts w:ascii="Times New Roman" w:hAnsi="Times New Roman" w:cs="Times New Roman"/>
          <w:sz w:val="24"/>
          <w:szCs w:val="24"/>
          <w:lang w:val="fr-FR"/>
        </w:rPr>
        <w:t xml:space="preserve">h00’, heure de Kinshasa.  </w:t>
      </w:r>
      <w:bookmarkEnd w:id="5"/>
      <w:bookmarkEnd w:id="8"/>
    </w:p>
    <w:bookmarkEnd w:id="7"/>
    <w:p w14:paraId="3CEA2E21" w14:textId="77777777" w:rsidR="003C147C" w:rsidRDefault="003C147C" w:rsidP="00632E83">
      <w:pPr>
        <w:jc w:val="both"/>
        <w:rPr>
          <w:rFonts w:ascii="Times New Roman" w:hAnsi="Times New Roman" w:cs="Times New Roman"/>
          <w:color w:val="3333FF"/>
          <w:sz w:val="24"/>
          <w:szCs w:val="24"/>
          <w:lang w:val="fr-FR"/>
        </w:rPr>
      </w:pPr>
    </w:p>
    <w:p w14:paraId="0B3B17D4" w14:textId="77777777" w:rsidR="00531573" w:rsidRDefault="00531573" w:rsidP="00632E83">
      <w:pPr>
        <w:jc w:val="both"/>
        <w:rPr>
          <w:rFonts w:ascii="Times New Roman" w:hAnsi="Times New Roman" w:cs="Times New Roman"/>
          <w:color w:val="3333FF"/>
          <w:sz w:val="24"/>
          <w:szCs w:val="24"/>
          <w:lang w:val="fr-FR"/>
        </w:rPr>
      </w:pPr>
    </w:p>
    <w:p w14:paraId="2E40BCE7" w14:textId="77777777" w:rsidR="00531573" w:rsidRDefault="00531573" w:rsidP="00632E83">
      <w:pPr>
        <w:jc w:val="both"/>
        <w:rPr>
          <w:rFonts w:ascii="Times New Roman" w:hAnsi="Times New Roman" w:cs="Times New Roman"/>
          <w:color w:val="3333FF"/>
          <w:sz w:val="24"/>
          <w:szCs w:val="24"/>
          <w:lang w:val="fr-FR"/>
        </w:rPr>
      </w:pPr>
    </w:p>
    <w:p w14:paraId="769EF65E" w14:textId="77777777" w:rsidR="00D664E0" w:rsidRDefault="00D664E0" w:rsidP="00632E83">
      <w:pPr>
        <w:jc w:val="both"/>
        <w:rPr>
          <w:rFonts w:ascii="Times New Roman" w:hAnsi="Times New Roman" w:cs="Times New Roman"/>
          <w:color w:val="3333FF"/>
          <w:sz w:val="24"/>
          <w:szCs w:val="24"/>
          <w:lang w:val="fr-FR"/>
        </w:rPr>
      </w:pPr>
    </w:p>
    <w:p w14:paraId="00550173" w14:textId="77777777" w:rsidR="00D664E0" w:rsidRDefault="00D664E0" w:rsidP="00632E83">
      <w:pPr>
        <w:jc w:val="both"/>
        <w:rPr>
          <w:rFonts w:ascii="Times New Roman" w:hAnsi="Times New Roman" w:cs="Times New Roman"/>
          <w:color w:val="3333FF"/>
          <w:sz w:val="24"/>
          <w:szCs w:val="24"/>
          <w:lang w:val="fr-FR"/>
        </w:rPr>
      </w:pPr>
    </w:p>
    <w:p w14:paraId="27CBE3BB" w14:textId="77777777" w:rsidR="00D664E0" w:rsidRDefault="00D664E0" w:rsidP="00632E83">
      <w:pPr>
        <w:jc w:val="both"/>
        <w:rPr>
          <w:rFonts w:ascii="Times New Roman" w:hAnsi="Times New Roman" w:cs="Times New Roman"/>
          <w:color w:val="3333FF"/>
          <w:sz w:val="24"/>
          <w:szCs w:val="24"/>
          <w:lang w:val="fr-FR"/>
        </w:rPr>
      </w:pPr>
    </w:p>
    <w:p w14:paraId="2ADE31B8" w14:textId="77777777" w:rsidR="00D664E0" w:rsidRDefault="00D664E0" w:rsidP="00632E83">
      <w:pPr>
        <w:jc w:val="both"/>
        <w:rPr>
          <w:rFonts w:ascii="Times New Roman" w:hAnsi="Times New Roman" w:cs="Times New Roman"/>
          <w:color w:val="3333FF"/>
          <w:sz w:val="24"/>
          <w:szCs w:val="24"/>
          <w:lang w:val="fr-FR"/>
        </w:rPr>
      </w:pPr>
    </w:p>
    <w:p w14:paraId="11101833" w14:textId="58BE6928" w:rsidR="00437EB5" w:rsidRPr="00D664E0" w:rsidRDefault="000357F9" w:rsidP="001E35F5">
      <w:pPr>
        <w:pStyle w:val="Paragraphedeliste"/>
        <w:numPr>
          <w:ilvl w:val="0"/>
          <w:numId w:val="15"/>
        </w:numPr>
        <w:jc w:val="both"/>
        <w:rPr>
          <w:rFonts w:ascii="Times New Roman" w:hAnsi="Times New Roman" w:cs="Times New Roman"/>
          <w:b/>
          <w:bCs/>
          <w:sz w:val="24"/>
          <w:szCs w:val="24"/>
          <w:lang w:val="fr-FR"/>
        </w:rPr>
      </w:pPr>
      <w:r w:rsidRPr="00D664E0">
        <w:rPr>
          <w:rFonts w:ascii="Times New Roman" w:hAnsi="Times New Roman" w:cs="Times New Roman"/>
          <w:b/>
          <w:bCs/>
          <w:sz w:val="24"/>
          <w:szCs w:val="24"/>
          <w:lang w:val="fr-FR"/>
        </w:rPr>
        <w:t>RECRUTEMENT D’UN</w:t>
      </w:r>
      <w:r w:rsidR="001D6672" w:rsidRPr="00D664E0">
        <w:rPr>
          <w:rFonts w:ascii="Times New Roman" w:hAnsi="Times New Roman" w:cs="Times New Roman"/>
          <w:b/>
          <w:bCs/>
          <w:sz w:val="24"/>
          <w:szCs w:val="24"/>
          <w:lang w:val="fr-FR"/>
        </w:rPr>
        <w:t xml:space="preserve"> (</w:t>
      </w:r>
      <w:r w:rsidR="003C147C" w:rsidRPr="00D664E0">
        <w:rPr>
          <w:rFonts w:ascii="Times New Roman" w:hAnsi="Times New Roman" w:cs="Times New Roman"/>
          <w:b/>
          <w:bCs/>
          <w:sz w:val="24"/>
          <w:szCs w:val="24"/>
          <w:lang w:val="fr-FR"/>
        </w:rPr>
        <w:t>E) CHARGE</w:t>
      </w:r>
      <w:r w:rsidRPr="00D664E0">
        <w:rPr>
          <w:rFonts w:ascii="Times New Roman" w:hAnsi="Times New Roman" w:cs="Times New Roman"/>
          <w:b/>
          <w:bCs/>
          <w:sz w:val="24"/>
          <w:szCs w:val="24"/>
          <w:lang w:val="fr-FR"/>
        </w:rPr>
        <w:t xml:space="preserve"> (</w:t>
      </w:r>
      <w:r w:rsidR="00DF363B" w:rsidRPr="00D664E0">
        <w:rPr>
          <w:rFonts w:ascii="Times New Roman" w:hAnsi="Times New Roman" w:cs="Times New Roman"/>
          <w:b/>
          <w:bCs/>
          <w:sz w:val="24"/>
          <w:szCs w:val="24"/>
          <w:lang w:val="fr-FR"/>
        </w:rPr>
        <w:t>E) DU</w:t>
      </w:r>
      <w:r w:rsidRPr="00D664E0">
        <w:rPr>
          <w:rFonts w:ascii="Times New Roman" w:hAnsi="Times New Roman" w:cs="Times New Roman"/>
          <w:b/>
          <w:bCs/>
          <w:sz w:val="24"/>
          <w:szCs w:val="24"/>
          <w:lang w:val="fr-FR"/>
        </w:rPr>
        <w:t xml:space="preserve"> GENIE CIVIL</w:t>
      </w:r>
      <w:r w:rsidR="00A72703" w:rsidRPr="00D664E0">
        <w:rPr>
          <w:rFonts w:ascii="Times New Roman" w:hAnsi="Times New Roman" w:cs="Times New Roman"/>
          <w:b/>
          <w:bCs/>
          <w:sz w:val="24"/>
          <w:szCs w:val="24"/>
          <w:lang w:val="fr-FR"/>
        </w:rPr>
        <w:t xml:space="preserve"> DU PROJET AVENIR</w:t>
      </w:r>
    </w:p>
    <w:p w14:paraId="4E635AAA" w14:textId="381A7BA8" w:rsidR="00DF363B" w:rsidRPr="00C645ED" w:rsidRDefault="00DF363B" w:rsidP="00632E83">
      <w:pPr>
        <w:jc w:val="both"/>
        <w:rPr>
          <w:rFonts w:ascii="Times New Roman" w:hAnsi="Times New Roman" w:cs="Times New Roman"/>
          <w:b/>
          <w:bCs/>
          <w:sz w:val="24"/>
          <w:szCs w:val="24"/>
          <w:u w:val="single"/>
          <w:lang w:val="fr-CD"/>
        </w:rPr>
      </w:pPr>
      <w:r w:rsidRPr="00C645ED">
        <w:rPr>
          <w:rFonts w:ascii="Times New Roman" w:hAnsi="Times New Roman" w:cs="Times New Roman"/>
          <w:b/>
          <w:bCs/>
          <w:sz w:val="24"/>
          <w:szCs w:val="24"/>
          <w:u w:val="single"/>
          <w:lang w:val="fr-CD"/>
        </w:rPr>
        <w:t>Missions</w:t>
      </w:r>
    </w:p>
    <w:p w14:paraId="4538C6BE" w14:textId="1AAFFECB" w:rsidR="00571E9E" w:rsidRPr="00C645ED" w:rsidRDefault="00571E9E" w:rsidP="00632E83">
      <w:pPr>
        <w:jc w:val="both"/>
        <w:rPr>
          <w:rFonts w:ascii="Times New Roman" w:hAnsi="Times New Roman" w:cs="Times New Roman"/>
          <w:sz w:val="24"/>
          <w:szCs w:val="24"/>
          <w:lang w:val="fr-CD"/>
        </w:rPr>
      </w:pPr>
      <w:bookmarkStart w:id="9" w:name="_Hlk146204450"/>
      <w:r w:rsidRPr="00C645ED">
        <w:rPr>
          <w:rFonts w:ascii="Times New Roman" w:hAnsi="Times New Roman" w:cs="Times New Roman"/>
          <w:sz w:val="24"/>
          <w:szCs w:val="24"/>
          <w:lang w:val="fr-CD"/>
        </w:rPr>
        <w:t xml:space="preserve">Sous l’autorité du Coordonnateur National du projet AVENIR et sous la supervision directe du Responsable de la composante 2 du projet, le/ </w:t>
      </w:r>
      <w:r w:rsidR="00021C58" w:rsidRPr="00C645ED">
        <w:rPr>
          <w:rFonts w:ascii="Times New Roman" w:hAnsi="Times New Roman" w:cs="Times New Roman"/>
          <w:sz w:val="24"/>
          <w:szCs w:val="24"/>
          <w:lang w:val="fr-CD"/>
        </w:rPr>
        <w:t>la chargé</w:t>
      </w:r>
      <w:r w:rsidRPr="00C645ED">
        <w:rPr>
          <w:rFonts w:ascii="Times New Roman" w:hAnsi="Times New Roman" w:cs="Times New Roman"/>
          <w:sz w:val="24"/>
          <w:szCs w:val="24"/>
          <w:lang w:val="fr-CD"/>
        </w:rPr>
        <w:t>/</w:t>
      </w:r>
      <w:r w:rsidR="003139E8" w:rsidRPr="00C645ED">
        <w:rPr>
          <w:rFonts w:ascii="Times New Roman" w:hAnsi="Times New Roman" w:cs="Times New Roman"/>
          <w:sz w:val="24"/>
          <w:szCs w:val="24"/>
          <w:lang w:val="fr-CD"/>
        </w:rPr>
        <w:t>e des</w:t>
      </w:r>
      <w:r w:rsidRPr="00C645ED">
        <w:rPr>
          <w:rFonts w:ascii="Times New Roman" w:hAnsi="Times New Roman" w:cs="Times New Roman"/>
          <w:sz w:val="24"/>
          <w:szCs w:val="24"/>
          <w:lang w:val="fr-CD"/>
        </w:rPr>
        <w:t xml:space="preserve"> infrastructures assurera la coordination des activités de Génie Civil pour la mise en œuvre des infrastructures du projet dans leur ensemble. A cet effet, il/elle assurera la supervision technique des activités menées par les spécialistes en génie civil au niveau des antennes provinciales.</w:t>
      </w:r>
    </w:p>
    <w:p w14:paraId="2E2D45F6" w14:textId="4A13DA76" w:rsidR="00571E9E" w:rsidRPr="00C645ED" w:rsidRDefault="00571E9E" w:rsidP="00632E83">
      <w:pPr>
        <w:jc w:val="both"/>
        <w:rPr>
          <w:rFonts w:ascii="Times New Roman" w:hAnsi="Times New Roman" w:cs="Times New Roman"/>
          <w:b/>
          <w:bCs/>
          <w:sz w:val="24"/>
          <w:szCs w:val="24"/>
          <w:u w:val="single"/>
        </w:rPr>
      </w:pPr>
      <w:r w:rsidRPr="00C645ED">
        <w:rPr>
          <w:rFonts w:ascii="Times New Roman" w:hAnsi="Times New Roman" w:cs="Times New Roman"/>
          <w:b/>
          <w:bCs/>
          <w:sz w:val="24"/>
          <w:szCs w:val="24"/>
          <w:u w:val="single"/>
        </w:rPr>
        <w:t>Principales tâches</w:t>
      </w:r>
      <w:r w:rsidR="003139E8">
        <w:rPr>
          <w:rFonts w:ascii="Times New Roman" w:hAnsi="Times New Roman" w:cs="Times New Roman"/>
          <w:b/>
          <w:bCs/>
          <w:sz w:val="24"/>
          <w:szCs w:val="24"/>
          <w:u w:val="single"/>
        </w:rPr>
        <w:t>:</w:t>
      </w:r>
      <w:r w:rsidRPr="00C645ED">
        <w:rPr>
          <w:rFonts w:ascii="Times New Roman" w:hAnsi="Times New Roman" w:cs="Times New Roman"/>
          <w:b/>
          <w:bCs/>
          <w:sz w:val="24"/>
          <w:szCs w:val="24"/>
          <w:u w:val="single"/>
        </w:rPr>
        <w:t xml:space="preserve"> </w:t>
      </w:r>
    </w:p>
    <w:p w14:paraId="00D6C3F6" w14:textId="64DA849C" w:rsidR="00571E9E" w:rsidRPr="003139E8"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Apporter un appui technique au Responsable de composante 2 dans l’établissement des contrats axés sur les livrables des ONG en charge de l’animation de l’ingénierie sociale au sein des marchés. </w:t>
      </w:r>
    </w:p>
    <w:p w14:paraId="4A2875B4"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Faire le suivi des livrables en matière d’ingénierie civile (appréciation des sites proposés devant abrités les infrastructures de marchés au sein des cadres de concertation interprofessionnels, appuyer la finalisation des matrices des volumes de produits agricoles, l’analyse des listes des tronçons issus de la caractérisation des pôles, etc…) ; </w:t>
      </w:r>
    </w:p>
    <w:p w14:paraId="0D386338"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Elaborer les termes de référence, contrats et conventions des partenariats et prestataires de services (ONG, cabinets d’études/contrôle, entreprises) et superviser leurs mises en œuvre ; </w:t>
      </w:r>
    </w:p>
    <w:p w14:paraId="47431EB4"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Dresser périodiquement les situations de différents contrats relatifs aux infrastructures afin de permettre la prise de décisions de l’UGP ; </w:t>
      </w:r>
    </w:p>
    <w:p w14:paraId="74FDC48A"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Analyser et amender les résultats des études APS, APD et DAO conduites par les cabinets privés, </w:t>
      </w:r>
    </w:p>
    <w:p w14:paraId="4669EA94"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Participer aux missions terrains de vérification des résultats des études avant approbation. Ces missions seront conjointement menées avec les services techniques provinciales concernés ;</w:t>
      </w:r>
    </w:p>
    <w:p w14:paraId="685900C3"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Coordonner et conduire les missions de remises de sites aux entreprises pour le démarrage des travaux ;</w:t>
      </w:r>
    </w:p>
    <w:p w14:paraId="397F203E"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Analyser et amender les dossiers d’exécution établi par les entreprises en collaboration avec les cabinets privés. Emmètre un avis sur ces dossiers avant l’approbation par la coordination du projet ;</w:t>
      </w:r>
    </w:p>
    <w:p w14:paraId="5D04B779"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Participer aux missions de supervision des travaux conjointement avec les services techniques provinciales concernés ;</w:t>
      </w:r>
    </w:p>
    <w:p w14:paraId="18FF8BB4"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Produire des rapports d'activités trimestriels sur la base des rapports consolidés des prestataires de services et de ses collaborateurs ; </w:t>
      </w:r>
    </w:p>
    <w:p w14:paraId="1E9F3DB4"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Faire des propositions pertinentes, de concert avec les opérateurs sur la gestion des infrastructures et les équipements sociaux de base et ainsi contribuer à la mise en place et au fonctionnement des structures de gestion des infrastructures mises en place ; </w:t>
      </w:r>
    </w:p>
    <w:p w14:paraId="5E0ED68A"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Participer à la commission de dépouillement et d’analyse des offres en lien avec les activités d’ingénierie civile a la demande du coordonnateur et du président de la commission de passation des marchés ;</w:t>
      </w:r>
    </w:p>
    <w:p w14:paraId="7A495627"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Vérifier et les attachements des travaux/prestations de contrôle faits contradictoirement avec les entreprises et cabinets avant signature du responsable de la composante ; </w:t>
      </w:r>
    </w:p>
    <w:p w14:paraId="6A7B1731"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Veiller la qualité des réalisations, préparer les documents de réception provisoire et définitives des ouvrages, préparer et valider les décomptes des paiements des travaux et participer aux commissions de réception des travaux ; </w:t>
      </w:r>
    </w:p>
    <w:p w14:paraId="0F35AAEA"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Veiller la cohérence des activités d’ingénierie sociale et civile de manière efficace au sein des pôles économiques ciblés par le projet ; </w:t>
      </w:r>
    </w:p>
    <w:p w14:paraId="18EA8D01"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Participer aux ateliers de planification, de bilan et aux missions de supervision et d’audits techniques ; </w:t>
      </w:r>
    </w:p>
    <w:p w14:paraId="79302977"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Participer pleinement á l’élaborations des PTBA sur les aspects d’ingénierie civile notamment et en appui au responsable de la composante 2 ; </w:t>
      </w:r>
    </w:p>
    <w:p w14:paraId="52F5FDA9" w14:textId="440C0FC7" w:rsidR="00571E9E"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Mettre en œuvre toutes autres tâches que pourrait lui confier le responsable de composante et le Coordonnateur du projet dans le cadre de son mandat. </w:t>
      </w:r>
    </w:p>
    <w:p w14:paraId="530CFF63" w14:textId="77777777" w:rsidR="003139E8" w:rsidRPr="003139E8" w:rsidRDefault="003139E8" w:rsidP="003139E8">
      <w:pPr>
        <w:pStyle w:val="Paragraphedeliste"/>
        <w:spacing w:after="0"/>
        <w:ind w:left="322"/>
        <w:jc w:val="both"/>
        <w:rPr>
          <w:rFonts w:ascii="Times New Roman" w:hAnsi="Times New Roman" w:cs="Times New Roman"/>
          <w:sz w:val="24"/>
          <w:szCs w:val="24"/>
          <w:lang w:val="fr-CD"/>
        </w:rPr>
      </w:pPr>
    </w:p>
    <w:p w14:paraId="42112F09" w14:textId="77777777" w:rsidR="00571E9E" w:rsidRPr="00C645ED" w:rsidRDefault="00571E9E" w:rsidP="00632E83">
      <w:pPr>
        <w:jc w:val="both"/>
        <w:rPr>
          <w:rFonts w:ascii="Times New Roman" w:hAnsi="Times New Roman" w:cs="Times New Roman"/>
          <w:b/>
          <w:bCs/>
          <w:sz w:val="24"/>
          <w:szCs w:val="24"/>
          <w:u w:val="single"/>
        </w:rPr>
      </w:pPr>
      <w:r w:rsidRPr="00C645ED">
        <w:rPr>
          <w:rFonts w:ascii="Times New Roman" w:hAnsi="Times New Roman" w:cs="Times New Roman"/>
          <w:b/>
          <w:bCs/>
          <w:sz w:val="24"/>
          <w:szCs w:val="24"/>
          <w:u w:val="single"/>
        </w:rPr>
        <w:t>Qualification et expériences requises</w:t>
      </w:r>
    </w:p>
    <w:p w14:paraId="284642AA" w14:textId="2222119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Être titulaire d'un diplôme d'ingénieur de niveau BAC +5</w:t>
      </w:r>
      <w:r>
        <w:rPr>
          <w:rFonts w:ascii="Times New Roman" w:hAnsi="Times New Roman" w:cs="Times New Roman"/>
          <w:sz w:val="24"/>
          <w:szCs w:val="24"/>
          <w:lang w:val="fr-CD"/>
        </w:rPr>
        <w:t xml:space="preserve"> en</w:t>
      </w:r>
      <w:r w:rsidRPr="00C645ED">
        <w:rPr>
          <w:rFonts w:ascii="Times New Roman" w:hAnsi="Times New Roman" w:cs="Times New Roman"/>
          <w:sz w:val="24"/>
          <w:szCs w:val="24"/>
          <w:lang w:val="fr-CD"/>
        </w:rPr>
        <w:t xml:space="preserve"> génie civil ou équivalent ;</w:t>
      </w:r>
    </w:p>
    <w:p w14:paraId="2A7837CB" w14:textId="50F1FEDD"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Disposer d’au moins </w:t>
      </w:r>
      <w:r w:rsidR="00021C58">
        <w:rPr>
          <w:rFonts w:ascii="Times New Roman" w:hAnsi="Times New Roman" w:cs="Times New Roman"/>
          <w:sz w:val="24"/>
          <w:szCs w:val="24"/>
          <w:lang w:val="fr-CD"/>
        </w:rPr>
        <w:t>10</w:t>
      </w:r>
      <w:r w:rsidRPr="00C645ED">
        <w:rPr>
          <w:rFonts w:ascii="Times New Roman" w:hAnsi="Times New Roman" w:cs="Times New Roman"/>
          <w:sz w:val="24"/>
          <w:szCs w:val="24"/>
          <w:lang w:val="fr-CD"/>
        </w:rPr>
        <w:t xml:space="preserve"> ans d’expérience professionnelle globale dans la mise en œuvre des opérations de développement au sein des ONG</w:t>
      </w:r>
      <w:r>
        <w:rPr>
          <w:rFonts w:ascii="Times New Roman" w:hAnsi="Times New Roman" w:cs="Times New Roman"/>
          <w:sz w:val="24"/>
          <w:szCs w:val="24"/>
          <w:lang w:val="fr-CD"/>
        </w:rPr>
        <w:t xml:space="preserve"> internationaux</w:t>
      </w:r>
      <w:r w:rsidRPr="00C645ED">
        <w:rPr>
          <w:rFonts w:ascii="Times New Roman" w:hAnsi="Times New Roman" w:cs="Times New Roman"/>
          <w:sz w:val="24"/>
          <w:szCs w:val="24"/>
          <w:lang w:val="fr-CD"/>
        </w:rPr>
        <w:t xml:space="preserve">, ou des unités de </w:t>
      </w:r>
      <w:r>
        <w:rPr>
          <w:rFonts w:ascii="Times New Roman" w:hAnsi="Times New Roman" w:cs="Times New Roman"/>
          <w:sz w:val="24"/>
          <w:szCs w:val="24"/>
          <w:lang w:val="fr-CD"/>
        </w:rPr>
        <w:t xml:space="preserve">gestion de </w:t>
      </w:r>
      <w:r w:rsidRPr="00C645ED">
        <w:rPr>
          <w:rFonts w:ascii="Times New Roman" w:hAnsi="Times New Roman" w:cs="Times New Roman"/>
          <w:sz w:val="24"/>
          <w:szCs w:val="24"/>
          <w:lang w:val="fr-CD"/>
        </w:rPr>
        <w:t>projets </w:t>
      </w:r>
      <w:r>
        <w:rPr>
          <w:rFonts w:ascii="Times New Roman" w:hAnsi="Times New Roman" w:cs="Times New Roman"/>
          <w:sz w:val="24"/>
          <w:szCs w:val="24"/>
          <w:lang w:val="fr-CD"/>
        </w:rPr>
        <w:t xml:space="preserve">d’infrastructures </w:t>
      </w:r>
      <w:r w:rsidRPr="00C645ED">
        <w:rPr>
          <w:rFonts w:ascii="Times New Roman" w:hAnsi="Times New Roman" w:cs="Times New Roman"/>
          <w:sz w:val="24"/>
          <w:szCs w:val="24"/>
          <w:lang w:val="fr-CD"/>
        </w:rPr>
        <w:t xml:space="preserve">;   </w:t>
      </w:r>
    </w:p>
    <w:p w14:paraId="61013DE3"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Avoir au moins sept (07) années d'expérience professionnelle pertinente dans la conception et/ou la mise en œuvre et suivi des projets d'infrastructures (routes/pistes rurales, marchés ruraux, marchés urbain, ports fluviaux, adduction d’eau, etc....) financées par des bailleurs de Fonds internationaux ;</w:t>
      </w:r>
    </w:p>
    <w:p w14:paraId="07B010D3"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Avoir d'excellentes compétences organisationnelles, être apte à hiérarchiser le programme de travail, à respecter les délais, à mener plusieurs activités à la fois tout en apportant simultanément sa contribution au travail des autres agents au niveau de la composante ; </w:t>
      </w:r>
    </w:p>
    <w:p w14:paraId="08821C96"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Être capable de travailler en équipe et sous pression ; </w:t>
      </w:r>
    </w:p>
    <w:p w14:paraId="028F673C"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Être apte à communiquer efficacement, à l'écrit et à l'oral, en français ; </w:t>
      </w:r>
    </w:p>
    <w:p w14:paraId="527819E0"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Être capable d'utiliser et interpréter les résultats issus des logiciels de génie civil et d’architecture ; </w:t>
      </w:r>
    </w:p>
    <w:p w14:paraId="64857F3E"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Avoir la maîtrise des applications courantes telles que Word, Excel, PowerPoint et autre outil d’élaboration des plans des infrastructures ; </w:t>
      </w:r>
    </w:p>
    <w:p w14:paraId="706F4855" w14:textId="34D14808"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Être disposer à effectuer des visites sur le terrain dans le cadre des missions de supervision</w:t>
      </w:r>
      <w:r>
        <w:rPr>
          <w:rFonts w:ascii="Times New Roman" w:hAnsi="Times New Roman" w:cs="Times New Roman"/>
          <w:sz w:val="24"/>
          <w:szCs w:val="24"/>
          <w:lang w:val="fr-CD"/>
        </w:rPr>
        <w:t xml:space="preserve"> </w:t>
      </w:r>
      <w:r w:rsidRPr="00C645ED">
        <w:rPr>
          <w:rFonts w:ascii="Times New Roman" w:hAnsi="Times New Roman" w:cs="Times New Roman"/>
          <w:sz w:val="24"/>
          <w:szCs w:val="24"/>
          <w:lang w:val="fr-CD"/>
        </w:rPr>
        <w:t xml:space="preserve">; </w:t>
      </w:r>
    </w:p>
    <w:p w14:paraId="7836EAC6" w14:textId="71DB7102"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Être dispos</w:t>
      </w:r>
      <w:r w:rsidR="00536987">
        <w:rPr>
          <w:rFonts w:ascii="Times New Roman" w:hAnsi="Times New Roman" w:cs="Times New Roman"/>
          <w:sz w:val="24"/>
          <w:szCs w:val="24"/>
          <w:lang w:val="fr-CD"/>
        </w:rPr>
        <w:t>é</w:t>
      </w:r>
      <w:r w:rsidRPr="00C645ED">
        <w:rPr>
          <w:rFonts w:ascii="Times New Roman" w:hAnsi="Times New Roman" w:cs="Times New Roman"/>
          <w:sz w:val="24"/>
          <w:szCs w:val="24"/>
          <w:lang w:val="fr-CD"/>
        </w:rPr>
        <w:t xml:space="preserve"> à travailler dans le milieu rural, avec une interaction avec une ingénierie sociale composée des acteurs ruraux, des autorités administratives ;</w:t>
      </w:r>
    </w:p>
    <w:p w14:paraId="6DD99E8B"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Être âgé de 50 ans au plus á la date de clôture des candidatures.</w:t>
      </w:r>
    </w:p>
    <w:p w14:paraId="47783642" w14:textId="77777777" w:rsidR="00571E9E" w:rsidRDefault="00571E9E" w:rsidP="00632E83">
      <w:pPr>
        <w:jc w:val="both"/>
        <w:rPr>
          <w:rFonts w:ascii="Times New Roman" w:hAnsi="Times New Roman" w:cs="Times New Roman"/>
          <w:sz w:val="24"/>
          <w:szCs w:val="24"/>
          <w:lang w:val="fr-CD"/>
        </w:rPr>
      </w:pPr>
    </w:p>
    <w:p w14:paraId="69C651D9" w14:textId="77777777" w:rsidR="00571E9E" w:rsidRPr="007075E4" w:rsidRDefault="00571E9E" w:rsidP="00632E83">
      <w:pPr>
        <w:suppressAutoHyphens/>
        <w:autoSpaceDN w:val="0"/>
        <w:jc w:val="both"/>
        <w:textAlignment w:val="baseline"/>
        <w:rPr>
          <w:rFonts w:ascii="Times New Roman" w:hAnsi="Times New Roman" w:cs="Times New Roman"/>
          <w:b/>
          <w:sz w:val="24"/>
          <w:szCs w:val="24"/>
          <w:lang w:val="fr-FR"/>
        </w:rPr>
      </w:pPr>
      <w:r w:rsidRPr="007075E4">
        <w:rPr>
          <w:rFonts w:ascii="Times New Roman" w:hAnsi="Times New Roman" w:cs="Times New Roman"/>
          <w:b/>
          <w:sz w:val="24"/>
          <w:szCs w:val="24"/>
          <w:lang w:val="fr-FR"/>
        </w:rPr>
        <w:t>Contenu du dossier de candidature</w:t>
      </w:r>
    </w:p>
    <w:p w14:paraId="783EE3CB" w14:textId="77777777" w:rsidR="00571E9E" w:rsidRPr="007075E4" w:rsidRDefault="00571E9E" w:rsidP="00632E83">
      <w:pPr>
        <w:jc w:val="both"/>
        <w:rPr>
          <w:rFonts w:ascii="Times New Roman" w:hAnsi="Times New Roman" w:cs="Times New Roman"/>
          <w:sz w:val="24"/>
          <w:szCs w:val="24"/>
          <w:lang w:val="fr-FR"/>
        </w:rPr>
      </w:pPr>
      <w:r w:rsidRPr="007075E4">
        <w:rPr>
          <w:rFonts w:ascii="Times New Roman" w:hAnsi="Times New Roman" w:cs="Times New Roman"/>
          <w:sz w:val="24"/>
          <w:szCs w:val="24"/>
          <w:lang w:val="fr-FR"/>
        </w:rPr>
        <w:t xml:space="preserve">Les documents de candidature doivent être constitués des pièces suivantes : </w:t>
      </w:r>
    </w:p>
    <w:p w14:paraId="1FB5ED84" w14:textId="77777777" w:rsidR="00571E9E" w:rsidRPr="00C645ED" w:rsidRDefault="00571E9E"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lettre de motivation signée du (de la) candidat adressée au Secrétaire Générale à l’Agriculture ;</w:t>
      </w:r>
    </w:p>
    <w:p w14:paraId="2165A3B7" w14:textId="77777777" w:rsidR="00571E9E" w:rsidRPr="00C645ED" w:rsidRDefault="00571E9E"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 curriculum vitae actualisé mentionnant au moins trois (3) personnes de référence pour confirmer les expériences et portant une adresse électronique et un numéro de téléphone valide ;</w:t>
      </w:r>
    </w:p>
    <w:p w14:paraId="53467740" w14:textId="77777777" w:rsidR="00571E9E" w:rsidRPr="00C645ED" w:rsidRDefault="00571E9E"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copies électroniques des titres académiques notariés et attestations de formations ;</w:t>
      </w:r>
    </w:p>
    <w:p w14:paraId="5159AEF0" w14:textId="77777777" w:rsidR="00571E9E" w:rsidRPr="00C645ED" w:rsidRDefault="00571E9E"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preuves d’expérience, notamment les copies des attestations de service rendu et certificat de travail ;</w:t>
      </w:r>
    </w:p>
    <w:p w14:paraId="7898FB1C" w14:textId="77777777" w:rsidR="00571E9E" w:rsidRPr="00C645ED" w:rsidRDefault="00571E9E"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Copie d’une pièce d’identité en cours de validité ; </w:t>
      </w:r>
    </w:p>
    <w:p w14:paraId="1FE65DC8" w14:textId="77777777" w:rsidR="00571E9E" w:rsidRPr="007F46E9" w:rsidRDefault="00571E9E" w:rsidP="001E35F5">
      <w:pPr>
        <w:pStyle w:val="Paragraphedeliste"/>
        <w:numPr>
          <w:ilvl w:val="0"/>
          <w:numId w:val="9"/>
        </w:numPr>
        <w:suppressAutoHyphens/>
        <w:autoSpaceDN w:val="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copie de certificat d’aptitude physique.</w:t>
      </w:r>
    </w:p>
    <w:bookmarkEnd w:id="9"/>
    <w:p w14:paraId="69941C93" w14:textId="77777777" w:rsidR="00DF363B" w:rsidRPr="00C645ED" w:rsidRDefault="00DF363B" w:rsidP="00632E83">
      <w:pPr>
        <w:jc w:val="both"/>
        <w:rPr>
          <w:rFonts w:ascii="Times New Roman" w:hAnsi="Times New Roman" w:cs="Times New Roman"/>
          <w:sz w:val="24"/>
          <w:szCs w:val="24"/>
          <w:lang w:val="fr-CD"/>
        </w:rPr>
      </w:pPr>
      <w:r w:rsidRPr="00C645ED">
        <w:rPr>
          <w:rFonts w:ascii="Times New Roman" w:hAnsi="Times New Roman" w:cs="Times New Roman"/>
          <w:b/>
          <w:bCs/>
          <w:sz w:val="24"/>
          <w:szCs w:val="24"/>
          <w:lang w:val="fr-CD"/>
        </w:rPr>
        <w:t>Durée du Contrat</w:t>
      </w:r>
      <w:r w:rsidRPr="00C645ED">
        <w:rPr>
          <w:rFonts w:ascii="Times New Roman" w:hAnsi="Times New Roman" w:cs="Times New Roman"/>
          <w:sz w:val="24"/>
          <w:szCs w:val="24"/>
          <w:lang w:val="fr-CD"/>
        </w:rPr>
        <w:t> </w:t>
      </w:r>
    </w:p>
    <w:p w14:paraId="145E896B" w14:textId="2F2F274B" w:rsidR="00DF363B" w:rsidRPr="00C645ED" w:rsidRDefault="00DF363B"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Le contrat est d'une durée </w:t>
      </w:r>
      <w:r w:rsidRPr="00C645ED">
        <w:rPr>
          <w:rFonts w:ascii="Times New Roman" w:hAnsi="Times New Roman" w:cs="Times New Roman"/>
          <w:b/>
          <w:bCs/>
          <w:sz w:val="24"/>
          <w:szCs w:val="24"/>
          <w:lang w:val="fr-CD"/>
        </w:rPr>
        <w:t>d’un an</w:t>
      </w:r>
      <w:r w:rsidRPr="00C645ED">
        <w:rPr>
          <w:rFonts w:ascii="Times New Roman" w:hAnsi="Times New Roman" w:cs="Times New Roman"/>
          <w:sz w:val="24"/>
          <w:szCs w:val="24"/>
          <w:lang w:val="fr-CD"/>
        </w:rPr>
        <w:t xml:space="preserve"> renouvelable sur la base d’une évaluation satisfaisante des performances. Le renouvellement du contrat sera toutefois limité à la durée effective du projet</w:t>
      </w:r>
      <w:r w:rsidR="00B1144E" w:rsidRPr="00C645ED">
        <w:rPr>
          <w:rFonts w:ascii="Times New Roman" w:hAnsi="Times New Roman" w:cs="Times New Roman"/>
          <w:sz w:val="24"/>
          <w:szCs w:val="24"/>
          <w:lang w:val="fr-CD"/>
        </w:rPr>
        <w:t xml:space="preserve"> </w:t>
      </w:r>
      <w:r w:rsidR="00676F6D" w:rsidRPr="00C645ED">
        <w:rPr>
          <w:rFonts w:ascii="Times New Roman" w:hAnsi="Times New Roman" w:cs="Times New Roman"/>
          <w:sz w:val="24"/>
          <w:szCs w:val="24"/>
          <w:lang w:val="fr-CD"/>
        </w:rPr>
        <w:t>(Aout</w:t>
      </w:r>
      <w:r w:rsidR="00B1144E" w:rsidRPr="00C645ED">
        <w:rPr>
          <w:rFonts w:ascii="Times New Roman" w:hAnsi="Times New Roman" w:cs="Times New Roman"/>
          <w:sz w:val="24"/>
          <w:szCs w:val="24"/>
          <w:lang w:val="fr-CD"/>
        </w:rPr>
        <w:t xml:space="preserve"> 2030) </w:t>
      </w:r>
      <w:r w:rsidRPr="00C645ED">
        <w:rPr>
          <w:rFonts w:ascii="Times New Roman" w:hAnsi="Times New Roman" w:cs="Times New Roman"/>
          <w:sz w:val="24"/>
          <w:szCs w:val="24"/>
          <w:lang w:val="fr-CD"/>
        </w:rPr>
        <w:t>et le contrat initial sera soumis à une période probatoire de 6 mois.</w:t>
      </w:r>
    </w:p>
    <w:p w14:paraId="16031867" w14:textId="3A24C465" w:rsidR="00F76206" w:rsidRPr="00C645ED" w:rsidRDefault="00F76206" w:rsidP="00632E83">
      <w:pPr>
        <w:jc w:val="both"/>
        <w:rPr>
          <w:rFonts w:ascii="Times New Roman" w:hAnsi="Times New Roman" w:cs="Times New Roman"/>
          <w:b/>
          <w:bCs/>
          <w:sz w:val="24"/>
          <w:szCs w:val="24"/>
          <w:lang w:val="fr-FR"/>
        </w:rPr>
      </w:pPr>
      <w:r w:rsidRPr="00C645ED">
        <w:rPr>
          <w:rFonts w:ascii="Times New Roman" w:hAnsi="Times New Roman" w:cs="Times New Roman"/>
          <w:b/>
          <w:bCs/>
          <w:sz w:val="24"/>
          <w:szCs w:val="24"/>
          <w:lang w:val="fr-FR"/>
        </w:rPr>
        <w:t>Lieu d'affectation et de prise de fonction</w:t>
      </w:r>
    </w:p>
    <w:p w14:paraId="0FCBD294" w14:textId="0D2E12DE" w:rsidR="00F76206" w:rsidRPr="00C645ED" w:rsidRDefault="00F76206" w:rsidP="00632E83">
      <w:pPr>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Le/la titulaire du poste sera basé(e) à Kikwit, dans la Province du Kwilu, au sein de l’Unité de Gestion du Projet (UGP).</w:t>
      </w:r>
    </w:p>
    <w:p w14:paraId="195A4339" w14:textId="7635D5EC" w:rsidR="00F76206" w:rsidRPr="00C645ED" w:rsidRDefault="00F76206" w:rsidP="00632E83">
      <w:pPr>
        <w:jc w:val="both"/>
        <w:rPr>
          <w:rFonts w:ascii="Times New Roman" w:hAnsi="Times New Roman" w:cs="Times New Roman"/>
          <w:sz w:val="24"/>
          <w:szCs w:val="24"/>
          <w:lang w:val="fr-FR"/>
        </w:rPr>
      </w:pPr>
      <w:r w:rsidRPr="00C645ED">
        <w:rPr>
          <w:rFonts w:ascii="Times New Roman" w:hAnsi="Times New Roman" w:cs="Times New Roman"/>
          <w:b/>
          <w:bCs/>
          <w:sz w:val="24"/>
          <w:szCs w:val="24"/>
          <w:lang w:val="fr-FR"/>
        </w:rPr>
        <w:t>Dépôt des candidatures et clôture</w:t>
      </w:r>
    </w:p>
    <w:p w14:paraId="063FB967" w14:textId="54D9F2E9" w:rsidR="00DF363B" w:rsidRPr="00C645ED" w:rsidRDefault="00F76206" w:rsidP="00632E83">
      <w:pPr>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r w:rsidRPr="00C645ED">
        <w:rPr>
          <w:rFonts w:ascii="Times New Roman" w:hAnsi="Times New Roman" w:cs="Times New Roman"/>
          <w:color w:val="3333FF"/>
          <w:sz w:val="24"/>
          <w:szCs w:val="24"/>
          <w:lang w:val="fr-FR"/>
        </w:rPr>
        <w:t xml:space="preserve">sgagrirdc@gmail.com </w:t>
      </w:r>
      <w:r w:rsidRPr="00C645ED">
        <w:rPr>
          <w:rFonts w:ascii="Times New Roman" w:hAnsi="Times New Roman" w:cs="Times New Roman"/>
          <w:sz w:val="24"/>
          <w:szCs w:val="24"/>
          <w:lang w:val="fr-FR"/>
        </w:rPr>
        <w:t xml:space="preserve">et   </w:t>
      </w:r>
      <w:r w:rsidRPr="00C645ED">
        <w:rPr>
          <w:rFonts w:ascii="Times New Roman" w:hAnsi="Times New Roman" w:cs="Times New Roman"/>
          <w:color w:val="3333FF"/>
          <w:sz w:val="24"/>
          <w:szCs w:val="24"/>
          <w:lang w:val="fr-FR"/>
        </w:rPr>
        <w:t>recrutement@avenir.cd</w:t>
      </w:r>
      <w:r w:rsidRPr="00C645ED">
        <w:rPr>
          <w:rFonts w:ascii="Times New Roman" w:hAnsi="Times New Roman" w:cs="Times New Roman"/>
          <w:sz w:val="24"/>
          <w:szCs w:val="24"/>
          <w:lang w:val="fr-FR"/>
        </w:rPr>
        <w:t xml:space="preserve">  ; avec comme objet : « </w:t>
      </w:r>
      <w:r w:rsidRPr="005E6510">
        <w:rPr>
          <w:rFonts w:ascii="Times New Roman" w:hAnsi="Times New Roman" w:cs="Times New Roman"/>
          <w:i/>
          <w:iCs/>
          <w:sz w:val="24"/>
          <w:szCs w:val="24"/>
          <w:lang w:val="fr-FR"/>
        </w:rPr>
        <w:t xml:space="preserve">candidature au poste de </w:t>
      </w:r>
      <w:r w:rsidR="005E6510" w:rsidRPr="005E6510">
        <w:rPr>
          <w:rFonts w:ascii="Times New Roman" w:hAnsi="Times New Roman" w:cs="Times New Roman"/>
          <w:b/>
          <w:bCs/>
          <w:i/>
          <w:iCs/>
          <w:sz w:val="24"/>
          <w:szCs w:val="24"/>
          <w:lang w:val="fr-FR"/>
        </w:rPr>
        <w:t>Chargé (e) du Génie Civil du Projet AVENIR</w:t>
      </w:r>
      <w:r w:rsidR="005E6510" w:rsidRPr="005E6510">
        <w:rPr>
          <w:rFonts w:ascii="Times New Roman" w:hAnsi="Times New Roman" w:cs="Times New Roman"/>
          <w:b/>
          <w:bCs/>
          <w:sz w:val="24"/>
          <w:szCs w:val="24"/>
          <w:lang w:val="fr-FR"/>
        </w:rPr>
        <w:t xml:space="preserve"> </w:t>
      </w:r>
      <w:r w:rsidRPr="00C645ED">
        <w:rPr>
          <w:rFonts w:ascii="Times New Roman" w:hAnsi="Times New Roman" w:cs="Times New Roman"/>
          <w:sz w:val="24"/>
          <w:szCs w:val="24"/>
          <w:lang w:val="fr-FR"/>
        </w:rPr>
        <w:t xml:space="preserve">», au plus tard </w:t>
      </w:r>
      <w:r w:rsidR="00D664E0" w:rsidRPr="00D664E0">
        <w:rPr>
          <w:rFonts w:ascii="Times New Roman" w:hAnsi="Times New Roman" w:cs="Times New Roman"/>
          <w:b/>
          <w:bCs/>
          <w:sz w:val="24"/>
          <w:szCs w:val="24"/>
          <w:lang w:val="fr-FR"/>
        </w:rPr>
        <w:t>11 mars 2026</w:t>
      </w:r>
      <w:r w:rsidR="00D664E0" w:rsidRPr="001526B5">
        <w:rPr>
          <w:rFonts w:ascii="Times New Roman" w:hAnsi="Times New Roman" w:cs="Times New Roman"/>
          <w:sz w:val="24"/>
          <w:szCs w:val="24"/>
          <w:lang w:val="fr-FR"/>
        </w:rPr>
        <w:t xml:space="preserve"> </w:t>
      </w:r>
      <w:r w:rsidRPr="00C645ED">
        <w:rPr>
          <w:rFonts w:ascii="Times New Roman" w:hAnsi="Times New Roman" w:cs="Times New Roman"/>
          <w:sz w:val="24"/>
          <w:szCs w:val="24"/>
          <w:lang w:val="fr-FR"/>
        </w:rPr>
        <w:t>à 1</w:t>
      </w:r>
      <w:r w:rsidR="00F95925">
        <w:rPr>
          <w:rFonts w:ascii="Times New Roman" w:hAnsi="Times New Roman" w:cs="Times New Roman"/>
          <w:sz w:val="24"/>
          <w:szCs w:val="24"/>
          <w:lang w:val="fr-FR"/>
        </w:rPr>
        <w:t>6</w:t>
      </w:r>
      <w:r w:rsidRPr="00C645ED">
        <w:rPr>
          <w:rFonts w:ascii="Times New Roman" w:hAnsi="Times New Roman" w:cs="Times New Roman"/>
          <w:sz w:val="24"/>
          <w:szCs w:val="24"/>
          <w:lang w:val="fr-FR"/>
        </w:rPr>
        <w:t xml:space="preserve">h00’, heure de Kinshasa.  </w:t>
      </w:r>
    </w:p>
    <w:p w14:paraId="2BBC77D9" w14:textId="77777777" w:rsidR="00437EB5" w:rsidRDefault="00437EB5" w:rsidP="00632E83">
      <w:pPr>
        <w:jc w:val="both"/>
        <w:rPr>
          <w:rFonts w:ascii="Times New Roman" w:hAnsi="Times New Roman" w:cs="Times New Roman"/>
          <w:sz w:val="24"/>
          <w:szCs w:val="24"/>
          <w:lang w:val="fr-FR"/>
        </w:rPr>
      </w:pPr>
    </w:p>
    <w:p w14:paraId="580C926C" w14:textId="77777777" w:rsidR="00753494" w:rsidRDefault="00753494" w:rsidP="00632E83">
      <w:pPr>
        <w:jc w:val="both"/>
        <w:rPr>
          <w:rFonts w:ascii="Times New Roman" w:hAnsi="Times New Roman" w:cs="Times New Roman"/>
          <w:sz w:val="24"/>
          <w:szCs w:val="24"/>
          <w:lang w:val="fr-FR"/>
        </w:rPr>
      </w:pPr>
    </w:p>
    <w:p w14:paraId="1AC01B68" w14:textId="77777777" w:rsidR="00753494" w:rsidRDefault="00753494" w:rsidP="00632E83">
      <w:pPr>
        <w:jc w:val="both"/>
        <w:rPr>
          <w:rFonts w:ascii="Times New Roman" w:hAnsi="Times New Roman" w:cs="Times New Roman"/>
          <w:sz w:val="24"/>
          <w:szCs w:val="24"/>
          <w:lang w:val="fr-FR"/>
        </w:rPr>
      </w:pPr>
    </w:p>
    <w:p w14:paraId="21DD634E" w14:textId="77777777" w:rsidR="00753494" w:rsidRDefault="00753494" w:rsidP="00632E83">
      <w:pPr>
        <w:jc w:val="both"/>
        <w:rPr>
          <w:rFonts w:ascii="Times New Roman" w:hAnsi="Times New Roman" w:cs="Times New Roman"/>
          <w:sz w:val="24"/>
          <w:szCs w:val="24"/>
          <w:lang w:val="fr-FR"/>
        </w:rPr>
      </w:pPr>
    </w:p>
    <w:p w14:paraId="79E8551B" w14:textId="77777777" w:rsidR="00753494" w:rsidRDefault="00753494" w:rsidP="00632E83">
      <w:pPr>
        <w:jc w:val="both"/>
        <w:rPr>
          <w:rFonts w:ascii="Times New Roman" w:hAnsi="Times New Roman" w:cs="Times New Roman"/>
          <w:sz w:val="24"/>
          <w:szCs w:val="24"/>
          <w:lang w:val="fr-FR"/>
        </w:rPr>
      </w:pPr>
    </w:p>
    <w:p w14:paraId="6B7E143A" w14:textId="77777777" w:rsidR="001D3A80" w:rsidRDefault="001D3A80" w:rsidP="00632E83">
      <w:pPr>
        <w:jc w:val="both"/>
        <w:rPr>
          <w:rFonts w:ascii="Times New Roman" w:hAnsi="Times New Roman" w:cs="Times New Roman"/>
          <w:sz w:val="24"/>
          <w:szCs w:val="24"/>
          <w:lang w:val="fr-FR"/>
        </w:rPr>
      </w:pPr>
    </w:p>
    <w:p w14:paraId="5E89B898" w14:textId="77777777" w:rsidR="005E6510" w:rsidRDefault="005E6510" w:rsidP="00632E83">
      <w:pPr>
        <w:jc w:val="both"/>
        <w:rPr>
          <w:rFonts w:ascii="Times New Roman" w:hAnsi="Times New Roman" w:cs="Times New Roman"/>
          <w:sz w:val="24"/>
          <w:szCs w:val="24"/>
          <w:lang w:val="fr-FR"/>
        </w:rPr>
      </w:pPr>
    </w:p>
    <w:p w14:paraId="746951DF" w14:textId="77777777" w:rsidR="005E6510" w:rsidRDefault="005E6510" w:rsidP="00632E83">
      <w:pPr>
        <w:jc w:val="both"/>
        <w:rPr>
          <w:rFonts w:ascii="Times New Roman" w:hAnsi="Times New Roman" w:cs="Times New Roman"/>
          <w:sz w:val="24"/>
          <w:szCs w:val="24"/>
          <w:lang w:val="fr-FR"/>
        </w:rPr>
      </w:pPr>
    </w:p>
    <w:p w14:paraId="72F5E2E2" w14:textId="77777777" w:rsidR="005E6510" w:rsidRDefault="005E6510" w:rsidP="00632E83">
      <w:pPr>
        <w:jc w:val="both"/>
        <w:rPr>
          <w:rFonts w:ascii="Times New Roman" w:hAnsi="Times New Roman" w:cs="Times New Roman"/>
          <w:sz w:val="24"/>
          <w:szCs w:val="24"/>
          <w:lang w:val="fr-FR"/>
        </w:rPr>
      </w:pPr>
    </w:p>
    <w:p w14:paraId="576C0BFC" w14:textId="77777777" w:rsidR="005E6510" w:rsidRDefault="005E6510" w:rsidP="00632E83">
      <w:pPr>
        <w:jc w:val="both"/>
        <w:rPr>
          <w:rFonts w:ascii="Times New Roman" w:hAnsi="Times New Roman" w:cs="Times New Roman"/>
          <w:sz w:val="24"/>
          <w:szCs w:val="24"/>
          <w:lang w:val="fr-FR"/>
        </w:rPr>
      </w:pPr>
    </w:p>
    <w:p w14:paraId="1C4A78F1" w14:textId="77777777" w:rsidR="005E6510" w:rsidRDefault="005E6510" w:rsidP="00632E83">
      <w:pPr>
        <w:jc w:val="both"/>
        <w:rPr>
          <w:rFonts w:ascii="Times New Roman" w:hAnsi="Times New Roman" w:cs="Times New Roman"/>
          <w:sz w:val="24"/>
          <w:szCs w:val="24"/>
          <w:lang w:val="fr-FR"/>
        </w:rPr>
      </w:pPr>
    </w:p>
    <w:p w14:paraId="7621C938" w14:textId="77777777" w:rsidR="005E6510" w:rsidRDefault="005E6510" w:rsidP="00632E83">
      <w:pPr>
        <w:jc w:val="both"/>
        <w:rPr>
          <w:rFonts w:ascii="Times New Roman" w:hAnsi="Times New Roman" w:cs="Times New Roman"/>
          <w:sz w:val="24"/>
          <w:szCs w:val="24"/>
          <w:lang w:val="fr-FR"/>
        </w:rPr>
      </w:pPr>
    </w:p>
    <w:p w14:paraId="597AA385" w14:textId="77777777" w:rsidR="00531573" w:rsidRDefault="00531573" w:rsidP="00632E83">
      <w:pPr>
        <w:jc w:val="both"/>
        <w:rPr>
          <w:rFonts w:ascii="Times New Roman" w:hAnsi="Times New Roman" w:cs="Times New Roman"/>
          <w:sz w:val="24"/>
          <w:szCs w:val="24"/>
          <w:lang w:val="fr-FR"/>
        </w:rPr>
      </w:pPr>
    </w:p>
    <w:p w14:paraId="652BD6E5" w14:textId="43CC7469" w:rsidR="007F46E9" w:rsidRPr="00753494" w:rsidRDefault="00EB668C" w:rsidP="001E35F5">
      <w:pPr>
        <w:pStyle w:val="Paragraphedeliste"/>
        <w:numPr>
          <w:ilvl w:val="0"/>
          <w:numId w:val="15"/>
        </w:numPr>
        <w:jc w:val="both"/>
        <w:rPr>
          <w:rFonts w:ascii="Times New Roman" w:hAnsi="Times New Roman" w:cs="Times New Roman"/>
          <w:b/>
          <w:bCs/>
          <w:color w:val="3333FF"/>
          <w:sz w:val="24"/>
          <w:szCs w:val="24"/>
          <w:lang w:val="fr-FR"/>
        </w:rPr>
      </w:pPr>
      <w:r w:rsidRPr="00A72703">
        <w:rPr>
          <w:rFonts w:ascii="Times New Roman" w:hAnsi="Times New Roman" w:cs="Times New Roman"/>
          <w:b/>
          <w:bCs/>
          <w:color w:val="3333FF"/>
          <w:sz w:val="24"/>
          <w:szCs w:val="24"/>
          <w:lang w:val="fr-FR"/>
        </w:rPr>
        <w:t xml:space="preserve">RECRUTEMENT D’UN SPECIALISTE EN FINANCE RURALE ET </w:t>
      </w:r>
      <w:r w:rsidRPr="00753494">
        <w:rPr>
          <w:rFonts w:ascii="Times New Roman" w:hAnsi="Times New Roman" w:cs="Times New Roman"/>
          <w:b/>
          <w:bCs/>
          <w:color w:val="3333FF"/>
          <w:sz w:val="24"/>
          <w:szCs w:val="24"/>
          <w:lang w:val="fr-FR"/>
        </w:rPr>
        <w:t>ENTREPRENARIAT AGRICOLE/ ANTENNE DE KIKWIT</w:t>
      </w:r>
    </w:p>
    <w:p w14:paraId="31C4C406" w14:textId="0E1F267A" w:rsidR="00753494" w:rsidRPr="00753494" w:rsidRDefault="00753494" w:rsidP="00632E83">
      <w:pPr>
        <w:jc w:val="both"/>
        <w:rPr>
          <w:rFonts w:ascii="Times New Roman" w:hAnsi="Times New Roman" w:cs="Times New Roman"/>
          <w:b/>
          <w:bCs/>
          <w:sz w:val="24"/>
          <w:szCs w:val="24"/>
          <w:u w:val="single"/>
          <w:lang w:val="fr-CD"/>
        </w:rPr>
      </w:pPr>
      <w:r w:rsidRPr="00753494">
        <w:rPr>
          <w:rFonts w:ascii="Times New Roman" w:hAnsi="Times New Roman" w:cs="Times New Roman"/>
          <w:b/>
          <w:bCs/>
          <w:sz w:val="24"/>
          <w:szCs w:val="24"/>
          <w:u w:val="single"/>
          <w:lang w:val="fr-CD"/>
        </w:rPr>
        <w:t xml:space="preserve">Missions </w:t>
      </w:r>
    </w:p>
    <w:p w14:paraId="09E161FB" w14:textId="0D9CEA94" w:rsidR="00753494" w:rsidRPr="00753494" w:rsidRDefault="00753494" w:rsidP="00632E83">
      <w:pPr>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Sous la supervision et l'autorité directe du chef d’antenne</w:t>
      </w:r>
      <w:r w:rsidR="00F95925">
        <w:rPr>
          <w:rFonts w:ascii="Times New Roman" w:hAnsi="Times New Roman" w:cs="Times New Roman"/>
          <w:sz w:val="24"/>
          <w:szCs w:val="24"/>
          <w:lang w:val="fr-CD"/>
        </w:rPr>
        <w:t xml:space="preserve"> de Kikwit</w:t>
      </w:r>
      <w:r w:rsidRPr="00753494">
        <w:rPr>
          <w:rFonts w:ascii="Times New Roman" w:hAnsi="Times New Roman" w:cs="Times New Roman"/>
          <w:sz w:val="24"/>
          <w:szCs w:val="24"/>
          <w:lang w:val="fr-CD"/>
        </w:rPr>
        <w:t xml:space="preserve"> et la supervision technique du responsable de la Composante 1, le/la spécialiste en entreprenariat et finance rural devra assurer l'exécution de la sous-composante 1.4 relative à l'accès aux services financiers et á l’entreprenariat</w:t>
      </w:r>
    </w:p>
    <w:p w14:paraId="798921F1" w14:textId="7DC42DB1" w:rsidR="00753494" w:rsidRPr="00753494" w:rsidRDefault="00753494" w:rsidP="00632E83">
      <w:pPr>
        <w:jc w:val="both"/>
        <w:rPr>
          <w:rFonts w:ascii="Times New Roman" w:hAnsi="Times New Roman" w:cs="Times New Roman"/>
          <w:b/>
          <w:bCs/>
          <w:sz w:val="24"/>
          <w:szCs w:val="24"/>
          <w:u w:val="single"/>
        </w:rPr>
      </w:pPr>
      <w:r w:rsidRPr="00753494">
        <w:rPr>
          <w:rFonts w:ascii="Times New Roman" w:hAnsi="Times New Roman" w:cs="Times New Roman"/>
          <w:b/>
          <w:bCs/>
          <w:sz w:val="24"/>
          <w:szCs w:val="24"/>
          <w:u w:val="single"/>
        </w:rPr>
        <w:t xml:space="preserve">Tâches principales  </w:t>
      </w:r>
    </w:p>
    <w:p w14:paraId="1CE822D9"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Assurer le développement de services financiers adaptés aux besoins des entrepreneurs ruraux et des micros, petites et moyennes entreprises dans l'agriculture et les secteurs connexes en collaboration avec les institutions financières et les services spécialisés du gouvernement ; </w:t>
      </w:r>
    </w:p>
    <w:p w14:paraId="108DA1E5"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Contribuer á la planification globale et á l’élaboration du PTBA du projet. A cet effet, collaborer avec les autres membres de l'équipe pour élaborer des programmes de travail, des budgets et tout autre document nécessaire ; </w:t>
      </w:r>
    </w:p>
    <w:p w14:paraId="24889779"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Faciliter le partenariat entre les institutions financières et les centres d'incubation dans la zone d'intervention ; </w:t>
      </w:r>
    </w:p>
    <w:p w14:paraId="2727C929"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Suivre le plan de mise en œuvre et le budget des activités liées à l'accès au financement dans le cadre de la sous-composante 1.4 ; </w:t>
      </w:r>
    </w:p>
    <w:p w14:paraId="3C5CF952"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Suivre et évaluer régulièrement l'état d'avancement des activités susmentionnées et fournir des rapports période au Chef d’antenne ; </w:t>
      </w:r>
    </w:p>
    <w:p w14:paraId="55D586F2"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S'assurer que les activités de développement des services financiers sont menées de manière appropriée ; </w:t>
      </w:r>
    </w:p>
    <w:p w14:paraId="7BA6C8AD"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Assurer l’identification et le suivi de l’incubation des jeunes et des femmes selon les modalités et critères définis par le projet (respect du protocole) et dans les délais impartis ;</w:t>
      </w:r>
    </w:p>
    <w:p w14:paraId="486DA216"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Suivre l’élaboration des plans d’affaires des bénéficiaires et le remboursement des prêts obtenus en collaboration avec les institutions financières et proposer des solutions aux problèmes rencontrer avec concertation avec les parties prenantes ;</w:t>
      </w:r>
    </w:p>
    <w:p w14:paraId="30F00EF8"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Contribuer à la préparation des rapports sur l'avancement du projet, en collaboration avec les autres membres de l'équipe ; </w:t>
      </w:r>
    </w:p>
    <w:p w14:paraId="047B05EE"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Maintenir une étroite collaboration et coordination avec les spécialistes du secteur financier en RDC ; </w:t>
      </w:r>
    </w:p>
    <w:p w14:paraId="3D81EBB8" w14:textId="461C2268" w:rsidR="00753494" w:rsidRPr="002A0882"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Effectuer toute autre mission ou tâche pertinente dans le domaine de ses compétences qui pourrait lui être confiée par le coordonnateur, le responsable d’antenne ou le responsable de la composante 1.</w:t>
      </w:r>
    </w:p>
    <w:p w14:paraId="24EBBA54" w14:textId="77777777" w:rsidR="002A0882" w:rsidRDefault="002A0882" w:rsidP="00632E83">
      <w:pPr>
        <w:spacing w:after="0"/>
        <w:jc w:val="both"/>
        <w:textAlignment w:val="baseline"/>
        <w:rPr>
          <w:rFonts w:ascii="Times New Roman" w:eastAsia="Times New Roman" w:hAnsi="Times New Roman" w:cs="Times New Roman"/>
          <w:sz w:val="24"/>
          <w:szCs w:val="24"/>
          <w:lang w:val="fr-CD" w:eastAsia="en-GB"/>
        </w:rPr>
      </w:pPr>
    </w:p>
    <w:p w14:paraId="4DC17B42" w14:textId="0F27C649" w:rsidR="00536987" w:rsidRPr="00F95925" w:rsidRDefault="00536987" w:rsidP="00632E83">
      <w:pPr>
        <w:spacing w:after="0"/>
        <w:jc w:val="both"/>
        <w:textAlignment w:val="baseline"/>
        <w:rPr>
          <w:rFonts w:ascii="Times New Roman" w:eastAsia="Times New Roman" w:hAnsi="Times New Roman" w:cs="Times New Roman"/>
          <w:b/>
          <w:bCs/>
          <w:sz w:val="24"/>
          <w:szCs w:val="24"/>
          <w:lang w:val="fr-CD" w:eastAsia="en-GB"/>
        </w:rPr>
      </w:pPr>
      <w:r w:rsidRPr="00F95925">
        <w:rPr>
          <w:rFonts w:ascii="Times New Roman" w:eastAsia="Times New Roman" w:hAnsi="Times New Roman" w:cs="Times New Roman"/>
          <w:b/>
          <w:bCs/>
          <w:sz w:val="24"/>
          <w:szCs w:val="24"/>
          <w:lang w:val="fr-CD" w:eastAsia="en-GB"/>
        </w:rPr>
        <w:t>Qualification et expériences requises</w:t>
      </w:r>
    </w:p>
    <w:p w14:paraId="2B1ECC9E" w14:textId="09B4A334" w:rsidR="00536987" w:rsidRPr="006872F9" w:rsidRDefault="00536987" w:rsidP="001E35F5">
      <w:pPr>
        <w:pStyle w:val="Paragraphedeliste"/>
        <w:numPr>
          <w:ilvl w:val="0"/>
          <w:numId w:val="27"/>
        </w:numPr>
        <w:spacing w:after="0"/>
        <w:jc w:val="both"/>
        <w:textAlignment w:val="baseline"/>
        <w:rPr>
          <w:rFonts w:ascii="Times New Roman" w:eastAsia="Times New Roman" w:hAnsi="Times New Roman" w:cs="Times New Roman"/>
          <w:b/>
          <w:bCs/>
          <w:sz w:val="24"/>
          <w:szCs w:val="24"/>
          <w:lang w:val="fr-CD" w:eastAsia="en-GB"/>
        </w:rPr>
      </w:pPr>
      <w:r w:rsidRPr="006872F9">
        <w:rPr>
          <w:rFonts w:ascii="Times New Roman" w:eastAsia="Times New Roman" w:hAnsi="Times New Roman" w:cs="Times New Roman"/>
          <w:b/>
          <w:bCs/>
          <w:sz w:val="24"/>
          <w:szCs w:val="24"/>
          <w:lang w:val="fr-CD" w:eastAsia="en-GB"/>
        </w:rPr>
        <w:t xml:space="preserve">Formation : </w:t>
      </w:r>
    </w:p>
    <w:p w14:paraId="7310927E" w14:textId="5C516DFD" w:rsidR="00536987" w:rsidRPr="006872F9" w:rsidRDefault="00536987" w:rsidP="001E35F5">
      <w:pPr>
        <w:pStyle w:val="Paragraphedeliste"/>
        <w:numPr>
          <w:ilvl w:val="0"/>
          <w:numId w:val="11"/>
        </w:numPr>
        <w:spacing w:after="0"/>
        <w:jc w:val="both"/>
        <w:textAlignment w:val="baseline"/>
        <w:rPr>
          <w:rFonts w:ascii="Times New Roman" w:eastAsia="Times New Roman" w:hAnsi="Times New Roman" w:cs="Times New Roman"/>
          <w:sz w:val="24"/>
          <w:szCs w:val="24"/>
          <w:lang w:val="fr-CD" w:eastAsia="en-GB"/>
        </w:rPr>
      </w:pPr>
      <w:r w:rsidRPr="006872F9">
        <w:rPr>
          <w:rFonts w:ascii="Times New Roman" w:eastAsia="Times New Roman" w:hAnsi="Times New Roman" w:cs="Times New Roman"/>
          <w:sz w:val="24"/>
          <w:szCs w:val="24"/>
          <w:lang w:val="fr-CD" w:eastAsia="en-GB"/>
        </w:rPr>
        <w:t>Diplôme universitaire de niveau supérieur (Master ou doctorat) en finance, commerce, banque, économie, ou dans un domaine étroitement lié.</w:t>
      </w:r>
    </w:p>
    <w:p w14:paraId="5DD0DF89" w14:textId="77777777" w:rsidR="00536987" w:rsidRPr="00536987" w:rsidRDefault="00536987" w:rsidP="00632E83">
      <w:pPr>
        <w:spacing w:after="0"/>
        <w:jc w:val="both"/>
        <w:textAlignment w:val="baseline"/>
        <w:rPr>
          <w:rFonts w:ascii="Times New Roman" w:eastAsia="Times New Roman" w:hAnsi="Times New Roman" w:cs="Times New Roman"/>
          <w:sz w:val="24"/>
          <w:szCs w:val="24"/>
          <w:lang w:val="fr-CD" w:eastAsia="en-GB"/>
        </w:rPr>
      </w:pPr>
    </w:p>
    <w:p w14:paraId="328FE6BD" w14:textId="1B608306" w:rsidR="00536987" w:rsidRPr="006872F9" w:rsidRDefault="00536987" w:rsidP="001E35F5">
      <w:pPr>
        <w:pStyle w:val="Paragraphedeliste"/>
        <w:numPr>
          <w:ilvl w:val="0"/>
          <w:numId w:val="27"/>
        </w:numPr>
        <w:spacing w:after="0"/>
        <w:jc w:val="both"/>
        <w:textAlignment w:val="baseline"/>
        <w:rPr>
          <w:rFonts w:ascii="Times New Roman" w:eastAsia="Times New Roman" w:hAnsi="Times New Roman" w:cs="Times New Roman"/>
          <w:b/>
          <w:bCs/>
          <w:sz w:val="24"/>
          <w:szCs w:val="24"/>
          <w:lang w:val="fr-CD" w:eastAsia="en-GB"/>
        </w:rPr>
      </w:pPr>
      <w:r w:rsidRPr="006872F9">
        <w:rPr>
          <w:rFonts w:ascii="Times New Roman" w:eastAsia="Times New Roman" w:hAnsi="Times New Roman" w:cs="Times New Roman"/>
          <w:b/>
          <w:bCs/>
          <w:sz w:val="24"/>
          <w:szCs w:val="24"/>
          <w:lang w:val="fr-CD" w:eastAsia="en-GB"/>
        </w:rPr>
        <w:t xml:space="preserve">Expérience : </w:t>
      </w:r>
    </w:p>
    <w:p w14:paraId="6B4852E1" w14:textId="11854F53" w:rsidR="00536987" w:rsidRDefault="00536987" w:rsidP="001E35F5">
      <w:pPr>
        <w:pStyle w:val="Paragraphedeliste"/>
        <w:numPr>
          <w:ilvl w:val="0"/>
          <w:numId w:val="11"/>
        </w:numPr>
        <w:spacing w:after="0"/>
        <w:jc w:val="both"/>
        <w:textAlignment w:val="baseline"/>
        <w:rPr>
          <w:rFonts w:ascii="Times New Roman" w:eastAsia="Times New Roman" w:hAnsi="Times New Roman" w:cs="Times New Roman"/>
          <w:sz w:val="24"/>
          <w:szCs w:val="24"/>
          <w:lang w:val="fr-CD" w:eastAsia="en-GB"/>
        </w:rPr>
      </w:pPr>
      <w:r w:rsidRPr="006872F9">
        <w:rPr>
          <w:rFonts w:ascii="Times New Roman" w:eastAsia="Times New Roman" w:hAnsi="Times New Roman" w:cs="Times New Roman"/>
          <w:sz w:val="24"/>
          <w:szCs w:val="24"/>
          <w:lang w:val="fr-CD" w:eastAsia="en-GB"/>
        </w:rPr>
        <w:t xml:space="preserve">Au moins </w:t>
      </w:r>
      <w:r>
        <w:rPr>
          <w:rFonts w:ascii="Times New Roman" w:eastAsia="Times New Roman" w:hAnsi="Times New Roman" w:cs="Times New Roman"/>
          <w:sz w:val="24"/>
          <w:szCs w:val="24"/>
          <w:lang w:val="fr-CD" w:eastAsia="en-GB"/>
        </w:rPr>
        <w:t>5</w:t>
      </w:r>
      <w:r w:rsidRPr="006872F9">
        <w:rPr>
          <w:rFonts w:ascii="Times New Roman" w:eastAsia="Times New Roman" w:hAnsi="Times New Roman" w:cs="Times New Roman"/>
          <w:sz w:val="24"/>
          <w:szCs w:val="24"/>
          <w:lang w:val="fr-CD" w:eastAsia="en-GB"/>
        </w:rPr>
        <w:t> ans d’expérience dans les aspects techniques de la finance coopérative</w:t>
      </w:r>
      <w:r w:rsidR="00187A28">
        <w:rPr>
          <w:rFonts w:ascii="Times New Roman" w:eastAsia="Times New Roman" w:hAnsi="Times New Roman" w:cs="Times New Roman"/>
          <w:sz w:val="24"/>
          <w:szCs w:val="24"/>
          <w:lang w:val="fr-CD" w:eastAsia="en-GB"/>
        </w:rPr>
        <w:t>.</w:t>
      </w:r>
    </w:p>
    <w:p w14:paraId="509B8374" w14:textId="46367DBD" w:rsidR="00536987" w:rsidRDefault="00187A28" w:rsidP="001E35F5">
      <w:pPr>
        <w:pStyle w:val="Paragraphedeliste"/>
        <w:numPr>
          <w:ilvl w:val="0"/>
          <w:numId w:val="11"/>
        </w:numPr>
        <w:spacing w:after="0"/>
        <w:jc w:val="both"/>
        <w:textAlignment w:val="baseline"/>
        <w:rPr>
          <w:rFonts w:ascii="Times New Roman" w:eastAsia="Times New Roman" w:hAnsi="Times New Roman" w:cs="Times New Roman"/>
          <w:sz w:val="24"/>
          <w:szCs w:val="24"/>
          <w:lang w:val="fr-CD" w:eastAsia="en-GB"/>
        </w:rPr>
      </w:pPr>
      <w:r>
        <w:rPr>
          <w:rFonts w:ascii="Times New Roman" w:eastAsia="Times New Roman" w:hAnsi="Times New Roman" w:cs="Times New Roman"/>
          <w:sz w:val="24"/>
          <w:szCs w:val="24"/>
          <w:lang w:val="fr-CD" w:eastAsia="en-GB"/>
        </w:rPr>
        <w:t>Obligatoirement, au</w:t>
      </w:r>
      <w:r w:rsidR="00536987">
        <w:rPr>
          <w:rFonts w:ascii="Times New Roman" w:eastAsia="Times New Roman" w:hAnsi="Times New Roman" w:cs="Times New Roman"/>
          <w:sz w:val="24"/>
          <w:szCs w:val="24"/>
          <w:lang w:val="fr-CD" w:eastAsia="en-GB"/>
        </w:rPr>
        <w:t xml:space="preserve"> minima deux ans d’expérience pour le compte d’institutions de microfinance</w:t>
      </w:r>
      <w:r>
        <w:rPr>
          <w:rFonts w:ascii="Times New Roman" w:eastAsia="Times New Roman" w:hAnsi="Times New Roman" w:cs="Times New Roman"/>
          <w:sz w:val="24"/>
          <w:szCs w:val="24"/>
          <w:lang w:val="fr-CD" w:eastAsia="en-GB"/>
        </w:rPr>
        <w:t xml:space="preserve"> ou coopérative</w:t>
      </w:r>
      <w:r w:rsidR="00536987">
        <w:rPr>
          <w:rFonts w:ascii="Times New Roman" w:eastAsia="Times New Roman" w:hAnsi="Times New Roman" w:cs="Times New Roman"/>
          <w:sz w:val="24"/>
          <w:szCs w:val="24"/>
          <w:lang w:val="fr-CD" w:eastAsia="en-GB"/>
        </w:rPr>
        <w:t>, en tant qu’employé du département de crédit (agent de crédit, superviseur, chef d’agence, analyste des risques)</w:t>
      </w:r>
      <w:r>
        <w:rPr>
          <w:rFonts w:ascii="Times New Roman" w:eastAsia="Times New Roman" w:hAnsi="Times New Roman" w:cs="Times New Roman"/>
          <w:sz w:val="24"/>
          <w:szCs w:val="24"/>
          <w:lang w:val="fr-CD" w:eastAsia="en-GB"/>
        </w:rPr>
        <w:t xml:space="preserve">, avec une expérience démontrée pour le crédit agricole. </w:t>
      </w:r>
    </w:p>
    <w:p w14:paraId="289BAE1F" w14:textId="1CEE3E6F" w:rsidR="00536987" w:rsidRDefault="00187A28" w:rsidP="001E35F5">
      <w:pPr>
        <w:pStyle w:val="Paragraphedeliste"/>
        <w:numPr>
          <w:ilvl w:val="0"/>
          <w:numId w:val="11"/>
        </w:numPr>
        <w:spacing w:after="0"/>
        <w:jc w:val="both"/>
        <w:textAlignment w:val="baseline"/>
        <w:rPr>
          <w:rFonts w:ascii="Times New Roman" w:eastAsia="Times New Roman" w:hAnsi="Times New Roman" w:cs="Times New Roman"/>
          <w:sz w:val="24"/>
          <w:szCs w:val="24"/>
          <w:lang w:val="fr-CD" w:eastAsia="en-GB"/>
        </w:rPr>
      </w:pPr>
      <w:r>
        <w:rPr>
          <w:rFonts w:ascii="Times New Roman" w:eastAsia="Times New Roman" w:hAnsi="Times New Roman" w:cs="Times New Roman"/>
          <w:sz w:val="24"/>
          <w:szCs w:val="24"/>
          <w:lang w:val="fr-CD" w:eastAsia="en-GB"/>
        </w:rPr>
        <w:t xml:space="preserve">Idéalement </w:t>
      </w:r>
      <w:r w:rsidR="00536987" w:rsidRPr="006872F9">
        <w:rPr>
          <w:rFonts w:ascii="Times New Roman" w:eastAsia="Times New Roman" w:hAnsi="Times New Roman" w:cs="Times New Roman"/>
          <w:sz w:val="24"/>
          <w:szCs w:val="24"/>
          <w:lang w:val="fr-CD" w:eastAsia="en-GB"/>
        </w:rPr>
        <w:t>deux ans d’expérience pour le compte de projet</w:t>
      </w:r>
      <w:r>
        <w:rPr>
          <w:rFonts w:ascii="Times New Roman" w:eastAsia="Times New Roman" w:hAnsi="Times New Roman" w:cs="Times New Roman"/>
          <w:sz w:val="24"/>
          <w:szCs w:val="24"/>
          <w:lang w:val="fr-CD" w:eastAsia="en-GB"/>
        </w:rPr>
        <w:t>s</w:t>
      </w:r>
      <w:r w:rsidR="00536987" w:rsidRPr="006872F9">
        <w:rPr>
          <w:rFonts w:ascii="Times New Roman" w:eastAsia="Times New Roman" w:hAnsi="Times New Roman" w:cs="Times New Roman"/>
          <w:sz w:val="24"/>
          <w:szCs w:val="24"/>
          <w:lang w:val="fr-CD" w:eastAsia="en-GB"/>
        </w:rPr>
        <w:t xml:space="preserve"> de développement</w:t>
      </w:r>
      <w:r>
        <w:rPr>
          <w:rFonts w:ascii="Times New Roman" w:eastAsia="Times New Roman" w:hAnsi="Times New Roman" w:cs="Times New Roman"/>
          <w:sz w:val="24"/>
          <w:szCs w:val="24"/>
          <w:lang w:val="fr-CD" w:eastAsia="en-GB"/>
        </w:rPr>
        <w:t xml:space="preserve"> mis en œuvre par l’état congolais et / ou pour le compte d’organisations internationales,</w:t>
      </w:r>
      <w:r w:rsidR="00536987" w:rsidRPr="006872F9">
        <w:rPr>
          <w:rFonts w:ascii="Times New Roman" w:eastAsia="Times New Roman" w:hAnsi="Times New Roman" w:cs="Times New Roman"/>
          <w:sz w:val="24"/>
          <w:szCs w:val="24"/>
          <w:lang w:val="fr-CD" w:eastAsia="en-GB"/>
        </w:rPr>
        <w:t xml:space="preserve"> en tant que</w:t>
      </w:r>
      <w:r w:rsidRPr="006872F9">
        <w:rPr>
          <w:rFonts w:ascii="Times New Roman" w:eastAsia="Times New Roman" w:hAnsi="Times New Roman" w:cs="Times New Roman"/>
          <w:sz w:val="24"/>
          <w:szCs w:val="24"/>
          <w:lang w:val="fr-CD" w:eastAsia="en-GB"/>
        </w:rPr>
        <w:t xml:space="preserve"> spécialiste en finance rurale</w:t>
      </w:r>
      <w:r w:rsidR="001972C7">
        <w:rPr>
          <w:rFonts w:ascii="Times New Roman" w:eastAsia="Times New Roman" w:hAnsi="Times New Roman" w:cs="Times New Roman"/>
          <w:sz w:val="24"/>
          <w:szCs w:val="24"/>
          <w:lang w:val="fr-CD" w:eastAsia="en-GB"/>
        </w:rPr>
        <w:t xml:space="preserve"> ou similaire</w:t>
      </w:r>
      <w:r w:rsidRPr="006872F9">
        <w:rPr>
          <w:rFonts w:ascii="Times New Roman" w:eastAsia="Times New Roman" w:hAnsi="Times New Roman" w:cs="Times New Roman"/>
          <w:sz w:val="24"/>
          <w:szCs w:val="24"/>
          <w:lang w:val="fr-CD" w:eastAsia="en-GB"/>
        </w:rPr>
        <w:t xml:space="preserve">. </w:t>
      </w:r>
    </w:p>
    <w:p w14:paraId="4F2E44EC" w14:textId="183D39F2" w:rsidR="00187A28" w:rsidRPr="006872F9" w:rsidRDefault="00187A28" w:rsidP="001E35F5">
      <w:pPr>
        <w:pStyle w:val="Paragraphedeliste"/>
        <w:numPr>
          <w:ilvl w:val="0"/>
          <w:numId w:val="11"/>
        </w:numPr>
        <w:spacing w:after="0"/>
        <w:jc w:val="both"/>
        <w:textAlignment w:val="baseline"/>
        <w:rPr>
          <w:rFonts w:ascii="Times New Roman" w:eastAsia="Times New Roman" w:hAnsi="Times New Roman" w:cs="Times New Roman"/>
          <w:sz w:val="24"/>
          <w:szCs w:val="24"/>
          <w:lang w:val="fr-CD" w:eastAsia="en-GB"/>
        </w:rPr>
      </w:pPr>
      <w:r>
        <w:rPr>
          <w:rFonts w:ascii="Times New Roman" w:eastAsia="Times New Roman" w:hAnsi="Times New Roman" w:cs="Times New Roman"/>
          <w:sz w:val="24"/>
          <w:szCs w:val="24"/>
          <w:lang w:val="fr-CD" w:eastAsia="en-GB"/>
        </w:rPr>
        <w:t xml:space="preserve">Idéalement deux ans d’expérience dans la formation et le coaching aux jeunes entrepreneurs via un centre d’incubation et </w:t>
      </w:r>
      <w:r w:rsidR="002445DC">
        <w:rPr>
          <w:rFonts w:ascii="Times New Roman" w:eastAsia="Times New Roman" w:hAnsi="Times New Roman" w:cs="Times New Roman"/>
          <w:sz w:val="24"/>
          <w:szCs w:val="24"/>
          <w:lang w:val="fr-CD" w:eastAsia="en-GB"/>
        </w:rPr>
        <w:t>/ ou au travers des institutions financières fournissant des activités d’accompagnement aux entrepreneurs, avec notamment une compréhension claire des besoins de l’entrepreneur pour la comptabilité et les principes de stratégie commerciale (connaissance client, détermination des prix, canaux de distribution, communication)</w:t>
      </w:r>
    </w:p>
    <w:p w14:paraId="311C7D09" w14:textId="37E2FF59" w:rsidR="00536987" w:rsidRPr="006872F9" w:rsidRDefault="00187A28" w:rsidP="001E35F5">
      <w:pPr>
        <w:pStyle w:val="Paragraphedeliste"/>
        <w:numPr>
          <w:ilvl w:val="0"/>
          <w:numId w:val="11"/>
        </w:numPr>
        <w:spacing w:after="0"/>
        <w:jc w:val="both"/>
        <w:textAlignment w:val="baseline"/>
        <w:rPr>
          <w:rFonts w:ascii="Times New Roman" w:eastAsia="Times New Roman" w:hAnsi="Times New Roman" w:cs="Times New Roman"/>
          <w:sz w:val="24"/>
          <w:szCs w:val="24"/>
          <w:lang w:val="fr-CD" w:eastAsia="en-GB"/>
        </w:rPr>
      </w:pPr>
      <w:r>
        <w:rPr>
          <w:rFonts w:ascii="Times New Roman" w:eastAsia="Times New Roman" w:hAnsi="Times New Roman" w:cs="Times New Roman"/>
          <w:sz w:val="24"/>
          <w:szCs w:val="24"/>
          <w:lang w:val="fr-CD" w:eastAsia="en-GB"/>
        </w:rPr>
        <w:t>Expérience avérée dans la facilitation d’échanges avec les institutions financières</w:t>
      </w:r>
      <w:r w:rsidR="001972C7">
        <w:rPr>
          <w:rFonts w:ascii="Times New Roman" w:eastAsia="Times New Roman" w:hAnsi="Times New Roman" w:cs="Times New Roman"/>
          <w:sz w:val="24"/>
          <w:szCs w:val="24"/>
          <w:lang w:val="fr-CD" w:eastAsia="en-GB"/>
        </w:rPr>
        <w:t xml:space="preserve"> et centres d’incubation</w:t>
      </w:r>
      <w:r>
        <w:rPr>
          <w:rFonts w:ascii="Times New Roman" w:eastAsia="Times New Roman" w:hAnsi="Times New Roman" w:cs="Times New Roman"/>
          <w:sz w:val="24"/>
          <w:szCs w:val="24"/>
          <w:lang w:val="fr-CD" w:eastAsia="en-GB"/>
        </w:rPr>
        <w:t> au niveau institutionnel (accord de partenariat) et opérationnel (échanges techniques, contribution à la production de manuels d’opération et mise en œuvre, coordination avec des agents de crédit et commerciaux)</w:t>
      </w:r>
      <w:r w:rsidR="001972C7">
        <w:rPr>
          <w:rFonts w:ascii="Times New Roman" w:eastAsia="Times New Roman" w:hAnsi="Times New Roman" w:cs="Times New Roman"/>
          <w:sz w:val="24"/>
          <w:szCs w:val="24"/>
          <w:lang w:val="fr-CD" w:eastAsia="en-GB"/>
        </w:rPr>
        <w:t>.</w:t>
      </w:r>
    </w:p>
    <w:p w14:paraId="53D05858" w14:textId="77777777" w:rsidR="00536987" w:rsidRPr="00696CDE" w:rsidRDefault="00536987" w:rsidP="00632E83">
      <w:pPr>
        <w:spacing w:after="0"/>
        <w:jc w:val="both"/>
        <w:textAlignment w:val="baseline"/>
        <w:rPr>
          <w:rFonts w:ascii="Times New Roman" w:eastAsia="Times New Roman" w:hAnsi="Times New Roman" w:cs="Times New Roman"/>
          <w:sz w:val="24"/>
          <w:szCs w:val="24"/>
          <w:lang w:val="fr-CD" w:eastAsia="en-GB"/>
        </w:rPr>
      </w:pPr>
    </w:p>
    <w:p w14:paraId="6F6DC346" w14:textId="77777777" w:rsidR="00536987" w:rsidRPr="00696CDE" w:rsidRDefault="00536987" w:rsidP="00632E83">
      <w:pPr>
        <w:pStyle w:val="Titre2"/>
        <w:spacing w:before="0"/>
        <w:jc w:val="both"/>
        <w:rPr>
          <w:rFonts w:ascii="Times New Roman" w:hAnsi="Times New Roman" w:cs="Times New Roman"/>
          <w:color w:val="auto"/>
          <w:sz w:val="24"/>
          <w:szCs w:val="24"/>
        </w:rPr>
      </w:pPr>
      <w:r w:rsidRPr="00696CDE">
        <w:rPr>
          <w:rStyle w:val="lev"/>
          <w:rFonts w:ascii="Times New Roman" w:hAnsi="Times New Roman" w:cs="Times New Roman"/>
          <w:b/>
          <w:bCs/>
          <w:color w:val="auto"/>
          <w:sz w:val="24"/>
          <w:szCs w:val="24"/>
        </w:rPr>
        <w:t>3. Compétences techniques et informatiques</w:t>
      </w:r>
    </w:p>
    <w:p w14:paraId="60E93A8E" w14:textId="3F0881C7" w:rsidR="00536987" w:rsidRPr="00696CDE" w:rsidRDefault="00536987" w:rsidP="001E35F5">
      <w:pPr>
        <w:pStyle w:val="NormalWeb"/>
        <w:numPr>
          <w:ilvl w:val="0"/>
          <w:numId w:val="24"/>
        </w:numPr>
        <w:spacing w:before="0" w:beforeAutospacing="0" w:after="0" w:afterAutospacing="0" w:line="276" w:lineRule="auto"/>
        <w:jc w:val="both"/>
      </w:pPr>
      <w:r w:rsidRPr="00696CDE">
        <w:t>Maîtriser les outils informatiques usuels (notamment Word et PowerPoint)</w:t>
      </w:r>
    </w:p>
    <w:p w14:paraId="4D97336A" w14:textId="066548D0" w:rsidR="002445DC" w:rsidRPr="00696CDE" w:rsidRDefault="002445DC" w:rsidP="001E35F5">
      <w:pPr>
        <w:pStyle w:val="NormalWeb"/>
        <w:numPr>
          <w:ilvl w:val="0"/>
          <w:numId w:val="24"/>
        </w:numPr>
        <w:spacing w:before="0" w:beforeAutospacing="0" w:after="0" w:afterAutospacing="0" w:line="276" w:lineRule="auto"/>
        <w:jc w:val="both"/>
      </w:pPr>
      <w:r w:rsidRPr="00696CDE">
        <w:t>Maitrise avancée d’Excel notamment pour la production d’analyse financière</w:t>
      </w:r>
    </w:p>
    <w:p w14:paraId="17AC87FE" w14:textId="77777777" w:rsidR="00536987" w:rsidRPr="00696CDE" w:rsidRDefault="00536987" w:rsidP="001E35F5">
      <w:pPr>
        <w:pStyle w:val="NormalWeb"/>
        <w:numPr>
          <w:ilvl w:val="0"/>
          <w:numId w:val="24"/>
        </w:numPr>
        <w:spacing w:before="0" w:beforeAutospacing="0" w:after="0" w:afterAutospacing="0" w:line="276" w:lineRule="auto"/>
        <w:jc w:val="both"/>
      </w:pPr>
      <w:r w:rsidRPr="00696CDE">
        <w:t>Disposer d’une capacité avérée à produire des rapports techniques structurés et de haute qualité.</w:t>
      </w:r>
    </w:p>
    <w:p w14:paraId="2F4AC70C" w14:textId="724A462F" w:rsidR="001972C7" w:rsidRPr="00696CDE" w:rsidRDefault="001972C7" w:rsidP="001E35F5">
      <w:pPr>
        <w:pStyle w:val="NormalWeb"/>
        <w:numPr>
          <w:ilvl w:val="0"/>
          <w:numId w:val="24"/>
        </w:numPr>
        <w:spacing w:before="0" w:beforeAutospacing="0" w:after="0" w:afterAutospacing="0" w:line="276" w:lineRule="auto"/>
        <w:jc w:val="both"/>
      </w:pPr>
      <w:r w:rsidRPr="00696CDE">
        <w:t>Disposer de bonnes qualités oratoires et des capacités à s’exprimer en public</w:t>
      </w:r>
    </w:p>
    <w:p w14:paraId="50E9D63E" w14:textId="77777777" w:rsidR="00536987" w:rsidRPr="00696CDE" w:rsidRDefault="00536987" w:rsidP="00632E83">
      <w:pPr>
        <w:spacing w:after="0"/>
        <w:jc w:val="both"/>
        <w:rPr>
          <w:rFonts w:ascii="Times New Roman" w:hAnsi="Times New Roman" w:cs="Times New Roman"/>
          <w:sz w:val="24"/>
          <w:szCs w:val="24"/>
          <w:lang w:val="fr-FR"/>
        </w:rPr>
      </w:pPr>
    </w:p>
    <w:p w14:paraId="35CCE07D" w14:textId="319A0236" w:rsidR="00536987" w:rsidRPr="00696CDE" w:rsidRDefault="00536987" w:rsidP="00632E83">
      <w:pPr>
        <w:pStyle w:val="Titre2"/>
        <w:spacing w:before="0"/>
        <w:jc w:val="both"/>
        <w:rPr>
          <w:rFonts w:ascii="Times New Roman" w:hAnsi="Times New Roman" w:cs="Times New Roman"/>
          <w:color w:val="auto"/>
          <w:sz w:val="24"/>
          <w:szCs w:val="24"/>
        </w:rPr>
      </w:pPr>
      <w:r w:rsidRPr="00696CDE">
        <w:rPr>
          <w:rStyle w:val="lev"/>
          <w:rFonts w:ascii="Times New Roman" w:hAnsi="Times New Roman" w:cs="Times New Roman"/>
          <w:b/>
          <w:bCs/>
          <w:color w:val="auto"/>
          <w:sz w:val="24"/>
          <w:szCs w:val="24"/>
        </w:rPr>
        <w:t xml:space="preserve">4. Compétences organisationnelles </w:t>
      </w:r>
    </w:p>
    <w:p w14:paraId="0FCCFEB2" w14:textId="77777777" w:rsidR="00536987" w:rsidRPr="00696CDE" w:rsidRDefault="00536987" w:rsidP="001E35F5">
      <w:pPr>
        <w:pStyle w:val="NormalWeb"/>
        <w:numPr>
          <w:ilvl w:val="0"/>
          <w:numId w:val="25"/>
        </w:numPr>
        <w:spacing w:before="0" w:beforeAutospacing="0" w:after="0" w:afterAutospacing="0" w:line="276" w:lineRule="auto"/>
        <w:jc w:val="both"/>
      </w:pPr>
      <w:r w:rsidRPr="00696CDE">
        <w:t>Faire preuve d’excellentes capacités organisationnelles et de planification, avec aptitude à hiérarchiser les priorités, respecter les délais et gérer simultanément plusieurs activités.</w:t>
      </w:r>
    </w:p>
    <w:p w14:paraId="10397A5A" w14:textId="77777777" w:rsidR="00536987" w:rsidRPr="00696CDE" w:rsidRDefault="00536987" w:rsidP="001E35F5">
      <w:pPr>
        <w:pStyle w:val="NormalWeb"/>
        <w:numPr>
          <w:ilvl w:val="0"/>
          <w:numId w:val="25"/>
        </w:numPr>
        <w:spacing w:before="0" w:beforeAutospacing="0" w:after="0" w:afterAutospacing="0" w:line="276" w:lineRule="auto"/>
        <w:jc w:val="both"/>
      </w:pPr>
      <w:r w:rsidRPr="00696CDE">
        <w:t>Être capable de travailler en équipe, sous pression et dans des environnements opérationnels exigeants.</w:t>
      </w:r>
    </w:p>
    <w:p w14:paraId="08177F67" w14:textId="77777777" w:rsidR="00536987" w:rsidRPr="00696CDE" w:rsidRDefault="00536987" w:rsidP="00632E83">
      <w:pPr>
        <w:spacing w:after="0"/>
        <w:jc w:val="both"/>
        <w:rPr>
          <w:rFonts w:ascii="Times New Roman" w:hAnsi="Times New Roman" w:cs="Times New Roman"/>
          <w:sz w:val="24"/>
          <w:szCs w:val="24"/>
          <w:lang w:val="fr-FR"/>
        </w:rPr>
      </w:pPr>
    </w:p>
    <w:p w14:paraId="087F4872" w14:textId="77777777" w:rsidR="00536987" w:rsidRPr="00696CDE" w:rsidRDefault="00536987" w:rsidP="00632E83">
      <w:pPr>
        <w:pStyle w:val="Titre2"/>
        <w:spacing w:before="0"/>
        <w:jc w:val="both"/>
        <w:rPr>
          <w:rFonts w:ascii="Times New Roman" w:hAnsi="Times New Roman" w:cs="Times New Roman"/>
          <w:color w:val="auto"/>
          <w:sz w:val="24"/>
          <w:szCs w:val="24"/>
          <w:lang w:val="fr-FR"/>
        </w:rPr>
      </w:pPr>
      <w:r w:rsidRPr="00696CDE">
        <w:rPr>
          <w:rStyle w:val="lev"/>
          <w:rFonts w:ascii="Times New Roman" w:hAnsi="Times New Roman" w:cs="Times New Roman"/>
          <w:b/>
          <w:bCs/>
          <w:color w:val="auto"/>
          <w:sz w:val="24"/>
          <w:szCs w:val="24"/>
          <w:lang w:val="fr-FR"/>
        </w:rPr>
        <w:t>5. Aptitudes relationnelles et conditions de travail</w:t>
      </w:r>
    </w:p>
    <w:p w14:paraId="160AEF78" w14:textId="77777777" w:rsidR="00536987" w:rsidRPr="00696CDE" w:rsidRDefault="00536987" w:rsidP="001E35F5">
      <w:pPr>
        <w:pStyle w:val="NormalWeb"/>
        <w:numPr>
          <w:ilvl w:val="0"/>
          <w:numId w:val="26"/>
        </w:numPr>
        <w:spacing w:before="0" w:beforeAutospacing="0" w:after="0" w:afterAutospacing="0" w:line="276" w:lineRule="auto"/>
        <w:jc w:val="both"/>
      </w:pPr>
      <w:r w:rsidRPr="00696CDE">
        <w:t>Disposer d’excellentes capacités de communication écrite et orale en français ; la maîtrise de langues nationales constitue un atout.</w:t>
      </w:r>
    </w:p>
    <w:p w14:paraId="3C918EF5" w14:textId="18176272" w:rsidR="00536987" w:rsidRPr="000F4982" w:rsidRDefault="00536987" w:rsidP="001E35F5">
      <w:pPr>
        <w:pStyle w:val="NormalWeb"/>
        <w:numPr>
          <w:ilvl w:val="0"/>
          <w:numId w:val="26"/>
        </w:numPr>
        <w:spacing w:before="0" w:beforeAutospacing="0" w:after="0" w:afterAutospacing="0" w:line="276" w:lineRule="auto"/>
        <w:jc w:val="both"/>
      </w:pPr>
      <w:r w:rsidRPr="000F4982">
        <w:t>Être disposé(e) à travailler en milieu rural, en interaction avec les communautés locales,</w:t>
      </w:r>
      <w:r w:rsidR="002445DC">
        <w:t xml:space="preserve"> et</w:t>
      </w:r>
      <w:r w:rsidRPr="000F4982">
        <w:t xml:space="preserve"> les autorités administratives et coutumières.</w:t>
      </w:r>
    </w:p>
    <w:p w14:paraId="372627F8" w14:textId="77777777" w:rsidR="00536987" w:rsidRPr="000F4982" w:rsidRDefault="00536987" w:rsidP="001E35F5">
      <w:pPr>
        <w:pStyle w:val="NormalWeb"/>
        <w:numPr>
          <w:ilvl w:val="0"/>
          <w:numId w:val="26"/>
        </w:numPr>
        <w:spacing w:before="0" w:beforeAutospacing="0" w:after="0" w:afterAutospacing="0" w:line="276" w:lineRule="auto"/>
        <w:jc w:val="both"/>
      </w:pPr>
      <w:r w:rsidRPr="000F4982">
        <w:t>Être disponible pour effectuer des déplacements fréquents sur le terrain dans le cadre des missions de suivi et de supervision.</w:t>
      </w:r>
    </w:p>
    <w:p w14:paraId="5FC0C41E" w14:textId="77777777" w:rsidR="00536987" w:rsidRPr="00881547" w:rsidRDefault="00536987" w:rsidP="00632E83">
      <w:pPr>
        <w:spacing w:after="0"/>
        <w:jc w:val="both"/>
        <w:textAlignment w:val="baseline"/>
        <w:rPr>
          <w:rFonts w:ascii="Times New Roman" w:eastAsia="Times New Roman" w:hAnsi="Times New Roman" w:cs="Times New Roman"/>
          <w:sz w:val="24"/>
          <w:szCs w:val="24"/>
          <w:lang w:val="fr-CD" w:eastAsia="en-GB"/>
        </w:rPr>
      </w:pPr>
    </w:p>
    <w:p w14:paraId="0257E729" w14:textId="6795B561" w:rsidR="002A0882" w:rsidRPr="00696CDE" w:rsidRDefault="002A0882" w:rsidP="001E35F5">
      <w:pPr>
        <w:pStyle w:val="Titre2"/>
        <w:numPr>
          <w:ilvl w:val="0"/>
          <w:numId w:val="15"/>
        </w:numPr>
        <w:spacing w:before="0"/>
        <w:jc w:val="both"/>
        <w:rPr>
          <w:rStyle w:val="lev"/>
          <w:rFonts w:ascii="Times New Roman" w:hAnsi="Times New Roman" w:cs="Times New Roman"/>
          <w:b/>
          <w:bCs/>
          <w:color w:val="auto"/>
          <w:sz w:val="24"/>
          <w:szCs w:val="24"/>
          <w:lang w:val="fr-FR"/>
        </w:rPr>
      </w:pPr>
      <w:r w:rsidRPr="00696CDE">
        <w:rPr>
          <w:rStyle w:val="lev"/>
          <w:rFonts w:ascii="Times New Roman" w:hAnsi="Times New Roman" w:cs="Times New Roman"/>
          <w:b/>
          <w:bCs/>
          <w:color w:val="auto"/>
          <w:sz w:val="24"/>
          <w:szCs w:val="24"/>
          <w:lang w:val="fr-FR"/>
        </w:rPr>
        <w:t>Contenu du dossier de candidature</w:t>
      </w:r>
    </w:p>
    <w:p w14:paraId="014BBDAE" w14:textId="77777777" w:rsidR="002A0882" w:rsidRPr="007075E4" w:rsidRDefault="002A0882" w:rsidP="00632E83">
      <w:pPr>
        <w:jc w:val="both"/>
        <w:rPr>
          <w:rFonts w:ascii="Times New Roman" w:hAnsi="Times New Roman" w:cs="Times New Roman"/>
          <w:sz w:val="24"/>
          <w:szCs w:val="24"/>
          <w:lang w:val="fr-FR"/>
        </w:rPr>
      </w:pPr>
      <w:r w:rsidRPr="007075E4">
        <w:rPr>
          <w:rFonts w:ascii="Times New Roman" w:hAnsi="Times New Roman" w:cs="Times New Roman"/>
          <w:sz w:val="24"/>
          <w:szCs w:val="24"/>
          <w:lang w:val="fr-FR"/>
        </w:rPr>
        <w:t xml:space="preserve">Les documents de candidature doivent être constitués des pièces suivantes : </w:t>
      </w:r>
    </w:p>
    <w:p w14:paraId="51B86F04" w14:textId="77777777" w:rsidR="002A0882" w:rsidRPr="00C645ED" w:rsidRDefault="002A088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lettre de motivation signée du (de la) candidat adressée au Secrétaire Générale à l’Agriculture ;</w:t>
      </w:r>
    </w:p>
    <w:p w14:paraId="2B87BCC6" w14:textId="77777777" w:rsidR="002A0882" w:rsidRPr="00C645ED" w:rsidRDefault="002A088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 curriculum vitae actualisé mentionnant au moins trois (3) personnes de référence pour confirmer les expériences et portant une adresse électronique et un numéro de téléphone valide ;</w:t>
      </w:r>
    </w:p>
    <w:p w14:paraId="1161B3E0" w14:textId="77777777" w:rsidR="002A0882" w:rsidRPr="00C645ED" w:rsidRDefault="002A088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copies électroniques des titres académiques notariés et attestations de formations ;</w:t>
      </w:r>
    </w:p>
    <w:p w14:paraId="6C3E57D6" w14:textId="77777777" w:rsidR="002A0882" w:rsidRPr="00C645ED" w:rsidRDefault="002A088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preuves d’expérience, notamment les copies des attestations de service rendu et certificat de travail ;</w:t>
      </w:r>
    </w:p>
    <w:p w14:paraId="2EBCA72D" w14:textId="77777777" w:rsidR="002A0882" w:rsidRPr="00C645ED" w:rsidRDefault="002A088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Copie d’une pièce d’identité en cours de validité ; </w:t>
      </w:r>
    </w:p>
    <w:p w14:paraId="16663BB2" w14:textId="77777777" w:rsidR="002A0882" w:rsidRPr="000E34FF" w:rsidRDefault="002A0882" w:rsidP="001E35F5">
      <w:pPr>
        <w:pStyle w:val="Paragraphedeliste"/>
        <w:numPr>
          <w:ilvl w:val="0"/>
          <w:numId w:val="9"/>
        </w:numPr>
        <w:suppressAutoHyphens/>
        <w:autoSpaceDN w:val="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copie de certificat d’aptitude physique.</w:t>
      </w:r>
    </w:p>
    <w:p w14:paraId="6B0CE70A" w14:textId="77777777" w:rsidR="002A0882" w:rsidRPr="000E34FF" w:rsidRDefault="002A0882" w:rsidP="00632E83">
      <w:pPr>
        <w:spacing w:after="0"/>
        <w:jc w:val="both"/>
        <w:textAlignment w:val="baseline"/>
        <w:rPr>
          <w:rFonts w:ascii="Times New Roman" w:eastAsia="Times New Roman" w:hAnsi="Times New Roman" w:cs="Times New Roman"/>
          <w:sz w:val="24"/>
          <w:szCs w:val="24"/>
          <w:lang w:val="fr-CD" w:eastAsia="en-GB"/>
        </w:rPr>
      </w:pPr>
    </w:p>
    <w:p w14:paraId="6908607E" w14:textId="6F9301CE" w:rsidR="002A0882" w:rsidRPr="00696CDE" w:rsidRDefault="002A0882" w:rsidP="001E35F5">
      <w:pPr>
        <w:pStyle w:val="Paragraphedeliste"/>
        <w:numPr>
          <w:ilvl w:val="0"/>
          <w:numId w:val="15"/>
        </w:numPr>
        <w:suppressAutoHyphens/>
        <w:autoSpaceDN w:val="0"/>
        <w:jc w:val="both"/>
        <w:textAlignment w:val="baseline"/>
        <w:rPr>
          <w:rFonts w:ascii="Times New Roman" w:hAnsi="Times New Roman" w:cs="Times New Roman"/>
          <w:b/>
          <w:sz w:val="24"/>
          <w:szCs w:val="24"/>
          <w:lang w:val="fr-FR"/>
        </w:rPr>
      </w:pPr>
      <w:r w:rsidRPr="00696CDE">
        <w:rPr>
          <w:rFonts w:ascii="Times New Roman" w:hAnsi="Times New Roman" w:cs="Times New Roman"/>
          <w:b/>
          <w:sz w:val="24"/>
          <w:szCs w:val="24"/>
          <w:lang w:val="fr-FR"/>
        </w:rPr>
        <w:t>Durée du Contrat</w:t>
      </w:r>
    </w:p>
    <w:p w14:paraId="016AB757" w14:textId="77777777" w:rsidR="002A0882" w:rsidRPr="00C645ED" w:rsidRDefault="002A0882" w:rsidP="00632E83">
      <w:pPr>
        <w:pStyle w:val="NormalWeb"/>
        <w:spacing w:line="276" w:lineRule="auto"/>
        <w:jc w:val="both"/>
      </w:pPr>
      <w:r w:rsidRPr="00C645ED">
        <w:t xml:space="preserve">Le contrat sera conclu pour une </w:t>
      </w:r>
      <w:r w:rsidRPr="00C645ED">
        <w:rPr>
          <w:rStyle w:val="lev"/>
          <w:b w:val="0"/>
          <w:bCs w:val="0"/>
        </w:rPr>
        <w:t>durée</w:t>
      </w:r>
      <w:r w:rsidRPr="00C645ED">
        <w:rPr>
          <w:rStyle w:val="lev"/>
        </w:rPr>
        <w:t xml:space="preserve"> d’un (1) an</w:t>
      </w:r>
      <w:r w:rsidRPr="00C645ED">
        <w:t xml:space="preserve">, renouvelable sur la base d’une </w:t>
      </w:r>
      <w:r w:rsidRPr="00C645ED">
        <w:rPr>
          <w:rStyle w:val="lev"/>
          <w:b w:val="0"/>
          <w:bCs w:val="0"/>
        </w:rPr>
        <w:t>évaluation satisfaisante des performances</w:t>
      </w:r>
      <w:r w:rsidRPr="00C645ED">
        <w:t xml:space="preserve"> du/de la titulaire. Le renouvellement du contrat sera toutefois limité à la </w:t>
      </w:r>
      <w:r w:rsidRPr="00C645ED">
        <w:rPr>
          <w:rStyle w:val="lev"/>
          <w:b w:val="0"/>
          <w:bCs w:val="0"/>
        </w:rPr>
        <w:t>durée effective de mise en œuvre du Projet</w:t>
      </w:r>
      <w:r w:rsidRPr="00C645ED">
        <w:rPr>
          <w:b/>
          <w:bCs/>
        </w:rPr>
        <w:t>.</w:t>
      </w:r>
    </w:p>
    <w:p w14:paraId="760837DA" w14:textId="77777777" w:rsidR="002A0882" w:rsidRPr="00C645ED" w:rsidRDefault="002A0882" w:rsidP="00632E83">
      <w:pPr>
        <w:pStyle w:val="NormalWeb"/>
        <w:spacing w:line="276" w:lineRule="auto"/>
        <w:jc w:val="both"/>
      </w:pPr>
      <w:r w:rsidRPr="00C645ED">
        <w:t xml:space="preserve">Le contrat initial comportera une </w:t>
      </w:r>
      <w:r w:rsidRPr="00C645ED">
        <w:rPr>
          <w:rStyle w:val="lev"/>
        </w:rPr>
        <w:t>période probatoire de six (6) mois</w:t>
      </w:r>
      <w:r w:rsidRPr="00C645ED">
        <w:t xml:space="preserve">, au terme de laquelle la confirmation définitive du/de la titulaire sera subordonnée à une </w:t>
      </w:r>
      <w:r w:rsidRPr="00C645ED">
        <w:rPr>
          <w:rStyle w:val="lev"/>
          <w:b w:val="0"/>
          <w:bCs w:val="0"/>
        </w:rPr>
        <w:t>évaluation positive des résultats et du comportement professionnel</w:t>
      </w:r>
      <w:r w:rsidRPr="00C645ED">
        <w:rPr>
          <w:b/>
          <w:bCs/>
        </w:rPr>
        <w:t>.</w:t>
      </w:r>
    </w:p>
    <w:p w14:paraId="3453AFB1" w14:textId="77777777" w:rsidR="002A0882" w:rsidRPr="00C645ED" w:rsidRDefault="002A0882" w:rsidP="00632E83">
      <w:pPr>
        <w:pStyle w:val="p2"/>
        <w:spacing w:line="276" w:lineRule="auto"/>
        <w:ind w:left="1440"/>
        <w:jc w:val="both"/>
        <w:rPr>
          <w:rFonts w:ascii="Times New Roman" w:hAnsi="Times New Roman"/>
          <w:sz w:val="24"/>
          <w:szCs w:val="24"/>
        </w:rPr>
      </w:pPr>
    </w:p>
    <w:p w14:paraId="0987E44F" w14:textId="77777777" w:rsidR="002A0882" w:rsidRPr="00C645ED" w:rsidRDefault="002A0882" w:rsidP="00632E83">
      <w:pPr>
        <w:pStyle w:val="Paragraphedeliste"/>
        <w:suppressAutoHyphens/>
        <w:autoSpaceDN w:val="0"/>
        <w:ind w:left="1080"/>
        <w:contextualSpacing w:val="0"/>
        <w:jc w:val="both"/>
        <w:textAlignment w:val="baseline"/>
        <w:rPr>
          <w:rFonts w:ascii="Times New Roman" w:hAnsi="Times New Roman" w:cs="Times New Roman"/>
          <w:b/>
          <w:sz w:val="24"/>
          <w:szCs w:val="24"/>
          <w:lang w:val="fr-CD"/>
        </w:rPr>
      </w:pPr>
      <w:r w:rsidRPr="00C645ED">
        <w:rPr>
          <w:rFonts w:ascii="Times New Roman" w:hAnsi="Times New Roman" w:cs="Times New Roman"/>
          <w:b/>
          <w:sz w:val="24"/>
          <w:szCs w:val="24"/>
          <w:lang w:val="fr-CD"/>
        </w:rPr>
        <w:t>Lieu d'affectation et de prise de fonction</w:t>
      </w:r>
    </w:p>
    <w:p w14:paraId="3D4E575B" w14:textId="4C576AA4" w:rsidR="002A0882" w:rsidRPr="00C645ED" w:rsidRDefault="002A0882" w:rsidP="00632E83">
      <w:pPr>
        <w:suppressAutoHyphens/>
        <w:autoSpaceDN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Le/la titulaire du poste sera basé(e) </w:t>
      </w:r>
      <w:r w:rsidRPr="00D664E0">
        <w:rPr>
          <w:rFonts w:ascii="Times New Roman" w:hAnsi="Times New Roman" w:cs="Times New Roman"/>
          <w:sz w:val="24"/>
          <w:szCs w:val="24"/>
          <w:lang w:val="fr-FR"/>
        </w:rPr>
        <w:t xml:space="preserve">à </w:t>
      </w:r>
      <w:r w:rsidR="00934C67" w:rsidRPr="00D664E0">
        <w:rPr>
          <w:rFonts w:ascii="Times New Roman" w:hAnsi="Times New Roman" w:cs="Times New Roman"/>
          <w:sz w:val="24"/>
          <w:szCs w:val="24"/>
          <w:lang w:val="fr-FR"/>
        </w:rPr>
        <w:t>Kikwit</w:t>
      </w:r>
      <w:r w:rsidRPr="00D664E0">
        <w:rPr>
          <w:rFonts w:ascii="Times New Roman" w:hAnsi="Times New Roman" w:cs="Times New Roman"/>
          <w:sz w:val="24"/>
          <w:szCs w:val="24"/>
          <w:lang w:val="fr-FR"/>
        </w:rPr>
        <w:t xml:space="preserve">, dans la Province </w:t>
      </w:r>
      <w:r w:rsidR="00934C67">
        <w:rPr>
          <w:rFonts w:ascii="Times New Roman" w:hAnsi="Times New Roman" w:cs="Times New Roman"/>
          <w:sz w:val="24"/>
          <w:szCs w:val="24"/>
          <w:lang w:val="fr-FR"/>
        </w:rPr>
        <w:t>de Kwilu</w:t>
      </w:r>
      <w:r w:rsidRPr="00C645ED">
        <w:rPr>
          <w:rFonts w:ascii="Times New Roman" w:hAnsi="Times New Roman" w:cs="Times New Roman"/>
          <w:sz w:val="24"/>
          <w:szCs w:val="24"/>
          <w:lang w:val="fr-FR"/>
        </w:rPr>
        <w:t>, en République Démocratique du Congo.</w:t>
      </w:r>
    </w:p>
    <w:p w14:paraId="017A21CB" w14:textId="77777777" w:rsidR="002A0882" w:rsidRPr="00C645ED" w:rsidRDefault="002A0882" w:rsidP="00632E83">
      <w:pPr>
        <w:pStyle w:val="Paragraphedeliste"/>
        <w:suppressAutoHyphens/>
        <w:autoSpaceDN w:val="0"/>
        <w:ind w:left="1080"/>
        <w:contextualSpacing w:val="0"/>
        <w:jc w:val="both"/>
        <w:textAlignment w:val="baseline"/>
        <w:rPr>
          <w:rFonts w:ascii="Times New Roman" w:hAnsi="Times New Roman" w:cs="Times New Roman"/>
          <w:b/>
          <w:sz w:val="24"/>
          <w:szCs w:val="24"/>
          <w:lang w:val="fr-FR"/>
        </w:rPr>
      </w:pPr>
      <w:r w:rsidRPr="00C645ED">
        <w:rPr>
          <w:rFonts w:ascii="Times New Roman" w:hAnsi="Times New Roman" w:cs="Times New Roman"/>
          <w:b/>
          <w:sz w:val="24"/>
          <w:szCs w:val="24"/>
          <w:lang w:val="fr-FR"/>
        </w:rPr>
        <w:t>Dépôt des candidatures et clôture</w:t>
      </w:r>
    </w:p>
    <w:p w14:paraId="456F1328" w14:textId="2AD5B4A1" w:rsidR="002A0882" w:rsidRPr="001B659A" w:rsidRDefault="002A0882" w:rsidP="00632E83">
      <w:pPr>
        <w:pStyle w:val="Paragraphedeliste"/>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hyperlink r:id="rId25" w:history="1">
        <w:r w:rsidRPr="00C645ED">
          <w:rPr>
            <w:rStyle w:val="Lienhypertexte"/>
            <w:rFonts w:ascii="Times New Roman" w:hAnsi="Times New Roman" w:cs="Times New Roman"/>
            <w:sz w:val="24"/>
            <w:szCs w:val="24"/>
            <w:lang w:val="fr-FR"/>
          </w:rPr>
          <w:t>sgagrirdc@gmail.com</w:t>
        </w:r>
      </w:hyperlink>
      <w:r w:rsidRPr="00C645ED">
        <w:rPr>
          <w:rFonts w:ascii="Times New Roman" w:hAnsi="Times New Roman" w:cs="Times New Roman"/>
          <w:sz w:val="24"/>
          <w:szCs w:val="24"/>
          <w:lang w:val="fr-FR"/>
        </w:rPr>
        <w:t xml:space="preserve"> et   </w:t>
      </w:r>
      <w:hyperlink r:id="rId26" w:history="1">
        <w:r w:rsidRPr="00C645ED">
          <w:rPr>
            <w:rStyle w:val="Lienhypertexte"/>
            <w:rFonts w:ascii="Times New Roman" w:hAnsi="Times New Roman" w:cs="Times New Roman"/>
            <w:sz w:val="24"/>
            <w:szCs w:val="24"/>
            <w:lang w:val="fr-FR"/>
          </w:rPr>
          <w:t>recrutement@avenir.cd</w:t>
        </w:r>
      </w:hyperlink>
      <w:r w:rsidRPr="00C645ED">
        <w:rPr>
          <w:rFonts w:ascii="Times New Roman" w:hAnsi="Times New Roman" w:cs="Times New Roman"/>
          <w:sz w:val="24"/>
          <w:szCs w:val="24"/>
          <w:lang w:val="fr-FR"/>
        </w:rPr>
        <w:t xml:space="preserve">  ; avec comme objet : « </w:t>
      </w:r>
      <w:r w:rsidRPr="00531573">
        <w:rPr>
          <w:rFonts w:ascii="Times New Roman" w:hAnsi="Times New Roman" w:cs="Times New Roman"/>
          <w:b/>
          <w:bCs/>
          <w:i/>
          <w:sz w:val="24"/>
          <w:szCs w:val="24"/>
          <w:lang w:val="fr-FR"/>
        </w:rPr>
        <w:t xml:space="preserve">candidature au poste de </w:t>
      </w:r>
      <w:r w:rsidR="00531573" w:rsidRPr="00531573">
        <w:rPr>
          <w:rFonts w:ascii="Times New Roman" w:hAnsi="Times New Roman" w:cs="Times New Roman"/>
          <w:b/>
          <w:bCs/>
          <w:i/>
          <w:sz w:val="24"/>
          <w:szCs w:val="24"/>
          <w:lang w:val="fr-FR"/>
        </w:rPr>
        <w:t>Spécialiste en Finance Rurale et Entreprenariat Agricole/ Antenne de KIKWIT</w:t>
      </w:r>
      <w:r w:rsidRPr="00531573">
        <w:rPr>
          <w:rFonts w:ascii="Times New Roman" w:hAnsi="Times New Roman" w:cs="Times New Roman"/>
          <w:b/>
          <w:bCs/>
          <w:i/>
          <w:sz w:val="24"/>
          <w:szCs w:val="24"/>
          <w:lang w:val="fr-FR"/>
        </w:rPr>
        <w:t xml:space="preserve"> du Projet AVENIR</w:t>
      </w:r>
      <w:r w:rsidRPr="00C645ED">
        <w:rPr>
          <w:rFonts w:ascii="Times New Roman" w:hAnsi="Times New Roman" w:cs="Times New Roman"/>
          <w:sz w:val="24"/>
          <w:szCs w:val="24"/>
          <w:lang w:val="fr-FR"/>
        </w:rPr>
        <w:t xml:space="preserve"> », au plus tard </w:t>
      </w:r>
      <w:r w:rsidR="00D664E0" w:rsidRPr="00D664E0">
        <w:rPr>
          <w:rFonts w:ascii="Times New Roman" w:hAnsi="Times New Roman" w:cs="Times New Roman"/>
          <w:b/>
          <w:bCs/>
          <w:sz w:val="24"/>
          <w:szCs w:val="24"/>
          <w:lang w:val="fr-FR"/>
        </w:rPr>
        <w:t>11 mars 2026</w:t>
      </w:r>
      <w:r w:rsidR="00D664E0" w:rsidRPr="001526B5">
        <w:rPr>
          <w:rFonts w:ascii="Times New Roman" w:hAnsi="Times New Roman" w:cs="Times New Roman"/>
          <w:sz w:val="24"/>
          <w:szCs w:val="24"/>
          <w:lang w:val="fr-FR"/>
        </w:rPr>
        <w:t xml:space="preserve"> </w:t>
      </w:r>
      <w:r w:rsidRPr="00C645ED">
        <w:rPr>
          <w:rFonts w:ascii="Times New Roman" w:hAnsi="Times New Roman" w:cs="Times New Roman"/>
          <w:sz w:val="24"/>
          <w:szCs w:val="24"/>
          <w:lang w:val="fr-FR"/>
        </w:rPr>
        <w:t>à 1</w:t>
      </w:r>
      <w:r w:rsidR="00F62AF6">
        <w:rPr>
          <w:rFonts w:ascii="Times New Roman" w:hAnsi="Times New Roman" w:cs="Times New Roman"/>
          <w:sz w:val="24"/>
          <w:szCs w:val="24"/>
          <w:lang w:val="fr-FR"/>
        </w:rPr>
        <w:t>6</w:t>
      </w:r>
      <w:r w:rsidRPr="00C645ED">
        <w:rPr>
          <w:rFonts w:ascii="Times New Roman" w:hAnsi="Times New Roman" w:cs="Times New Roman"/>
          <w:sz w:val="24"/>
          <w:szCs w:val="24"/>
          <w:lang w:val="fr-FR"/>
        </w:rPr>
        <w:t xml:space="preserve">h00’, heure de Kinshasa.  </w:t>
      </w:r>
    </w:p>
    <w:p w14:paraId="3C3CCF48" w14:textId="77777777" w:rsidR="00753494" w:rsidRPr="002A0882" w:rsidRDefault="00753494" w:rsidP="00632E83">
      <w:pPr>
        <w:jc w:val="both"/>
        <w:rPr>
          <w:rFonts w:ascii="Times New Roman" w:hAnsi="Times New Roman" w:cs="Times New Roman"/>
          <w:sz w:val="24"/>
          <w:szCs w:val="24"/>
          <w:lang w:val="fr-FR"/>
        </w:rPr>
      </w:pPr>
    </w:p>
    <w:p w14:paraId="743D6F95" w14:textId="77777777" w:rsidR="007F46E9" w:rsidRPr="00753494" w:rsidRDefault="007F46E9" w:rsidP="00632E83">
      <w:pPr>
        <w:jc w:val="both"/>
        <w:rPr>
          <w:rFonts w:ascii="Times New Roman" w:hAnsi="Times New Roman" w:cs="Times New Roman"/>
          <w:sz w:val="24"/>
          <w:szCs w:val="24"/>
          <w:lang w:val="fr-CD"/>
        </w:rPr>
      </w:pPr>
    </w:p>
    <w:p w14:paraId="221E01AA" w14:textId="77777777" w:rsidR="007F46E9" w:rsidRPr="00753494" w:rsidRDefault="007F46E9" w:rsidP="00632E83">
      <w:pPr>
        <w:jc w:val="both"/>
        <w:rPr>
          <w:rFonts w:ascii="Times New Roman" w:hAnsi="Times New Roman" w:cs="Times New Roman"/>
          <w:sz w:val="24"/>
          <w:szCs w:val="24"/>
          <w:lang w:val="fr-FR"/>
        </w:rPr>
      </w:pPr>
    </w:p>
    <w:p w14:paraId="42B83CEA" w14:textId="77777777" w:rsidR="00F34515" w:rsidRPr="00753494" w:rsidRDefault="00F34515" w:rsidP="00632E83">
      <w:pPr>
        <w:jc w:val="both"/>
        <w:rPr>
          <w:rFonts w:ascii="Times New Roman" w:hAnsi="Times New Roman" w:cs="Times New Roman"/>
          <w:sz w:val="24"/>
          <w:szCs w:val="24"/>
          <w:lang w:val="fr-FR"/>
        </w:rPr>
      </w:pPr>
    </w:p>
    <w:p w14:paraId="447246ED" w14:textId="77777777" w:rsidR="00F34515" w:rsidRDefault="00F34515" w:rsidP="00632E83">
      <w:pPr>
        <w:jc w:val="both"/>
        <w:rPr>
          <w:rFonts w:ascii="Times New Roman" w:hAnsi="Times New Roman" w:cs="Times New Roman"/>
          <w:sz w:val="24"/>
          <w:szCs w:val="24"/>
          <w:lang w:val="fr-FR"/>
        </w:rPr>
      </w:pPr>
    </w:p>
    <w:p w14:paraId="79D52FF1" w14:textId="77777777" w:rsidR="00531573" w:rsidRDefault="00531573" w:rsidP="00632E83">
      <w:pPr>
        <w:jc w:val="both"/>
        <w:rPr>
          <w:rFonts w:ascii="Times New Roman" w:hAnsi="Times New Roman" w:cs="Times New Roman"/>
          <w:sz w:val="24"/>
          <w:szCs w:val="24"/>
          <w:lang w:val="fr-FR"/>
        </w:rPr>
      </w:pPr>
    </w:p>
    <w:p w14:paraId="6397EB88" w14:textId="77777777" w:rsidR="00531573" w:rsidRPr="00753494" w:rsidRDefault="00531573" w:rsidP="00632E83">
      <w:pPr>
        <w:jc w:val="both"/>
        <w:rPr>
          <w:rFonts w:ascii="Times New Roman" w:hAnsi="Times New Roman" w:cs="Times New Roman"/>
          <w:sz w:val="24"/>
          <w:szCs w:val="24"/>
          <w:lang w:val="fr-FR"/>
        </w:rPr>
      </w:pPr>
    </w:p>
    <w:p w14:paraId="44B729EE" w14:textId="77777777" w:rsidR="002A0882" w:rsidRDefault="002A0882" w:rsidP="00632E83">
      <w:pPr>
        <w:jc w:val="both"/>
        <w:rPr>
          <w:rFonts w:ascii="Times New Roman" w:hAnsi="Times New Roman" w:cs="Times New Roman"/>
          <w:sz w:val="24"/>
          <w:szCs w:val="24"/>
          <w:lang w:val="fr-FR"/>
        </w:rPr>
      </w:pPr>
    </w:p>
    <w:p w14:paraId="4EDC69AE" w14:textId="77777777" w:rsidR="00541BE9" w:rsidRPr="00753494" w:rsidRDefault="00541BE9" w:rsidP="00632E83">
      <w:pPr>
        <w:jc w:val="both"/>
        <w:rPr>
          <w:rFonts w:ascii="Times New Roman" w:hAnsi="Times New Roman" w:cs="Times New Roman"/>
          <w:sz w:val="24"/>
          <w:szCs w:val="24"/>
          <w:lang w:val="fr-FR"/>
        </w:rPr>
      </w:pPr>
    </w:p>
    <w:p w14:paraId="722ED166" w14:textId="0563099E" w:rsidR="00437EB5" w:rsidRPr="00A72703" w:rsidRDefault="00297162" w:rsidP="001E35F5">
      <w:pPr>
        <w:pStyle w:val="Paragraphedeliste"/>
        <w:numPr>
          <w:ilvl w:val="0"/>
          <w:numId w:val="15"/>
        </w:numPr>
        <w:jc w:val="both"/>
        <w:rPr>
          <w:rFonts w:ascii="Times New Roman" w:hAnsi="Times New Roman" w:cs="Times New Roman"/>
          <w:b/>
          <w:bCs/>
          <w:color w:val="3333FF"/>
          <w:sz w:val="24"/>
          <w:szCs w:val="24"/>
          <w:lang w:val="fr-FR"/>
        </w:rPr>
      </w:pPr>
      <w:bookmarkStart w:id="10" w:name="_Hlk217880476"/>
      <w:r w:rsidRPr="00A72703">
        <w:rPr>
          <w:rFonts w:ascii="Times New Roman" w:hAnsi="Times New Roman" w:cs="Times New Roman"/>
          <w:b/>
          <w:bCs/>
          <w:color w:val="3333FF"/>
          <w:sz w:val="24"/>
          <w:szCs w:val="24"/>
          <w:lang w:val="fr-FR"/>
        </w:rPr>
        <w:t>RECRUTEMENT D’</w:t>
      </w:r>
      <w:r w:rsidR="0099640C" w:rsidRPr="00A72703">
        <w:rPr>
          <w:rFonts w:ascii="Times New Roman" w:hAnsi="Times New Roman" w:cs="Times New Roman"/>
          <w:b/>
          <w:bCs/>
          <w:color w:val="3333FF"/>
          <w:sz w:val="24"/>
          <w:szCs w:val="24"/>
          <w:lang w:val="fr-FR"/>
        </w:rPr>
        <w:t>UN CHEF D’ANTENNE SPÉCIALISTE EN RESTAURATION DES ÉCOSYSTÈMES POUR LE HAUT KATANGA ET LUALAB</w:t>
      </w:r>
      <w:bookmarkEnd w:id="10"/>
      <w:r w:rsidR="0099640C" w:rsidRPr="00A72703">
        <w:rPr>
          <w:rFonts w:ascii="Times New Roman" w:hAnsi="Times New Roman" w:cs="Times New Roman"/>
          <w:b/>
          <w:bCs/>
          <w:color w:val="3333FF"/>
          <w:sz w:val="24"/>
          <w:szCs w:val="24"/>
          <w:lang w:val="fr-FR"/>
        </w:rPr>
        <w:t xml:space="preserve">A </w:t>
      </w:r>
      <w:r w:rsidR="00437EB5" w:rsidRPr="00A72703">
        <w:rPr>
          <w:rFonts w:ascii="Times New Roman" w:hAnsi="Times New Roman" w:cs="Times New Roman"/>
          <w:b/>
          <w:bCs/>
          <w:color w:val="3333FF"/>
          <w:sz w:val="24"/>
          <w:szCs w:val="24"/>
          <w:lang w:val="fr-FR"/>
        </w:rPr>
        <w:t>(</w:t>
      </w:r>
      <w:r w:rsidR="00A75689" w:rsidRPr="00A72703">
        <w:rPr>
          <w:rFonts w:ascii="Times New Roman" w:hAnsi="Times New Roman" w:cs="Times New Roman"/>
          <w:b/>
          <w:bCs/>
          <w:color w:val="3333FF"/>
          <w:sz w:val="24"/>
          <w:szCs w:val="24"/>
          <w:lang w:val="fr-FR"/>
        </w:rPr>
        <w:t>ECORELIM</w:t>
      </w:r>
      <w:r w:rsidR="00437EB5" w:rsidRPr="00A72703">
        <w:rPr>
          <w:rFonts w:ascii="Times New Roman" w:hAnsi="Times New Roman" w:cs="Times New Roman"/>
          <w:b/>
          <w:bCs/>
          <w:color w:val="3333FF"/>
          <w:sz w:val="24"/>
          <w:szCs w:val="24"/>
          <w:lang w:val="fr-FR"/>
        </w:rPr>
        <w:t xml:space="preserve"> - RDC</w:t>
      </w:r>
      <w:r w:rsidR="00A75689" w:rsidRPr="00A72703">
        <w:rPr>
          <w:rFonts w:ascii="Times New Roman" w:hAnsi="Times New Roman" w:cs="Times New Roman"/>
          <w:b/>
          <w:bCs/>
          <w:color w:val="3333FF"/>
          <w:sz w:val="24"/>
          <w:szCs w:val="24"/>
          <w:lang w:val="fr-FR"/>
        </w:rPr>
        <w:t>).</w:t>
      </w:r>
    </w:p>
    <w:p w14:paraId="289AC7E1" w14:textId="68FC99E1" w:rsidR="00F62AF6" w:rsidRDefault="004D2B0B" w:rsidP="00F62AF6">
      <w:pPr>
        <w:ind w:left="-426"/>
        <w:jc w:val="both"/>
        <w:rPr>
          <w:rFonts w:ascii="Times New Roman" w:hAnsi="Times New Roman" w:cs="Times New Roman"/>
          <w:b/>
          <w:bCs/>
          <w:sz w:val="24"/>
          <w:szCs w:val="24"/>
          <w:lang w:val="fr-CD"/>
        </w:rPr>
      </w:pPr>
      <w:r>
        <w:rPr>
          <w:rFonts w:ascii="Times New Roman" w:hAnsi="Times New Roman" w:cs="Times New Roman"/>
          <w:b/>
          <w:bCs/>
          <w:sz w:val="24"/>
          <w:szCs w:val="24"/>
          <w:lang w:val="fr-CD"/>
        </w:rPr>
        <w:t>1.</w:t>
      </w:r>
      <w:r w:rsidR="00297162" w:rsidRPr="00497C29">
        <w:rPr>
          <w:rFonts w:ascii="Times New Roman" w:hAnsi="Times New Roman" w:cs="Times New Roman"/>
          <w:b/>
          <w:bCs/>
          <w:sz w:val="24"/>
          <w:szCs w:val="24"/>
          <w:lang w:val="fr-CD"/>
        </w:rPr>
        <w:t>Mission :</w:t>
      </w:r>
    </w:p>
    <w:p w14:paraId="173E5CA9" w14:textId="7822E188" w:rsidR="00181528" w:rsidRPr="00F62AF6" w:rsidRDefault="00F62AF6" w:rsidP="00F62AF6">
      <w:pPr>
        <w:ind w:left="-426"/>
        <w:jc w:val="both"/>
        <w:rPr>
          <w:rFonts w:ascii="Times New Roman" w:hAnsi="Times New Roman" w:cs="Times New Roman"/>
          <w:b/>
          <w:bCs/>
          <w:sz w:val="24"/>
          <w:szCs w:val="24"/>
          <w:lang w:val="fr-CD"/>
        </w:rPr>
      </w:pPr>
      <w:r w:rsidRPr="00A739AB">
        <w:rPr>
          <w:rFonts w:ascii="Times New Roman" w:hAnsi="Times New Roman" w:cs="Times New Roman"/>
          <w:sz w:val="24"/>
          <w:szCs w:val="24"/>
          <w:lang w:val="fr-CD"/>
        </w:rPr>
        <w:t>Sous la supervision directe du Coordonnateur National du projet AVENIR, l</w:t>
      </w:r>
      <w:r w:rsidR="00181528" w:rsidRPr="00A739AB">
        <w:rPr>
          <w:rFonts w:ascii="Times New Roman" w:hAnsi="Times New Roman" w:cs="Times New Roman"/>
          <w:sz w:val="24"/>
          <w:szCs w:val="24"/>
          <w:lang w:val="fr-CD"/>
        </w:rPr>
        <w:t xml:space="preserve">e </w:t>
      </w:r>
      <w:r w:rsidR="00A739AB">
        <w:rPr>
          <w:rFonts w:ascii="Times New Roman" w:hAnsi="Times New Roman" w:cs="Times New Roman"/>
          <w:sz w:val="24"/>
          <w:szCs w:val="24"/>
          <w:lang w:val="fr-CD"/>
        </w:rPr>
        <w:t xml:space="preserve">Chef d’antenne, </w:t>
      </w:r>
      <w:r w:rsidR="00181528" w:rsidRPr="00A739AB">
        <w:rPr>
          <w:rFonts w:ascii="Times New Roman" w:hAnsi="Times New Roman" w:cs="Times New Roman"/>
          <w:sz w:val="24"/>
          <w:szCs w:val="24"/>
          <w:lang w:val="fr-CD"/>
        </w:rPr>
        <w:t xml:space="preserve">spécialiste en restauration des écosystèmes dirigera la mise en œuvre d'approches intégrées et innovantes visant à restaurer les écosystèmes forestiers dégradés du </w:t>
      </w:r>
      <w:r w:rsidR="008C47E8" w:rsidRPr="00A739AB">
        <w:rPr>
          <w:rFonts w:ascii="Times New Roman" w:hAnsi="Times New Roman" w:cs="Times New Roman"/>
          <w:sz w:val="24"/>
          <w:szCs w:val="24"/>
          <w:lang w:val="fr-CD"/>
        </w:rPr>
        <w:t>M</w:t>
      </w:r>
      <w:r w:rsidR="00181528" w:rsidRPr="00A739AB">
        <w:rPr>
          <w:rFonts w:ascii="Times New Roman" w:hAnsi="Times New Roman" w:cs="Times New Roman"/>
          <w:sz w:val="24"/>
          <w:szCs w:val="24"/>
          <w:lang w:val="fr-CD"/>
        </w:rPr>
        <w:t>iombo et à générer des avantages environnementaux et socio-économiques à l'échelle mondiale dans les régions du Sud-Kwango, du Haut-Katanga et de la Lualaba en République démocratique du Congo (RDC). Avec le soutien des équipes</w:t>
      </w:r>
      <w:r w:rsidR="00181528" w:rsidRPr="00497C29">
        <w:rPr>
          <w:rFonts w:ascii="Times New Roman" w:hAnsi="Times New Roman" w:cs="Times New Roman"/>
          <w:sz w:val="24"/>
          <w:szCs w:val="24"/>
          <w:lang w:val="fr-CD"/>
        </w:rPr>
        <w:t xml:space="preserve"> du bureau Antenn</w:t>
      </w:r>
      <w:r w:rsidR="008C47E8" w:rsidRPr="00497C29">
        <w:rPr>
          <w:rFonts w:ascii="Times New Roman" w:hAnsi="Times New Roman" w:cs="Times New Roman"/>
          <w:sz w:val="24"/>
          <w:szCs w:val="24"/>
          <w:lang w:val="fr-CD"/>
        </w:rPr>
        <w:t>e</w:t>
      </w:r>
      <w:r w:rsidR="00181528" w:rsidRPr="00497C29">
        <w:rPr>
          <w:rFonts w:ascii="Times New Roman" w:hAnsi="Times New Roman" w:cs="Times New Roman"/>
          <w:sz w:val="24"/>
          <w:szCs w:val="24"/>
          <w:lang w:val="fr-CD"/>
        </w:rPr>
        <w:t xml:space="preserve">, le </w:t>
      </w:r>
      <w:r w:rsidR="00A739AB">
        <w:rPr>
          <w:rFonts w:ascii="Times New Roman" w:hAnsi="Times New Roman" w:cs="Times New Roman"/>
          <w:sz w:val="24"/>
          <w:szCs w:val="24"/>
          <w:lang w:val="fr-CD"/>
        </w:rPr>
        <w:t xml:space="preserve">chef </w:t>
      </w:r>
      <w:r w:rsidR="001D1DE8">
        <w:rPr>
          <w:rFonts w:ascii="Times New Roman" w:hAnsi="Times New Roman" w:cs="Times New Roman"/>
          <w:sz w:val="24"/>
          <w:szCs w:val="24"/>
          <w:lang w:val="fr-CD"/>
        </w:rPr>
        <w:t xml:space="preserve">d’antenne </w:t>
      </w:r>
      <w:r w:rsidR="001D1DE8" w:rsidRPr="00497C29">
        <w:rPr>
          <w:rFonts w:ascii="Times New Roman" w:hAnsi="Times New Roman" w:cs="Times New Roman"/>
          <w:sz w:val="24"/>
          <w:szCs w:val="24"/>
          <w:lang w:val="fr-CD"/>
        </w:rPr>
        <w:t>sera</w:t>
      </w:r>
      <w:r w:rsidR="00181528" w:rsidRPr="00497C29">
        <w:rPr>
          <w:rFonts w:ascii="Times New Roman" w:hAnsi="Times New Roman" w:cs="Times New Roman"/>
          <w:sz w:val="24"/>
          <w:szCs w:val="24"/>
          <w:lang w:val="fr-CD"/>
        </w:rPr>
        <w:t xml:space="preserve"> chargé de :</w:t>
      </w:r>
    </w:p>
    <w:p w14:paraId="4E7588AD" w14:textId="59C03FBC"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xml:space="preserve">• Diriger l'élaboration et la mise en œuvre de stratégies de restauration intégrées adaptées aux forêts du </w:t>
      </w:r>
      <w:r w:rsidR="002D7B82">
        <w:rPr>
          <w:rFonts w:ascii="Times New Roman" w:hAnsi="Times New Roman" w:cs="Times New Roman"/>
          <w:sz w:val="24"/>
          <w:szCs w:val="24"/>
          <w:lang w:val="fr-CD"/>
        </w:rPr>
        <w:t>M</w:t>
      </w:r>
      <w:r w:rsidRPr="00497C29">
        <w:rPr>
          <w:rFonts w:ascii="Times New Roman" w:hAnsi="Times New Roman" w:cs="Times New Roman"/>
          <w:sz w:val="24"/>
          <w:szCs w:val="24"/>
          <w:lang w:val="fr-CD"/>
        </w:rPr>
        <w:t>iombo dans les régions ciblées</w:t>
      </w:r>
      <w:r w:rsidR="001D1DE8">
        <w:rPr>
          <w:rFonts w:ascii="Times New Roman" w:hAnsi="Times New Roman" w:cs="Times New Roman"/>
          <w:sz w:val="24"/>
          <w:szCs w:val="24"/>
          <w:lang w:val="fr-CD"/>
        </w:rPr>
        <w:t xml:space="preserve"> </w:t>
      </w:r>
      <w:r w:rsidR="001D1DE8" w:rsidRPr="006D029C">
        <w:rPr>
          <w:rFonts w:ascii="Times New Roman" w:hAnsi="Times New Roman" w:cs="Times New Roman"/>
          <w:b/>
          <w:bCs/>
          <w:sz w:val="24"/>
          <w:szCs w:val="24"/>
          <w:lang w:val="fr-CD"/>
        </w:rPr>
        <w:t>(Haut Katanga et Lualaba).</w:t>
      </w:r>
    </w:p>
    <w:p w14:paraId="0E09210E"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Coordonner les activités sur le terrain, notamment la sélection des sites, la plantation et l'entretien des zones de restauration.</w:t>
      </w:r>
    </w:p>
    <w:p w14:paraId="0F45BF26"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Superviser l'application de techniques de restauration innovantes et veiller au respect des meilleures pratiques.</w:t>
      </w:r>
    </w:p>
    <w:p w14:paraId="01C2DCF7"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Développer et dispenser des programmes de formation destinés aux communautés locales et aux parties prenantes sur la gestion durable des terres et les techniques de restauration.</w:t>
      </w:r>
    </w:p>
    <w:p w14:paraId="2BA3A023"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Renforcer les capacités des institutions locales afin de pérenniser les efforts de restauration au-delà de la durée de vie du projet.</w:t>
      </w:r>
    </w:p>
    <w:p w14:paraId="3F431F3B"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Concevoir et mettre en œuvre des systèmes de suivi et d'évaluation robustes afin de suivre l'avancement du projet et ses résultats écologiques.</w:t>
      </w:r>
    </w:p>
    <w:p w14:paraId="0D11F3FA"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Réaliser des évaluations régulières sur le terrain et compiler des rapports complets sur les impacts du projet.</w:t>
      </w:r>
    </w:p>
    <w:p w14:paraId="04C9739F"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Faciliter une communication et une collaboration efficaces entre les partenaires du projet, notamment les agences gouvernementales, les ONG et les communautés locales.</w:t>
      </w:r>
    </w:p>
    <w:p w14:paraId="3F655E46"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Veiller à ce que les activités de restauration soient adaptées aux besoins et aux priorités des communautés locales et contribuent à leur bien-être socio-économique.</w:t>
      </w:r>
    </w:p>
    <w:p w14:paraId="2EDE7028" w14:textId="5041E3FC"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xml:space="preserve">•    Mener des recherches afin d'identifier et d'affiner les techniques de restauration efficaces dans l'écosystème du </w:t>
      </w:r>
      <w:r w:rsidR="004D2B0B">
        <w:rPr>
          <w:rFonts w:ascii="Times New Roman" w:hAnsi="Times New Roman" w:cs="Times New Roman"/>
          <w:sz w:val="24"/>
          <w:szCs w:val="24"/>
          <w:lang w:val="fr-CD"/>
        </w:rPr>
        <w:t>M</w:t>
      </w:r>
      <w:r w:rsidRPr="00497C29">
        <w:rPr>
          <w:rFonts w:ascii="Times New Roman" w:hAnsi="Times New Roman" w:cs="Times New Roman"/>
          <w:sz w:val="24"/>
          <w:szCs w:val="24"/>
          <w:lang w:val="fr-CD"/>
        </w:rPr>
        <w:t>iombo.</w:t>
      </w:r>
    </w:p>
    <w:p w14:paraId="2681885F"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Promouvoir l'intégration des connaissances écologiques traditionnelles et des approches scientifiques afin d'améliorer les résultats de la restauration.</w:t>
      </w:r>
    </w:p>
    <w:p w14:paraId="5259762F" w14:textId="2305031B" w:rsidR="00181528" w:rsidRPr="008D4FE6" w:rsidRDefault="00A265F0" w:rsidP="00632E83">
      <w:pPr>
        <w:jc w:val="both"/>
        <w:rPr>
          <w:rFonts w:ascii="Times New Roman" w:hAnsi="Times New Roman" w:cs="Times New Roman"/>
          <w:b/>
          <w:bCs/>
          <w:sz w:val="24"/>
          <w:szCs w:val="24"/>
          <w:lang w:val="fr-CD"/>
        </w:rPr>
      </w:pPr>
      <w:r w:rsidRPr="00A265F0">
        <w:rPr>
          <w:rFonts w:ascii="Times New Roman" w:hAnsi="Times New Roman" w:cs="Times New Roman"/>
          <w:b/>
          <w:bCs/>
          <w:sz w:val="24"/>
          <w:szCs w:val="24"/>
          <w:lang w:val="fr-CD"/>
        </w:rPr>
        <w:t>2.</w:t>
      </w:r>
      <w:r w:rsidR="00181528" w:rsidRPr="00497C29">
        <w:rPr>
          <w:rFonts w:ascii="Times New Roman" w:hAnsi="Times New Roman" w:cs="Times New Roman"/>
          <w:sz w:val="24"/>
          <w:szCs w:val="24"/>
          <w:lang w:val="fr-CD"/>
        </w:rPr>
        <w:t xml:space="preserve"> </w:t>
      </w:r>
      <w:r w:rsidR="00181528" w:rsidRPr="008D4FE6">
        <w:rPr>
          <w:rFonts w:ascii="Times New Roman" w:hAnsi="Times New Roman" w:cs="Times New Roman"/>
          <w:b/>
          <w:bCs/>
          <w:sz w:val="24"/>
          <w:szCs w:val="24"/>
          <w:lang w:val="fr-CD"/>
        </w:rPr>
        <w:t>Compétences et qualifications clés</w:t>
      </w:r>
    </w:p>
    <w:p w14:paraId="4D17C277" w14:textId="0945176D"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 xml:space="preserve">Diplôme de deuxième cycle (maîtrise ou doctorat) en sciences de l'environnement, écologie, foresterie, </w:t>
      </w:r>
      <w:r w:rsidR="001B3A24" w:rsidRPr="00854CFA">
        <w:rPr>
          <w:rFonts w:ascii="Times New Roman" w:hAnsi="Times New Roman" w:cs="Times New Roman"/>
          <w:sz w:val="24"/>
          <w:szCs w:val="24"/>
          <w:lang w:val="fr-CD"/>
        </w:rPr>
        <w:t xml:space="preserve">agronomie, </w:t>
      </w:r>
      <w:r w:rsidRPr="00854CFA">
        <w:rPr>
          <w:rFonts w:ascii="Times New Roman" w:hAnsi="Times New Roman" w:cs="Times New Roman"/>
          <w:sz w:val="24"/>
          <w:szCs w:val="24"/>
          <w:lang w:val="fr-CD"/>
        </w:rPr>
        <w:t>gestion des ressources naturelles ou dans un domaine connexe.</w:t>
      </w:r>
    </w:p>
    <w:p w14:paraId="238C1D75" w14:textId="0BA36ED0"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 xml:space="preserve">Au moins 7 </w:t>
      </w:r>
      <w:r w:rsidR="001B3A24" w:rsidRPr="00854CFA">
        <w:rPr>
          <w:rFonts w:ascii="Times New Roman" w:hAnsi="Times New Roman" w:cs="Times New Roman"/>
          <w:sz w:val="24"/>
          <w:szCs w:val="24"/>
          <w:lang w:val="fr-CD"/>
        </w:rPr>
        <w:t xml:space="preserve">ans </w:t>
      </w:r>
      <w:r w:rsidRPr="00854CFA">
        <w:rPr>
          <w:rFonts w:ascii="Times New Roman" w:hAnsi="Times New Roman" w:cs="Times New Roman"/>
          <w:sz w:val="24"/>
          <w:szCs w:val="24"/>
          <w:lang w:val="fr-CD"/>
        </w:rPr>
        <w:t>d'expérience</w:t>
      </w:r>
      <w:r w:rsidR="001B3A24" w:rsidRPr="00854CFA">
        <w:rPr>
          <w:rFonts w:ascii="Times New Roman" w:hAnsi="Times New Roman" w:cs="Times New Roman"/>
          <w:sz w:val="24"/>
          <w:szCs w:val="24"/>
          <w:lang w:val="fr-CD"/>
        </w:rPr>
        <w:t>s</w:t>
      </w:r>
      <w:r w:rsidRPr="00854CFA">
        <w:rPr>
          <w:rFonts w:ascii="Times New Roman" w:hAnsi="Times New Roman" w:cs="Times New Roman"/>
          <w:sz w:val="24"/>
          <w:szCs w:val="24"/>
          <w:lang w:val="fr-CD"/>
        </w:rPr>
        <w:t xml:space="preserve"> professionnelle</w:t>
      </w:r>
      <w:r w:rsidR="001B3A24" w:rsidRPr="00854CFA">
        <w:rPr>
          <w:rFonts w:ascii="Times New Roman" w:hAnsi="Times New Roman" w:cs="Times New Roman"/>
          <w:sz w:val="24"/>
          <w:szCs w:val="24"/>
          <w:lang w:val="fr-CD"/>
        </w:rPr>
        <w:t>s dans le développement rural ou l’environnement dont 05 années dans</w:t>
      </w:r>
      <w:r w:rsidRPr="00854CFA">
        <w:rPr>
          <w:rFonts w:ascii="Times New Roman" w:hAnsi="Times New Roman" w:cs="Times New Roman"/>
          <w:sz w:val="24"/>
          <w:szCs w:val="24"/>
          <w:lang w:val="fr-CD"/>
        </w:rPr>
        <w:t xml:space="preserve"> la restauration des écosystèmes, la gestion forestière ou une discipline connexe.</w:t>
      </w:r>
    </w:p>
    <w:p w14:paraId="5152DD41" w14:textId="674A836A"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Une expérience de travail en Afrique, en particulier en RDC ou dans des contextes similaires, est fortement souhaitable, dans le cadre de la mise en œuvre de projets de restauration d'écosystèmes à grande échelle.</w:t>
      </w:r>
    </w:p>
    <w:p w14:paraId="72FEF8F3" w14:textId="7DF8B7B0"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 xml:space="preserve">Connaissance approfondie des écosystèmes forestiers du </w:t>
      </w:r>
      <w:r w:rsidR="004D2B0B" w:rsidRPr="00854CFA">
        <w:rPr>
          <w:rFonts w:ascii="Times New Roman" w:hAnsi="Times New Roman" w:cs="Times New Roman"/>
          <w:sz w:val="24"/>
          <w:szCs w:val="24"/>
          <w:lang w:val="fr-CD"/>
        </w:rPr>
        <w:t>M</w:t>
      </w:r>
      <w:r w:rsidRPr="00854CFA">
        <w:rPr>
          <w:rFonts w:ascii="Times New Roman" w:hAnsi="Times New Roman" w:cs="Times New Roman"/>
          <w:sz w:val="24"/>
          <w:szCs w:val="24"/>
          <w:lang w:val="fr-CD"/>
        </w:rPr>
        <w:t>iombo, y compris leur flore, leur faune et leurs processus écologiques.</w:t>
      </w:r>
    </w:p>
    <w:p w14:paraId="3AA18986" w14:textId="7919DCEC"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Expertise en matière de pratiques de gestion durable des terres, d'agroforesterie et de conservation de la biodiversité.</w:t>
      </w:r>
    </w:p>
    <w:p w14:paraId="6225AE46" w14:textId="2B18500F"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Maîtrise de l'utilisation des systèmes d'information géographique (SIG) et de la télédétection pour la surveillance et l'évaluation écologiques.</w:t>
      </w:r>
    </w:p>
    <w:p w14:paraId="5A9B900A" w14:textId="5DECB9A9"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Connaissance des pratiques agricoles intelligentes face au climat et des chaînes de valeur des produits forestiers non ligneux (PFNL).</w:t>
      </w:r>
    </w:p>
    <w:p w14:paraId="1CF1BCF5" w14:textId="77777777"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Solides compétences en gestion de projet, notamment en matière de planification, de budgétisation et de reporting.</w:t>
      </w:r>
    </w:p>
    <w:p w14:paraId="00EAB702" w14:textId="2FEBA8C0"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Expérience dans la coordination de projets multipartites impliquant des agences gouvernementales, des ONG, des communautés locales et des partenaires internationaux.</w:t>
      </w:r>
    </w:p>
    <w:p w14:paraId="477B7D73" w14:textId="18D44A13"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Capacité à gérer des équipes de projet, à faciliter les initiatives de renforcement des capacités et à garantir la réalisation des objectifs du projet dans les délais et le budget impartis.</w:t>
      </w:r>
    </w:p>
    <w:p w14:paraId="678887AF" w14:textId="5D980B7D"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Excellentes compétences en communication écrite et orale en français. La connaissance des langues locales utilisées dans les régions cibles est un atout.</w:t>
      </w:r>
    </w:p>
    <w:p w14:paraId="7BCA20E2" w14:textId="0B05A2C6"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Capacité avérée à collaborer efficacement avec un large éventail de parties prenantes, notamment les communautés locales, les responsables gouvernementaux, les bailleurs de fonds et les communautés scientifiques.</w:t>
      </w:r>
    </w:p>
    <w:p w14:paraId="574BBE81" w14:textId="6A35FB48" w:rsidR="008D4FE6" w:rsidRPr="00A265F0" w:rsidRDefault="008D4FE6" w:rsidP="001E35F5">
      <w:pPr>
        <w:pStyle w:val="Paragraphedeliste"/>
        <w:numPr>
          <w:ilvl w:val="0"/>
          <w:numId w:val="27"/>
        </w:numPr>
        <w:suppressAutoHyphens/>
        <w:autoSpaceDN w:val="0"/>
        <w:jc w:val="both"/>
        <w:textAlignment w:val="baseline"/>
        <w:rPr>
          <w:rFonts w:ascii="Times New Roman" w:hAnsi="Times New Roman" w:cs="Times New Roman"/>
          <w:b/>
          <w:sz w:val="24"/>
          <w:szCs w:val="24"/>
          <w:lang w:val="fr-FR"/>
        </w:rPr>
      </w:pPr>
      <w:bookmarkStart w:id="11" w:name="_Hlk217912118"/>
      <w:r w:rsidRPr="00A265F0">
        <w:rPr>
          <w:rFonts w:ascii="Times New Roman" w:hAnsi="Times New Roman" w:cs="Times New Roman"/>
          <w:b/>
          <w:sz w:val="24"/>
          <w:szCs w:val="24"/>
          <w:lang w:val="fr-FR"/>
        </w:rPr>
        <w:t>Contenu du dossier de candidature</w:t>
      </w:r>
    </w:p>
    <w:p w14:paraId="0FD8433E" w14:textId="77777777" w:rsidR="008D4FE6" w:rsidRPr="007075E4" w:rsidRDefault="008D4FE6" w:rsidP="00632E83">
      <w:pPr>
        <w:jc w:val="both"/>
        <w:rPr>
          <w:rFonts w:ascii="Times New Roman" w:hAnsi="Times New Roman" w:cs="Times New Roman"/>
          <w:sz w:val="24"/>
          <w:szCs w:val="24"/>
          <w:lang w:val="fr-FR"/>
        </w:rPr>
      </w:pPr>
      <w:r w:rsidRPr="007075E4">
        <w:rPr>
          <w:rFonts w:ascii="Times New Roman" w:hAnsi="Times New Roman" w:cs="Times New Roman"/>
          <w:sz w:val="24"/>
          <w:szCs w:val="24"/>
          <w:lang w:val="fr-FR"/>
        </w:rPr>
        <w:t xml:space="preserve">Les documents de candidature doivent être constitués des pièces suivantes : </w:t>
      </w:r>
    </w:p>
    <w:p w14:paraId="769855F8" w14:textId="77777777" w:rsidR="008D4FE6" w:rsidRPr="00C645ED" w:rsidRDefault="008D4FE6" w:rsidP="001E35F5">
      <w:pPr>
        <w:pStyle w:val="Paragraphedeliste"/>
        <w:numPr>
          <w:ilvl w:val="0"/>
          <w:numId w:val="9"/>
        </w:numPr>
        <w:suppressAutoHyphens/>
        <w:autoSpaceDN w:val="0"/>
        <w:spacing w:after="0"/>
        <w:ind w:left="426"/>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lettre de motivation signée du (de la) candidat adressée au Secrétaire Générale à l’Agriculture ;</w:t>
      </w:r>
    </w:p>
    <w:p w14:paraId="4D2710FD" w14:textId="77777777" w:rsidR="008D4FE6" w:rsidRPr="00C645ED" w:rsidRDefault="008D4FE6" w:rsidP="001E35F5">
      <w:pPr>
        <w:pStyle w:val="Paragraphedeliste"/>
        <w:numPr>
          <w:ilvl w:val="0"/>
          <w:numId w:val="9"/>
        </w:numPr>
        <w:suppressAutoHyphens/>
        <w:autoSpaceDN w:val="0"/>
        <w:spacing w:after="0"/>
        <w:ind w:left="426"/>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 curriculum vitae actualisé mentionnant au moins trois (3) personnes de référence pour confirmer les expériences et portant une adresse électronique et un numéro de téléphone valide ;</w:t>
      </w:r>
    </w:p>
    <w:p w14:paraId="6EC3AA86" w14:textId="77777777" w:rsidR="008D4FE6" w:rsidRPr="00C645ED" w:rsidRDefault="008D4FE6" w:rsidP="001E35F5">
      <w:pPr>
        <w:pStyle w:val="Paragraphedeliste"/>
        <w:numPr>
          <w:ilvl w:val="0"/>
          <w:numId w:val="9"/>
        </w:numPr>
        <w:suppressAutoHyphens/>
        <w:autoSpaceDN w:val="0"/>
        <w:spacing w:after="0"/>
        <w:ind w:left="426"/>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copies électroniques des titres académiques notariés et attestations de formations ;</w:t>
      </w:r>
    </w:p>
    <w:p w14:paraId="6371D71B" w14:textId="77777777" w:rsidR="008D4FE6" w:rsidRPr="00C645ED" w:rsidRDefault="008D4FE6" w:rsidP="001E35F5">
      <w:pPr>
        <w:pStyle w:val="Paragraphedeliste"/>
        <w:numPr>
          <w:ilvl w:val="0"/>
          <w:numId w:val="9"/>
        </w:numPr>
        <w:suppressAutoHyphens/>
        <w:autoSpaceDN w:val="0"/>
        <w:spacing w:after="0"/>
        <w:ind w:left="426"/>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preuves d’expérience, notamment les copies des attestations de service rendu et certificat de travail ;</w:t>
      </w:r>
    </w:p>
    <w:p w14:paraId="21560D8A" w14:textId="77777777" w:rsidR="008D4FE6" w:rsidRPr="00C645ED" w:rsidRDefault="008D4FE6" w:rsidP="001E35F5">
      <w:pPr>
        <w:pStyle w:val="Paragraphedeliste"/>
        <w:numPr>
          <w:ilvl w:val="0"/>
          <w:numId w:val="9"/>
        </w:numPr>
        <w:suppressAutoHyphens/>
        <w:autoSpaceDN w:val="0"/>
        <w:spacing w:after="0"/>
        <w:ind w:left="426"/>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Copie d’une pièce d’identité en cours de validité ; </w:t>
      </w:r>
    </w:p>
    <w:p w14:paraId="7D521BBB" w14:textId="77777777" w:rsidR="008D4FE6" w:rsidRPr="000E34FF" w:rsidRDefault="008D4FE6" w:rsidP="001E35F5">
      <w:pPr>
        <w:pStyle w:val="Paragraphedeliste"/>
        <w:numPr>
          <w:ilvl w:val="0"/>
          <w:numId w:val="9"/>
        </w:numPr>
        <w:suppressAutoHyphens/>
        <w:autoSpaceDN w:val="0"/>
        <w:ind w:left="426"/>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copie de certificat d’aptitude physique.</w:t>
      </w:r>
    </w:p>
    <w:p w14:paraId="51FEC267" w14:textId="77777777" w:rsidR="008D4FE6" w:rsidRDefault="008D4FE6" w:rsidP="00632E83">
      <w:pPr>
        <w:spacing w:after="0"/>
        <w:jc w:val="both"/>
        <w:textAlignment w:val="baseline"/>
        <w:rPr>
          <w:rFonts w:ascii="Times New Roman" w:eastAsia="Times New Roman" w:hAnsi="Times New Roman" w:cs="Times New Roman"/>
          <w:sz w:val="24"/>
          <w:szCs w:val="24"/>
          <w:lang w:val="fr-CD" w:eastAsia="en-GB"/>
        </w:rPr>
      </w:pPr>
    </w:p>
    <w:p w14:paraId="7DBF9BF6" w14:textId="77777777" w:rsidR="00854CFA" w:rsidRDefault="00854CFA" w:rsidP="00632E83">
      <w:pPr>
        <w:spacing w:after="0"/>
        <w:jc w:val="both"/>
        <w:textAlignment w:val="baseline"/>
        <w:rPr>
          <w:rFonts w:ascii="Times New Roman" w:eastAsia="Times New Roman" w:hAnsi="Times New Roman" w:cs="Times New Roman"/>
          <w:sz w:val="24"/>
          <w:szCs w:val="24"/>
          <w:lang w:val="fr-CD" w:eastAsia="en-GB"/>
        </w:rPr>
      </w:pPr>
    </w:p>
    <w:p w14:paraId="6F2237AE" w14:textId="77777777" w:rsidR="00854CFA" w:rsidRDefault="00854CFA" w:rsidP="00632E83">
      <w:pPr>
        <w:spacing w:after="0"/>
        <w:jc w:val="both"/>
        <w:textAlignment w:val="baseline"/>
        <w:rPr>
          <w:rFonts w:ascii="Times New Roman" w:eastAsia="Times New Roman" w:hAnsi="Times New Roman" w:cs="Times New Roman"/>
          <w:sz w:val="24"/>
          <w:szCs w:val="24"/>
          <w:lang w:val="fr-CD" w:eastAsia="en-GB"/>
        </w:rPr>
      </w:pPr>
    </w:p>
    <w:p w14:paraId="505CC3EA" w14:textId="77777777" w:rsidR="00854CFA" w:rsidRPr="000E34FF" w:rsidRDefault="00854CFA" w:rsidP="00632E83">
      <w:pPr>
        <w:spacing w:after="0"/>
        <w:jc w:val="both"/>
        <w:textAlignment w:val="baseline"/>
        <w:rPr>
          <w:rFonts w:ascii="Times New Roman" w:eastAsia="Times New Roman" w:hAnsi="Times New Roman" w:cs="Times New Roman"/>
          <w:sz w:val="24"/>
          <w:szCs w:val="24"/>
          <w:lang w:val="fr-CD" w:eastAsia="en-GB"/>
        </w:rPr>
      </w:pPr>
    </w:p>
    <w:p w14:paraId="3574D1CB" w14:textId="00F11735" w:rsidR="008D4FE6" w:rsidRPr="00A265F0" w:rsidRDefault="008D4FE6" w:rsidP="001E35F5">
      <w:pPr>
        <w:pStyle w:val="Paragraphedeliste"/>
        <w:numPr>
          <w:ilvl w:val="0"/>
          <w:numId w:val="27"/>
        </w:numPr>
        <w:suppressAutoHyphens/>
        <w:autoSpaceDN w:val="0"/>
        <w:jc w:val="both"/>
        <w:textAlignment w:val="baseline"/>
        <w:rPr>
          <w:rFonts w:ascii="Times New Roman" w:hAnsi="Times New Roman" w:cs="Times New Roman"/>
          <w:b/>
          <w:sz w:val="24"/>
          <w:szCs w:val="24"/>
        </w:rPr>
      </w:pPr>
      <w:r w:rsidRPr="00A265F0">
        <w:rPr>
          <w:rFonts w:ascii="Times New Roman" w:hAnsi="Times New Roman" w:cs="Times New Roman"/>
          <w:b/>
          <w:sz w:val="24"/>
          <w:szCs w:val="24"/>
        </w:rPr>
        <w:t>Durée du Contrat</w:t>
      </w:r>
    </w:p>
    <w:p w14:paraId="5DA1338F" w14:textId="77777777" w:rsidR="008D4FE6" w:rsidRPr="00C645ED" w:rsidRDefault="008D4FE6" w:rsidP="00632E83">
      <w:pPr>
        <w:pStyle w:val="NormalWeb"/>
        <w:spacing w:line="276" w:lineRule="auto"/>
        <w:jc w:val="both"/>
      </w:pPr>
      <w:r w:rsidRPr="00C645ED">
        <w:t xml:space="preserve">Le contrat sera conclu pour une </w:t>
      </w:r>
      <w:r w:rsidRPr="00C645ED">
        <w:rPr>
          <w:rStyle w:val="lev"/>
          <w:b w:val="0"/>
          <w:bCs w:val="0"/>
        </w:rPr>
        <w:t>durée</w:t>
      </w:r>
      <w:r w:rsidRPr="00C645ED">
        <w:rPr>
          <w:rStyle w:val="lev"/>
        </w:rPr>
        <w:t xml:space="preserve"> d’un (1) an</w:t>
      </w:r>
      <w:r w:rsidRPr="00C645ED">
        <w:t xml:space="preserve">, renouvelable sur la base d’une </w:t>
      </w:r>
      <w:r w:rsidRPr="00C645ED">
        <w:rPr>
          <w:rStyle w:val="lev"/>
          <w:b w:val="0"/>
          <w:bCs w:val="0"/>
        </w:rPr>
        <w:t>évaluation satisfaisante des performances</w:t>
      </w:r>
      <w:r w:rsidRPr="00C645ED">
        <w:t xml:space="preserve"> du/de la titulaire. Le renouvellement du contrat sera toutefois limité à la </w:t>
      </w:r>
      <w:r w:rsidRPr="00C645ED">
        <w:rPr>
          <w:rStyle w:val="lev"/>
          <w:b w:val="0"/>
          <w:bCs w:val="0"/>
        </w:rPr>
        <w:t>durée effective de mise en œuvre du Projet</w:t>
      </w:r>
      <w:r w:rsidRPr="00C645ED">
        <w:rPr>
          <w:b/>
          <w:bCs/>
        </w:rPr>
        <w:t>.</w:t>
      </w:r>
    </w:p>
    <w:p w14:paraId="213B633A" w14:textId="0C7DD9D0" w:rsidR="008D4FE6" w:rsidRPr="00C645ED" w:rsidRDefault="008D4FE6" w:rsidP="00B73FB7">
      <w:pPr>
        <w:pStyle w:val="NormalWeb"/>
        <w:spacing w:line="276" w:lineRule="auto"/>
        <w:jc w:val="both"/>
      </w:pPr>
      <w:r w:rsidRPr="00C645ED">
        <w:t xml:space="preserve">Le contrat initial comportera une </w:t>
      </w:r>
      <w:r w:rsidRPr="00C645ED">
        <w:rPr>
          <w:rStyle w:val="lev"/>
        </w:rPr>
        <w:t>période probatoire de six (6) mois</w:t>
      </w:r>
      <w:r w:rsidRPr="00C645ED">
        <w:t xml:space="preserve">, au terme de laquelle la confirmation définitive du/de la titulaire sera subordonnée à une </w:t>
      </w:r>
      <w:r w:rsidRPr="00C645ED">
        <w:rPr>
          <w:rStyle w:val="lev"/>
          <w:b w:val="0"/>
          <w:bCs w:val="0"/>
        </w:rPr>
        <w:t>évaluation positive des résultats et du comportement professionnel</w:t>
      </w:r>
      <w:r w:rsidRPr="00C645ED">
        <w:rPr>
          <w:b/>
          <w:bCs/>
        </w:rPr>
        <w:t>.</w:t>
      </w:r>
    </w:p>
    <w:p w14:paraId="7E5A7B2A" w14:textId="77777777" w:rsidR="008D4FE6" w:rsidRPr="00C645ED" w:rsidRDefault="008D4FE6" w:rsidP="001E35F5">
      <w:pPr>
        <w:pStyle w:val="Paragraphedeliste"/>
        <w:numPr>
          <w:ilvl w:val="0"/>
          <w:numId w:val="27"/>
        </w:numPr>
        <w:suppressAutoHyphens/>
        <w:autoSpaceDN w:val="0"/>
        <w:contextualSpacing w:val="0"/>
        <w:jc w:val="both"/>
        <w:textAlignment w:val="baseline"/>
        <w:rPr>
          <w:rFonts w:ascii="Times New Roman" w:hAnsi="Times New Roman" w:cs="Times New Roman"/>
          <w:b/>
          <w:sz w:val="24"/>
          <w:szCs w:val="24"/>
          <w:lang w:val="fr-CD"/>
        </w:rPr>
      </w:pPr>
      <w:r w:rsidRPr="00C645ED">
        <w:rPr>
          <w:rFonts w:ascii="Times New Roman" w:hAnsi="Times New Roman" w:cs="Times New Roman"/>
          <w:b/>
          <w:sz w:val="24"/>
          <w:szCs w:val="24"/>
          <w:lang w:val="fr-CD"/>
        </w:rPr>
        <w:t>Lieu d'affectation et de prise de fonction</w:t>
      </w:r>
    </w:p>
    <w:p w14:paraId="7033E4F4" w14:textId="77777777" w:rsidR="008D4FE6" w:rsidRPr="00C645ED" w:rsidRDefault="008D4FE6" w:rsidP="00632E83">
      <w:pPr>
        <w:suppressAutoHyphens/>
        <w:autoSpaceDN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Le/la titulaire du poste sera basé(</w:t>
      </w:r>
      <w:r w:rsidRPr="00D664E0">
        <w:rPr>
          <w:rFonts w:ascii="Times New Roman" w:hAnsi="Times New Roman" w:cs="Times New Roman"/>
          <w:sz w:val="24"/>
          <w:szCs w:val="24"/>
          <w:lang w:val="fr-FR"/>
        </w:rPr>
        <w:t>e) à Lubumbashi, dans la Province du Haut Katanga</w:t>
      </w:r>
      <w:r w:rsidRPr="00C645ED">
        <w:rPr>
          <w:rFonts w:ascii="Times New Roman" w:hAnsi="Times New Roman" w:cs="Times New Roman"/>
          <w:sz w:val="24"/>
          <w:szCs w:val="24"/>
          <w:lang w:val="fr-FR"/>
        </w:rPr>
        <w:t>, en République Démocratique du Congo.</w:t>
      </w:r>
    </w:p>
    <w:p w14:paraId="11E357A9" w14:textId="77777777" w:rsidR="008D4FE6" w:rsidRPr="00C645ED" w:rsidRDefault="008D4FE6" w:rsidP="001E35F5">
      <w:pPr>
        <w:pStyle w:val="Paragraphedeliste"/>
        <w:numPr>
          <w:ilvl w:val="0"/>
          <w:numId w:val="27"/>
        </w:numPr>
        <w:suppressAutoHyphens/>
        <w:autoSpaceDN w:val="0"/>
        <w:contextualSpacing w:val="0"/>
        <w:jc w:val="both"/>
        <w:textAlignment w:val="baseline"/>
        <w:rPr>
          <w:rFonts w:ascii="Times New Roman" w:hAnsi="Times New Roman" w:cs="Times New Roman"/>
          <w:b/>
          <w:sz w:val="24"/>
          <w:szCs w:val="24"/>
          <w:lang w:val="fr-FR"/>
        </w:rPr>
      </w:pPr>
      <w:r w:rsidRPr="00C645ED">
        <w:rPr>
          <w:rFonts w:ascii="Times New Roman" w:hAnsi="Times New Roman" w:cs="Times New Roman"/>
          <w:b/>
          <w:sz w:val="24"/>
          <w:szCs w:val="24"/>
          <w:lang w:val="fr-FR"/>
        </w:rPr>
        <w:t>Dépôt des candidatures et clôture</w:t>
      </w:r>
    </w:p>
    <w:p w14:paraId="59A69AFA" w14:textId="2686A2E2" w:rsidR="008D4FE6" w:rsidRPr="00854CFA" w:rsidRDefault="008D4FE6" w:rsidP="00854CFA">
      <w:pPr>
        <w:jc w:val="both"/>
        <w:rPr>
          <w:rFonts w:ascii="Times New Roman" w:hAnsi="Times New Roman" w:cs="Times New Roman"/>
          <w:sz w:val="24"/>
          <w:szCs w:val="24"/>
          <w:lang w:val="fr-FR"/>
        </w:rPr>
      </w:pPr>
      <w:r w:rsidRPr="00854CFA">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hyperlink r:id="rId27" w:history="1">
        <w:r w:rsidRPr="00854CFA">
          <w:rPr>
            <w:rStyle w:val="Lienhypertexte"/>
            <w:rFonts w:ascii="Times New Roman" w:hAnsi="Times New Roman" w:cs="Times New Roman"/>
            <w:sz w:val="24"/>
            <w:szCs w:val="24"/>
            <w:lang w:val="fr-FR"/>
          </w:rPr>
          <w:t>sgagrirdc@gmail.com</w:t>
        </w:r>
      </w:hyperlink>
      <w:r w:rsidRPr="00854CFA">
        <w:rPr>
          <w:rFonts w:ascii="Times New Roman" w:hAnsi="Times New Roman" w:cs="Times New Roman"/>
          <w:sz w:val="24"/>
          <w:szCs w:val="24"/>
          <w:lang w:val="fr-FR"/>
        </w:rPr>
        <w:t xml:space="preserve"> et   </w:t>
      </w:r>
      <w:hyperlink r:id="rId28" w:history="1">
        <w:r w:rsidRPr="00854CFA">
          <w:rPr>
            <w:rStyle w:val="Lienhypertexte"/>
            <w:rFonts w:ascii="Times New Roman" w:hAnsi="Times New Roman" w:cs="Times New Roman"/>
            <w:sz w:val="24"/>
            <w:szCs w:val="24"/>
            <w:lang w:val="fr-FR"/>
          </w:rPr>
          <w:t>recrutement@avenir.cd</w:t>
        </w:r>
      </w:hyperlink>
      <w:r w:rsidRPr="00854CFA">
        <w:rPr>
          <w:rFonts w:ascii="Times New Roman" w:hAnsi="Times New Roman" w:cs="Times New Roman"/>
          <w:sz w:val="24"/>
          <w:szCs w:val="24"/>
          <w:lang w:val="fr-FR"/>
        </w:rPr>
        <w:t xml:space="preserve">  ; avec comme objet : « </w:t>
      </w:r>
      <w:r w:rsidRPr="00854CFA">
        <w:rPr>
          <w:rFonts w:ascii="Times New Roman" w:hAnsi="Times New Roman" w:cs="Times New Roman"/>
          <w:i/>
          <w:sz w:val="24"/>
          <w:szCs w:val="24"/>
          <w:lang w:val="fr-FR"/>
        </w:rPr>
        <w:t xml:space="preserve">candidature au poste de </w:t>
      </w:r>
      <w:r w:rsidR="00531573" w:rsidRPr="00854CFA">
        <w:rPr>
          <w:rFonts w:ascii="Times New Roman" w:hAnsi="Times New Roman" w:cs="Times New Roman"/>
          <w:b/>
          <w:bCs/>
          <w:i/>
          <w:sz w:val="24"/>
          <w:szCs w:val="24"/>
          <w:lang w:val="fr-FR"/>
        </w:rPr>
        <w:t>Chef d’Antenne Spécialiste en Restauration des Ecosystèmes pour le HAUT KATANGA ET LUALABA (ECORELIM - RDC)</w:t>
      </w:r>
      <w:r w:rsidRPr="00854CFA">
        <w:rPr>
          <w:rFonts w:ascii="Times New Roman" w:hAnsi="Times New Roman" w:cs="Times New Roman"/>
          <w:b/>
          <w:bCs/>
          <w:i/>
          <w:sz w:val="24"/>
          <w:szCs w:val="24"/>
          <w:lang w:val="fr-FR"/>
        </w:rPr>
        <w:t xml:space="preserve"> du Projet AVENIR</w:t>
      </w:r>
      <w:r w:rsidRPr="00854CFA">
        <w:rPr>
          <w:rFonts w:ascii="Times New Roman" w:hAnsi="Times New Roman" w:cs="Times New Roman"/>
          <w:sz w:val="24"/>
          <w:szCs w:val="24"/>
          <w:lang w:val="fr-FR"/>
        </w:rPr>
        <w:t xml:space="preserve"> », au plus tard </w:t>
      </w:r>
      <w:r w:rsidR="00D664E0" w:rsidRPr="00854CFA">
        <w:rPr>
          <w:rFonts w:ascii="Times New Roman" w:hAnsi="Times New Roman" w:cs="Times New Roman"/>
          <w:b/>
          <w:bCs/>
          <w:sz w:val="24"/>
          <w:szCs w:val="24"/>
          <w:lang w:val="fr-FR"/>
        </w:rPr>
        <w:t>11 mars 2026</w:t>
      </w:r>
      <w:r w:rsidR="00D664E0" w:rsidRPr="00854CFA">
        <w:rPr>
          <w:rFonts w:ascii="Times New Roman" w:hAnsi="Times New Roman" w:cs="Times New Roman"/>
          <w:sz w:val="24"/>
          <w:szCs w:val="24"/>
          <w:lang w:val="fr-FR"/>
        </w:rPr>
        <w:t xml:space="preserve"> </w:t>
      </w:r>
      <w:r w:rsidRPr="00854CFA">
        <w:rPr>
          <w:rFonts w:ascii="Times New Roman" w:hAnsi="Times New Roman" w:cs="Times New Roman"/>
          <w:sz w:val="24"/>
          <w:szCs w:val="24"/>
          <w:lang w:val="fr-FR"/>
        </w:rPr>
        <w:t xml:space="preserve">à 15h00’, heure de Kinshasa.  </w:t>
      </w:r>
    </w:p>
    <w:bookmarkEnd w:id="11"/>
    <w:p w14:paraId="2A289C13" w14:textId="77777777" w:rsidR="00181528" w:rsidRPr="008D4FE6" w:rsidRDefault="00181528" w:rsidP="00632E83">
      <w:pPr>
        <w:ind w:left="-426"/>
        <w:jc w:val="both"/>
        <w:rPr>
          <w:rFonts w:ascii="Times New Roman" w:hAnsi="Times New Roman" w:cs="Times New Roman"/>
          <w:sz w:val="24"/>
          <w:szCs w:val="24"/>
          <w:lang w:val="fr-FR"/>
        </w:rPr>
      </w:pPr>
    </w:p>
    <w:p w14:paraId="3C157F2E" w14:textId="77777777" w:rsidR="00181528" w:rsidRPr="00497C29" w:rsidRDefault="00181528" w:rsidP="00632E83">
      <w:pPr>
        <w:ind w:left="-426"/>
        <w:jc w:val="both"/>
        <w:rPr>
          <w:rFonts w:ascii="Times New Roman" w:hAnsi="Times New Roman" w:cs="Times New Roman"/>
          <w:sz w:val="24"/>
          <w:szCs w:val="24"/>
          <w:lang w:val="fr-CD"/>
        </w:rPr>
      </w:pPr>
    </w:p>
    <w:p w14:paraId="2C482E58" w14:textId="77777777" w:rsidR="00181528" w:rsidRPr="00497C29" w:rsidRDefault="00181528" w:rsidP="00632E83">
      <w:pPr>
        <w:ind w:left="-426"/>
        <w:jc w:val="both"/>
        <w:rPr>
          <w:rFonts w:ascii="Times New Roman" w:hAnsi="Times New Roman" w:cs="Times New Roman"/>
          <w:sz w:val="24"/>
          <w:szCs w:val="24"/>
          <w:lang w:val="fr-CD"/>
        </w:rPr>
      </w:pPr>
    </w:p>
    <w:p w14:paraId="2FDE8DCA" w14:textId="77777777" w:rsidR="00181528" w:rsidRDefault="00181528" w:rsidP="00632E83">
      <w:pPr>
        <w:ind w:left="-426"/>
        <w:jc w:val="both"/>
        <w:rPr>
          <w:rFonts w:ascii="Times New Roman" w:hAnsi="Times New Roman" w:cs="Times New Roman"/>
          <w:sz w:val="24"/>
          <w:szCs w:val="24"/>
          <w:lang w:val="fr-CD"/>
        </w:rPr>
      </w:pPr>
    </w:p>
    <w:p w14:paraId="747D736A" w14:textId="77777777" w:rsidR="00181528" w:rsidRDefault="00181528" w:rsidP="00632E83">
      <w:pPr>
        <w:ind w:left="-426"/>
        <w:jc w:val="both"/>
        <w:rPr>
          <w:rFonts w:ascii="Times New Roman" w:hAnsi="Times New Roman" w:cs="Times New Roman"/>
          <w:sz w:val="24"/>
          <w:szCs w:val="24"/>
          <w:lang w:val="fr-CD"/>
        </w:rPr>
      </w:pPr>
    </w:p>
    <w:p w14:paraId="1E454C20" w14:textId="77777777" w:rsidR="00181528" w:rsidRDefault="00181528" w:rsidP="00632E83">
      <w:pPr>
        <w:ind w:left="-426"/>
        <w:jc w:val="both"/>
        <w:rPr>
          <w:rFonts w:ascii="Times New Roman" w:hAnsi="Times New Roman" w:cs="Times New Roman"/>
          <w:sz w:val="24"/>
          <w:szCs w:val="24"/>
          <w:lang w:val="fr-CD"/>
        </w:rPr>
      </w:pPr>
    </w:p>
    <w:p w14:paraId="2FA72E1F" w14:textId="77777777" w:rsidR="00181528" w:rsidRDefault="00181528" w:rsidP="00632E83">
      <w:pPr>
        <w:ind w:left="-426"/>
        <w:jc w:val="both"/>
        <w:rPr>
          <w:rFonts w:ascii="Times New Roman" w:hAnsi="Times New Roman" w:cs="Times New Roman"/>
          <w:sz w:val="24"/>
          <w:szCs w:val="24"/>
          <w:lang w:val="fr-CD"/>
        </w:rPr>
      </w:pPr>
    </w:p>
    <w:p w14:paraId="2F79BAE8" w14:textId="77777777" w:rsidR="00181528" w:rsidRDefault="00181528" w:rsidP="00632E83">
      <w:pPr>
        <w:ind w:left="-426"/>
        <w:jc w:val="both"/>
        <w:rPr>
          <w:rFonts w:ascii="Times New Roman" w:hAnsi="Times New Roman" w:cs="Times New Roman"/>
          <w:sz w:val="24"/>
          <w:szCs w:val="24"/>
          <w:lang w:val="fr-CD"/>
        </w:rPr>
      </w:pPr>
    </w:p>
    <w:p w14:paraId="770D4E90" w14:textId="77777777" w:rsidR="00181528" w:rsidRDefault="00181528" w:rsidP="00632E83">
      <w:pPr>
        <w:ind w:left="-426"/>
        <w:jc w:val="both"/>
        <w:rPr>
          <w:rFonts w:ascii="Times New Roman" w:hAnsi="Times New Roman" w:cs="Times New Roman"/>
          <w:sz w:val="24"/>
          <w:szCs w:val="24"/>
          <w:lang w:val="fr-CD"/>
        </w:rPr>
      </w:pPr>
    </w:p>
    <w:p w14:paraId="3E3E3A06" w14:textId="77777777" w:rsidR="008D4FE6" w:rsidRDefault="008D4FE6" w:rsidP="00632E83">
      <w:pPr>
        <w:ind w:left="-426"/>
        <w:jc w:val="both"/>
        <w:rPr>
          <w:rFonts w:ascii="Times New Roman" w:hAnsi="Times New Roman" w:cs="Times New Roman"/>
          <w:sz w:val="24"/>
          <w:szCs w:val="24"/>
          <w:lang w:val="fr-CD"/>
        </w:rPr>
      </w:pPr>
    </w:p>
    <w:p w14:paraId="6BE574D5" w14:textId="77777777" w:rsidR="00531573" w:rsidRDefault="00531573" w:rsidP="00632E83">
      <w:pPr>
        <w:ind w:left="-426"/>
        <w:jc w:val="both"/>
        <w:rPr>
          <w:rFonts w:ascii="Times New Roman" w:hAnsi="Times New Roman" w:cs="Times New Roman"/>
          <w:sz w:val="24"/>
          <w:szCs w:val="24"/>
          <w:lang w:val="fr-CD"/>
        </w:rPr>
      </w:pPr>
    </w:p>
    <w:p w14:paraId="2C36FB52" w14:textId="77777777" w:rsidR="00854CFA" w:rsidRDefault="00854CFA" w:rsidP="00632E83">
      <w:pPr>
        <w:ind w:left="-426"/>
        <w:jc w:val="both"/>
        <w:rPr>
          <w:rFonts w:ascii="Times New Roman" w:hAnsi="Times New Roman" w:cs="Times New Roman"/>
          <w:sz w:val="24"/>
          <w:szCs w:val="24"/>
          <w:lang w:val="fr-CD"/>
        </w:rPr>
      </w:pPr>
    </w:p>
    <w:p w14:paraId="416022C2" w14:textId="77777777" w:rsidR="00854CFA" w:rsidRDefault="00854CFA" w:rsidP="00632E83">
      <w:pPr>
        <w:ind w:left="-426"/>
        <w:jc w:val="both"/>
        <w:rPr>
          <w:rFonts w:ascii="Times New Roman" w:hAnsi="Times New Roman" w:cs="Times New Roman"/>
          <w:sz w:val="24"/>
          <w:szCs w:val="24"/>
          <w:lang w:val="fr-CD"/>
        </w:rPr>
      </w:pPr>
    </w:p>
    <w:p w14:paraId="5ADFA667" w14:textId="77777777" w:rsidR="00854CFA" w:rsidRDefault="00854CFA" w:rsidP="00632E83">
      <w:pPr>
        <w:ind w:left="-426"/>
        <w:jc w:val="both"/>
        <w:rPr>
          <w:rFonts w:ascii="Times New Roman" w:hAnsi="Times New Roman" w:cs="Times New Roman"/>
          <w:sz w:val="24"/>
          <w:szCs w:val="24"/>
          <w:lang w:val="fr-CD"/>
        </w:rPr>
      </w:pPr>
    </w:p>
    <w:p w14:paraId="296986CD" w14:textId="581D9131" w:rsidR="00AD5E47" w:rsidRPr="004E6F07" w:rsidRDefault="004E6F07" w:rsidP="001E35F5">
      <w:pPr>
        <w:pStyle w:val="Paragraphedeliste"/>
        <w:numPr>
          <w:ilvl w:val="0"/>
          <w:numId w:val="15"/>
        </w:numPr>
        <w:jc w:val="both"/>
        <w:rPr>
          <w:rFonts w:ascii="Times New Roman" w:hAnsi="Times New Roman" w:cs="Times New Roman"/>
          <w:b/>
          <w:bCs/>
          <w:color w:val="3333FF"/>
          <w:sz w:val="24"/>
          <w:szCs w:val="24"/>
          <w:lang w:val="fr-FR"/>
        </w:rPr>
      </w:pPr>
      <w:r>
        <w:rPr>
          <w:rFonts w:ascii="Times New Roman" w:hAnsi="Times New Roman" w:cs="Times New Roman"/>
          <w:b/>
          <w:bCs/>
          <w:color w:val="3333FF"/>
          <w:sz w:val="24"/>
          <w:szCs w:val="24"/>
          <w:lang w:val="fr-FR"/>
        </w:rPr>
        <w:t>RECRUTEMENT D’</w:t>
      </w:r>
      <w:r w:rsidRPr="004E6F07">
        <w:rPr>
          <w:rFonts w:ascii="Times New Roman" w:hAnsi="Times New Roman" w:cs="Times New Roman"/>
          <w:b/>
          <w:bCs/>
          <w:color w:val="3333FF"/>
          <w:sz w:val="24"/>
          <w:szCs w:val="24"/>
          <w:lang w:val="fr-FR"/>
        </w:rPr>
        <w:t>ASSISTANT ADMINISTRATIF ET FINANCIER DE L’ANTENNE DU HAUT KATANGA /LUALABA</w:t>
      </w:r>
    </w:p>
    <w:p w14:paraId="28686974" w14:textId="2C55494E" w:rsidR="002B2677" w:rsidRPr="002B2677" w:rsidRDefault="002B2677" w:rsidP="00632E83">
      <w:pPr>
        <w:spacing w:after="0"/>
        <w:jc w:val="both"/>
        <w:textAlignment w:val="baseline"/>
        <w:rPr>
          <w:rFonts w:ascii="Times New Roman" w:eastAsia="Times New Roman" w:hAnsi="Times New Roman" w:cs="Times New Roman"/>
          <w:b/>
          <w:bCs/>
          <w:sz w:val="24"/>
          <w:szCs w:val="24"/>
          <w:lang w:val="fr-CD" w:eastAsia="en-GB"/>
        </w:rPr>
      </w:pPr>
      <w:r>
        <w:rPr>
          <w:rFonts w:ascii="Times New Roman" w:eastAsia="Times New Roman" w:hAnsi="Times New Roman" w:cs="Times New Roman"/>
          <w:b/>
          <w:bCs/>
          <w:sz w:val="24"/>
          <w:szCs w:val="24"/>
          <w:lang w:val="fr-CD" w:eastAsia="en-GB"/>
        </w:rPr>
        <w:t>1.</w:t>
      </w:r>
      <w:r w:rsidRPr="002B2677">
        <w:rPr>
          <w:rFonts w:ascii="Times New Roman" w:eastAsia="Times New Roman" w:hAnsi="Times New Roman" w:cs="Times New Roman"/>
          <w:b/>
          <w:bCs/>
          <w:sz w:val="24"/>
          <w:szCs w:val="24"/>
          <w:lang w:val="fr-CD" w:eastAsia="en-GB"/>
        </w:rPr>
        <w:t>Mission :</w:t>
      </w:r>
    </w:p>
    <w:p w14:paraId="001755CE" w14:textId="73809F33" w:rsidR="00A0095A" w:rsidRDefault="00657EEB" w:rsidP="00632E83">
      <w:pPr>
        <w:spacing w:after="0"/>
        <w:jc w:val="both"/>
        <w:textAlignment w:val="baseline"/>
        <w:rPr>
          <w:rFonts w:ascii="Times New Roman" w:eastAsia="Times New Roman" w:hAnsi="Times New Roman" w:cs="Times New Roman"/>
          <w:sz w:val="24"/>
          <w:szCs w:val="24"/>
          <w:lang w:val="fr-CD" w:eastAsia="en-GB"/>
        </w:rPr>
      </w:pPr>
      <w:r>
        <w:rPr>
          <w:rFonts w:ascii="Times New Roman" w:eastAsia="Times New Roman" w:hAnsi="Times New Roman" w:cs="Times New Roman"/>
          <w:sz w:val="24"/>
          <w:szCs w:val="24"/>
          <w:lang w:val="fr-CD" w:eastAsia="en-GB"/>
        </w:rPr>
        <w:t>Sous la supervision</w:t>
      </w:r>
      <w:r w:rsidR="00B73FB7">
        <w:rPr>
          <w:rFonts w:ascii="Times New Roman" w:eastAsia="Times New Roman" w:hAnsi="Times New Roman" w:cs="Times New Roman"/>
          <w:sz w:val="24"/>
          <w:szCs w:val="24"/>
          <w:lang w:val="fr-CD" w:eastAsia="en-GB"/>
        </w:rPr>
        <w:t xml:space="preserve"> directe du Chef d’antenne et supervision</w:t>
      </w:r>
      <w:r>
        <w:rPr>
          <w:rFonts w:ascii="Times New Roman" w:eastAsia="Times New Roman" w:hAnsi="Times New Roman" w:cs="Times New Roman"/>
          <w:sz w:val="24"/>
          <w:szCs w:val="24"/>
          <w:lang w:val="fr-CD" w:eastAsia="en-GB"/>
        </w:rPr>
        <w:t xml:space="preserve"> technique du Responsable Administratif et Financier du projet AVENIR, l’assistant </w:t>
      </w:r>
      <w:r w:rsidR="00AD5E47" w:rsidRPr="00AD5E47">
        <w:rPr>
          <w:rFonts w:ascii="Times New Roman" w:eastAsia="Times New Roman" w:hAnsi="Times New Roman" w:cs="Times New Roman"/>
          <w:sz w:val="24"/>
          <w:szCs w:val="24"/>
          <w:lang w:val="fr-CD" w:eastAsia="en-GB"/>
        </w:rPr>
        <w:t xml:space="preserve">administratif et financier fournira un soutien administratif et financier à l'unité de gestion du projet. </w:t>
      </w:r>
    </w:p>
    <w:p w14:paraId="51E25F36" w14:textId="77777777" w:rsidR="002B2677" w:rsidRDefault="002B2677" w:rsidP="00632E83">
      <w:pPr>
        <w:spacing w:after="0"/>
        <w:jc w:val="both"/>
        <w:textAlignment w:val="baseline"/>
        <w:rPr>
          <w:rFonts w:ascii="Times New Roman" w:eastAsia="Times New Roman" w:hAnsi="Times New Roman" w:cs="Times New Roman"/>
          <w:b/>
          <w:bCs/>
          <w:sz w:val="24"/>
          <w:szCs w:val="24"/>
          <w:lang w:val="fr-CD" w:eastAsia="en-GB"/>
        </w:rPr>
      </w:pPr>
    </w:p>
    <w:p w14:paraId="34E1A262" w14:textId="32E21B85" w:rsidR="00A0095A" w:rsidRPr="002B2677" w:rsidRDefault="002B2677" w:rsidP="00632E83">
      <w:pPr>
        <w:spacing w:after="0"/>
        <w:jc w:val="both"/>
        <w:textAlignment w:val="baseline"/>
        <w:rPr>
          <w:rFonts w:ascii="Times New Roman" w:eastAsia="Times New Roman" w:hAnsi="Times New Roman" w:cs="Times New Roman"/>
          <w:b/>
          <w:bCs/>
          <w:sz w:val="24"/>
          <w:szCs w:val="24"/>
          <w:lang w:val="fr-CD" w:eastAsia="en-GB"/>
        </w:rPr>
      </w:pPr>
      <w:r>
        <w:rPr>
          <w:rFonts w:ascii="Times New Roman" w:eastAsia="Times New Roman" w:hAnsi="Times New Roman" w:cs="Times New Roman"/>
          <w:b/>
          <w:bCs/>
          <w:sz w:val="24"/>
          <w:szCs w:val="24"/>
          <w:lang w:val="fr-CD" w:eastAsia="en-GB"/>
        </w:rPr>
        <w:t>2.</w:t>
      </w:r>
      <w:r w:rsidR="00626AD1">
        <w:rPr>
          <w:rFonts w:ascii="Times New Roman" w:eastAsia="Times New Roman" w:hAnsi="Times New Roman" w:cs="Times New Roman"/>
          <w:b/>
          <w:bCs/>
          <w:sz w:val="24"/>
          <w:szCs w:val="24"/>
          <w:lang w:val="fr-CD" w:eastAsia="en-GB"/>
        </w:rPr>
        <w:t xml:space="preserve"> </w:t>
      </w:r>
      <w:r w:rsidR="00AD5E47" w:rsidRPr="002B2677">
        <w:rPr>
          <w:rFonts w:ascii="Times New Roman" w:eastAsia="Times New Roman" w:hAnsi="Times New Roman" w:cs="Times New Roman"/>
          <w:b/>
          <w:bCs/>
          <w:sz w:val="24"/>
          <w:szCs w:val="24"/>
          <w:lang w:val="fr-CD" w:eastAsia="en-GB"/>
        </w:rPr>
        <w:t>Ses tâches spécifiques comprendront :</w:t>
      </w:r>
    </w:p>
    <w:p w14:paraId="731C5019" w14:textId="77777777" w:rsidR="00AD5E47" w:rsidRPr="00A0095A" w:rsidRDefault="00AD5E47" w:rsidP="00632E83">
      <w:pPr>
        <w:spacing w:after="0"/>
        <w:jc w:val="both"/>
        <w:textAlignment w:val="baseline"/>
        <w:rPr>
          <w:rFonts w:ascii="Times New Roman" w:eastAsia="Times New Roman" w:hAnsi="Times New Roman" w:cs="Times New Roman"/>
          <w:b/>
          <w:bCs/>
          <w:sz w:val="24"/>
          <w:szCs w:val="24"/>
          <w:lang w:val="fr-CD" w:eastAsia="en-GB"/>
        </w:rPr>
      </w:pPr>
      <w:r w:rsidRPr="00A0095A">
        <w:rPr>
          <w:rFonts w:ascii="Times New Roman" w:eastAsia="Times New Roman" w:hAnsi="Times New Roman" w:cs="Times New Roman"/>
          <w:b/>
          <w:bCs/>
          <w:sz w:val="24"/>
          <w:szCs w:val="24"/>
          <w:lang w:val="fr-CD" w:eastAsia="en-GB"/>
        </w:rPr>
        <w:t>Prestation de services administratifs et achats :</w:t>
      </w:r>
    </w:p>
    <w:p w14:paraId="2039C399" w14:textId="77777777" w:rsidR="00AD5E47" w:rsidRPr="00AD5E47" w:rsidRDefault="00AD5E47" w:rsidP="00632E83">
      <w:pPr>
        <w:spacing w:after="0"/>
        <w:ind w:left="720"/>
        <w:jc w:val="both"/>
        <w:textAlignment w:val="baseline"/>
        <w:rPr>
          <w:rFonts w:ascii="Times New Roman" w:eastAsia="Times New Roman" w:hAnsi="Times New Roman" w:cs="Times New Roman"/>
          <w:sz w:val="24"/>
          <w:szCs w:val="24"/>
          <w:lang w:val="fr-CD" w:eastAsia="en-GB"/>
        </w:rPr>
      </w:pPr>
      <w:r w:rsidRPr="00AD5E47">
        <w:rPr>
          <w:rFonts w:ascii="Times New Roman" w:eastAsia="Times New Roman" w:hAnsi="Times New Roman" w:cs="Times New Roman"/>
          <w:sz w:val="24"/>
          <w:szCs w:val="24"/>
          <w:lang w:val="fr-CD" w:eastAsia="en-GB"/>
        </w:rPr>
        <w:t>•    Créer et tenir à jour les dossiers du projet, notamment en apportant son soutien aux réunions du comité directeur du projet.</w:t>
      </w:r>
    </w:p>
    <w:p w14:paraId="63118970" w14:textId="77777777" w:rsidR="00AD5E47" w:rsidRPr="00AC3E03" w:rsidRDefault="00AD5E47"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Collecter les données relatives au projet et mettre à jour les plans si nécessaire.</w:t>
      </w:r>
    </w:p>
    <w:p w14:paraId="32D28B1E" w14:textId="77777777" w:rsidR="00AD5E47" w:rsidRPr="00AC3E03" w:rsidRDefault="00AD5E47"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Soutenir le processus d'évaluation de la qualité.</w:t>
      </w:r>
    </w:p>
    <w:p w14:paraId="522FDA49" w14:textId="77777777" w:rsidR="00AD5E47" w:rsidRPr="00AC3E03" w:rsidRDefault="00AD5E47"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Diriger les achats d'équipements et de services pour le projet.</w:t>
      </w:r>
    </w:p>
    <w:p w14:paraId="10D5FAF0" w14:textId="77777777" w:rsidR="00AD5E47" w:rsidRPr="00AC3E03" w:rsidRDefault="00AD5E47"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Sur la base du plan d'approvisionnement conforme au plan de travail annuel du projet et en consultation avec l'unité de mise en œuvre du projet, préparer un plan de travail détaillé pour le personnel afin de traiter les services professionnels et les achats prévus.</w:t>
      </w:r>
    </w:p>
    <w:p w14:paraId="7C08898C" w14:textId="77777777" w:rsidR="00AD5E47" w:rsidRPr="00AC3E03" w:rsidRDefault="00AD5E47"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Promouvoir l'appropriation locale en veillant au respect des procédures et processus des autorités locales en matière de planification et de budgétisation participatives, d'approvisionnement en biens et services, de gestion et de suivi de la prestation de services et de reporting, plutôt que de créer une structure de projet parallèle.</w:t>
      </w:r>
    </w:p>
    <w:p w14:paraId="62983835" w14:textId="6E91C12F" w:rsidR="00AD5E47" w:rsidRPr="00AC3E03" w:rsidRDefault="00AD5E47"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Examiner au préalable les rapports précédents sur les études de site, l'état actuel des sites cibles du projet et les autres documents pertinents fournis par l'unité de mise en œuvre du projet afin d'acquérir des informations et une idée de la planification de base des travaux.</w:t>
      </w:r>
    </w:p>
    <w:p w14:paraId="68E5520E" w14:textId="77777777" w:rsidR="00AC3E03" w:rsidRPr="00A0095A" w:rsidRDefault="00AC3E03" w:rsidP="00632E83">
      <w:pPr>
        <w:spacing w:after="0"/>
        <w:jc w:val="both"/>
        <w:textAlignment w:val="baseline"/>
        <w:rPr>
          <w:rFonts w:ascii="Times New Roman" w:eastAsia="Times New Roman" w:hAnsi="Times New Roman" w:cs="Times New Roman"/>
          <w:b/>
          <w:bCs/>
          <w:sz w:val="24"/>
          <w:szCs w:val="24"/>
          <w:lang w:val="fr-CD" w:eastAsia="en-GB"/>
        </w:rPr>
      </w:pPr>
      <w:r w:rsidRPr="00A0095A">
        <w:rPr>
          <w:rFonts w:ascii="Times New Roman" w:eastAsia="Times New Roman" w:hAnsi="Times New Roman" w:cs="Times New Roman"/>
          <w:b/>
          <w:bCs/>
          <w:sz w:val="24"/>
          <w:szCs w:val="24"/>
          <w:lang w:val="fr-CD" w:eastAsia="en-GB"/>
        </w:rPr>
        <w:t>Gestion de la documentation du projet :</w:t>
      </w:r>
    </w:p>
    <w:p w14:paraId="4089DF3E"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Gérer le contrôle des révisions du projet.</w:t>
      </w:r>
    </w:p>
    <w:p w14:paraId="0446268B"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Mettre en place des procédures de contrôle des documents.</w:t>
      </w:r>
    </w:p>
    <w:p w14:paraId="12414DE2"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Travailler en étroite collaboration avec le responsable du suivi et de l'évaluation pour compiler, copier et distribuer tous les rapports du projet.</w:t>
      </w:r>
    </w:p>
    <w:p w14:paraId="6E559118"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Diriger l'élaboration et le respect du manuel des procédures financières et administratives du projet.</w:t>
      </w:r>
    </w:p>
    <w:p w14:paraId="60A79BA3" w14:textId="77777777" w:rsidR="00AC3E03" w:rsidRPr="00F26880" w:rsidRDefault="00AC3E03" w:rsidP="00632E83">
      <w:pPr>
        <w:spacing w:after="0"/>
        <w:jc w:val="both"/>
        <w:textAlignment w:val="baseline"/>
        <w:rPr>
          <w:rFonts w:ascii="Times New Roman" w:eastAsia="Times New Roman" w:hAnsi="Times New Roman" w:cs="Times New Roman"/>
          <w:b/>
          <w:bCs/>
          <w:sz w:val="24"/>
          <w:szCs w:val="24"/>
          <w:lang w:val="fr-CD" w:eastAsia="en-GB"/>
        </w:rPr>
      </w:pPr>
      <w:r w:rsidRPr="00F26880">
        <w:rPr>
          <w:rFonts w:ascii="Times New Roman" w:eastAsia="Times New Roman" w:hAnsi="Times New Roman" w:cs="Times New Roman"/>
          <w:b/>
          <w:bCs/>
          <w:sz w:val="24"/>
          <w:szCs w:val="24"/>
          <w:lang w:val="fr-CD" w:eastAsia="en-GB"/>
        </w:rPr>
        <w:t>Gestion financière, suivi et rapports :</w:t>
      </w:r>
    </w:p>
    <w:p w14:paraId="190AB201"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Aider à la gestion financière sous la responsabilité du coordinateur national du projet.</w:t>
      </w:r>
    </w:p>
    <w:p w14:paraId="4A5B9885"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Apporter un soutien dans l'utilisation des modèles du FIDA pour le suivi financier et l'établissement de rapports.</w:t>
      </w:r>
    </w:p>
    <w:p w14:paraId="36F6FD16"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Aider à l'élaboration et à la mise en œuvre des plans d'action annuels/périodiques.</w:t>
      </w:r>
    </w:p>
    <w:p w14:paraId="3C57F582"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Assurer le suivi financier et l'utilisation des fonds du projet conformément aux activités approuvées.</w:t>
      </w:r>
    </w:p>
    <w:p w14:paraId="15723EC4"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Effectuer d'autres tâches qui pourraient être demandées par le coordinateur national du projet.</w:t>
      </w:r>
    </w:p>
    <w:p w14:paraId="5ADEA411" w14:textId="77777777" w:rsid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p>
    <w:p w14:paraId="6525F97F" w14:textId="77777777" w:rsidR="00C23CB2" w:rsidRDefault="00C23CB2" w:rsidP="00632E83">
      <w:pPr>
        <w:spacing w:after="0"/>
        <w:ind w:left="720"/>
        <w:jc w:val="both"/>
        <w:textAlignment w:val="baseline"/>
        <w:rPr>
          <w:rFonts w:ascii="Times New Roman" w:eastAsia="Times New Roman" w:hAnsi="Times New Roman" w:cs="Times New Roman"/>
          <w:sz w:val="24"/>
          <w:szCs w:val="24"/>
          <w:lang w:val="fr-CD" w:eastAsia="en-GB"/>
        </w:rPr>
      </w:pPr>
    </w:p>
    <w:p w14:paraId="2A49093A" w14:textId="202775DF" w:rsidR="00AC3E03" w:rsidRPr="00F26880" w:rsidRDefault="00626AD1" w:rsidP="00632E83">
      <w:pPr>
        <w:spacing w:after="0"/>
        <w:jc w:val="both"/>
        <w:textAlignment w:val="baseline"/>
        <w:rPr>
          <w:rFonts w:ascii="Times New Roman" w:eastAsia="Times New Roman" w:hAnsi="Times New Roman" w:cs="Times New Roman"/>
          <w:b/>
          <w:bCs/>
          <w:sz w:val="24"/>
          <w:szCs w:val="24"/>
          <w:lang w:val="fr-CD" w:eastAsia="en-GB"/>
        </w:rPr>
      </w:pPr>
      <w:r>
        <w:rPr>
          <w:rFonts w:ascii="Times New Roman" w:eastAsia="Times New Roman" w:hAnsi="Times New Roman" w:cs="Times New Roman"/>
          <w:b/>
          <w:bCs/>
          <w:sz w:val="24"/>
          <w:szCs w:val="24"/>
          <w:lang w:val="fr-CD" w:eastAsia="en-GB"/>
        </w:rPr>
        <w:t>3.</w:t>
      </w:r>
      <w:r w:rsidR="00AC3E03" w:rsidRPr="00F26880">
        <w:rPr>
          <w:rFonts w:ascii="Times New Roman" w:eastAsia="Times New Roman" w:hAnsi="Times New Roman" w:cs="Times New Roman"/>
          <w:b/>
          <w:bCs/>
          <w:sz w:val="24"/>
          <w:szCs w:val="24"/>
          <w:lang w:val="fr-CD" w:eastAsia="en-GB"/>
        </w:rPr>
        <w:t>Qualifications et compétences</w:t>
      </w:r>
    </w:p>
    <w:p w14:paraId="4EF3C2DF" w14:textId="07499174" w:rsidR="00AC3E03" w:rsidRPr="00D664E0" w:rsidRDefault="00AC3E03"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Diplôme universitaire en comptabilité, finance ou dans un domaine connexe.</w:t>
      </w:r>
    </w:p>
    <w:p w14:paraId="7887C5D1" w14:textId="5908AF7F" w:rsidR="00AC3E03" w:rsidRPr="00D664E0" w:rsidRDefault="00AC3E03"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 xml:space="preserve">Solide expérience en matière de budgétisation, de planification et de reporting dans le cadre d'un projet financé par des bailleurs de fonds. Idéalement, une certaine expérience du FEM et/ou du FIDA. </w:t>
      </w:r>
    </w:p>
    <w:p w14:paraId="0BBCD6D8" w14:textId="0037BB1E" w:rsidR="00AC3E03" w:rsidRPr="00D664E0" w:rsidRDefault="00AC3E03"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Connaissance des procédures administratives et comptables du gouvernement.</w:t>
      </w:r>
    </w:p>
    <w:p w14:paraId="668ACFF1" w14:textId="27987C5F" w:rsidR="00AC3E03" w:rsidRPr="00D664E0" w:rsidRDefault="00AC3E03"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Bonnes compétences informatiques dans les logiciels courants de traitement de texte (MS Word), de tableur (MS Excel) et de comptabilité.</w:t>
      </w:r>
    </w:p>
    <w:p w14:paraId="78B1BEC7" w14:textId="77F8F561" w:rsidR="00AD5E47" w:rsidRPr="00D664E0" w:rsidRDefault="00AC3E03"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La maîtrise du français et d'au moins une langue locale de la zone couverte par le projet constituera un atout supplémentaire.</w:t>
      </w:r>
    </w:p>
    <w:p w14:paraId="05CE5B68" w14:textId="77777777" w:rsidR="00AC3E03" w:rsidRPr="00D664E0" w:rsidRDefault="00AC3E03" w:rsidP="00632E83">
      <w:pPr>
        <w:spacing w:after="0"/>
        <w:ind w:left="720"/>
        <w:jc w:val="both"/>
        <w:textAlignment w:val="baseline"/>
        <w:rPr>
          <w:rFonts w:ascii="Times New Roman" w:eastAsia="Times New Roman" w:hAnsi="Times New Roman" w:cs="Times New Roman"/>
          <w:sz w:val="14"/>
          <w:szCs w:val="14"/>
          <w:lang w:val="fr-CD" w:eastAsia="en-GB"/>
        </w:rPr>
      </w:pPr>
    </w:p>
    <w:p w14:paraId="223E2640" w14:textId="3955893B" w:rsidR="000E34FF" w:rsidRPr="00626AD1" w:rsidRDefault="00626AD1" w:rsidP="00626AD1">
      <w:pPr>
        <w:spacing w:after="0"/>
        <w:jc w:val="both"/>
        <w:textAlignment w:val="baseline"/>
        <w:rPr>
          <w:rFonts w:ascii="Times New Roman" w:hAnsi="Times New Roman" w:cs="Times New Roman"/>
          <w:b/>
          <w:bCs/>
          <w:sz w:val="24"/>
          <w:szCs w:val="24"/>
          <w:lang w:val="fr-FR"/>
        </w:rPr>
      </w:pPr>
      <w:bookmarkStart w:id="12" w:name="_Hlk217902949"/>
      <w:r w:rsidRPr="00626AD1">
        <w:rPr>
          <w:rFonts w:ascii="Times New Roman" w:eastAsia="Times New Roman" w:hAnsi="Times New Roman" w:cs="Times New Roman"/>
          <w:b/>
          <w:bCs/>
          <w:sz w:val="24"/>
          <w:szCs w:val="24"/>
          <w:lang w:val="fr-CD" w:eastAsia="en-GB"/>
        </w:rPr>
        <w:t xml:space="preserve">4. </w:t>
      </w:r>
      <w:r w:rsidR="000E34FF" w:rsidRPr="00626AD1">
        <w:rPr>
          <w:rFonts w:ascii="Times New Roman" w:hAnsi="Times New Roman" w:cs="Times New Roman"/>
          <w:b/>
          <w:bCs/>
          <w:sz w:val="24"/>
          <w:szCs w:val="24"/>
          <w:lang w:val="fr-FR"/>
        </w:rPr>
        <w:t>Contenu du dossier de candidature</w:t>
      </w:r>
    </w:p>
    <w:p w14:paraId="454E2E28" w14:textId="77777777" w:rsidR="000E34FF" w:rsidRPr="007075E4" w:rsidRDefault="000E34FF" w:rsidP="00632E83">
      <w:pPr>
        <w:jc w:val="both"/>
        <w:rPr>
          <w:rFonts w:ascii="Times New Roman" w:hAnsi="Times New Roman" w:cs="Times New Roman"/>
          <w:sz w:val="24"/>
          <w:szCs w:val="24"/>
          <w:lang w:val="fr-FR"/>
        </w:rPr>
      </w:pPr>
      <w:r w:rsidRPr="007075E4">
        <w:rPr>
          <w:rFonts w:ascii="Times New Roman" w:hAnsi="Times New Roman" w:cs="Times New Roman"/>
          <w:sz w:val="24"/>
          <w:szCs w:val="24"/>
          <w:lang w:val="fr-FR"/>
        </w:rPr>
        <w:t xml:space="preserve">Les documents de candidature doivent être constitués des pièces suivantes : </w:t>
      </w:r>
    </w:p>
    <w:p w14:paraId="634D8441" w14:textId="4B95318A" w:rsidR="000E34FF" w:rsidRPr="00D664E0" w:rsidRDefault="000E34FF"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Une lettre de motivation signée du (de la) candidat adressée au Secrétaire Générale à l’Agriculture </w:t>
      </w:r>
      <w:r w:rsidR="00626AD1" w:rsidRPr="00D664E0">
        <w:rPr>
          <w:rFonts w:ascii="Times New Roman" w:eastAsia="Times New Roman" w:hAnsi="Times New Roman" w:cs="Times New Roman"/>
          <w:sz w:val="24"/>
          <w:szCs w:val="24"/>
          <w:lang w:val="fr-CD" w:eastAsia="en-GB"/>
        </w:rPr>
        <w:t>et sécurité alimentaire</w:t>
      </w:r>
      <w:r w:rsidR="00531573" w:rsidRPr="00D664E0">
        <w:rPr>
          <w:rFonts w:ascii="Times New Roman" w:eastAsia="Times New Roman" w:hAnsi="Times New Roman" w:cs="Times New Roman"/>
          <w:sz w:val="24"/>
          <w:szCs w:val="24"/>
          <w:lang w:val="fr-CD" w:eastAsia="en-GB"/>
        </w:rPr>
        <w:t xml:space="preserve"> </w:t>
      </w:r>
      <w:r w:rsidRPr="00D664E0">
        <w:rPr>
          <w:rFonts w:ascii="Times New Roman" w:eastAsia="Times New Roman" w:hAnsi="Times New Roman" w:cs="Times New Roman"/>
          <w:sz w:val="24"/>
          <w:szCs w:val="24"/>
          <w:lang w:val="fr-CD" w:eastAsia="en-GB"/>
        </w:rPr>
        <w:t>;</w:t>
      </w:r>
    </w:p>
    <w:p w14:paraId="2FD795A5" w14:textId="77777777" w:rsidR="000E34FF" w:rsidRPr="00D664E0" w:rsidRDefault="000E34FF"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Un curriculum vitae actualisé mentionnant au moins trois (3) personnes de référence pour confirmer les expériences et portant une adresse électronique et un numéro de téléphone valide ;</w:t>
      </w:r>
    </w:p>
    <w:p w14:paraId="7C94A139" w14:textId="77777777" w:rsidR="000E34FF" w:rsidRPr="00D664E0" w:rsidRDefault="000E34FF"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Les copies électroniques des titres académiques notariés et attestations de formations ;</w:t>
      </w:r>
    </w:p>
    <w:p w14:paraId="6CF9F014" w14:textId="77777777" w:rsidR="000E34FF" w:rsidRPr="00D664E0" w:rsidRDefault="000E34FF"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Les preuves d’expérience, notamment les copies des attestations de service rendu et certificat de travail ;</w:t>
      </w:r>
    </w:p>
    <w:p w14:paraId="4B7C3084" w14:textId="77777777" w:rsidR="000E34FF" w:rsidRPr="00D664E0" w:rsidRDefault="000E34FF"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 xml:space="preserve">Copie d’une pièce d’identité en cours de validité ; </w:t>
      </w:r>
    </w:p>
    <w:p w14:paraId="5DAA0D6A" w14:textId="7D407546" w:rsidR="000E34FF" w:rsidRPr="00D664E0" w:rsidRDefault="000E34FF"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Une copie de certificat d’aptitude physique.</w:t>
      </w:r>
    </w:p>
    <w:p w14:paraId="1ADF07BA" w14:textId="77777777" w:rsidR="00AD76D8" w:rsidRPr="00C645ED" w:rsidRDefault="00AD76D8" w:rsidP="001E35F5">
      <w:pPr>
        <w:pStyle w:val="Paragraphedeliste"/>
        <w:numPr>
          <w:ilvl w:val="0"/>
          <w:numId w:val="27"/>
        </w:numPr>
        <w:suppressAutoHyphens/>
        <w:autoSpaceDN w:val="0"/>
        <w:contextualSpacing w:val="0"/>
        <w:jc w:val="both"/>
        <w:textAlignment w:val="baseline"/>
        <w:rPr>
          <w:rFonts w:ascii="Times New Roman" w:hAnsi="Times New Roman" w:cs="Times New Roman"/>
          <w:b/>
          <w:sz w:val="24"/>
          <w:szCs w:val="24"/>
        </w:rPr>
      </w:pPr>
      <w:r w:rsidRPr="00C645ED">
        <w:rPr>
          <w:rFonts w:ascii="Times New Roman" w:hAnsi="Times New Roman" w:cs="Times New Roman"/>
          <w:b/>
          <w:sz w:val="24"/>
          <w:szCs w:val="24"/>
        </w:rPr>
        <w:t>Durée du Contrat</w:t>
      </w:r>
    </w:p>
    <w:p w14:paraId="793834E5" w14:textId="77777777" w:rsidR="00AD76D8" w:rsidRPr="00C645ED" w:rsidRDefault="00AD76D8" w:rsidP="00632E83">
      <w:pPr>
        <w:pStyle w:val="NormalWeb"/>
        <w:spacing w:line="276" w:lineRule="auto"/>
        <w:jc w:val="both"/>
      </w:pPr>
      <w:r w:rsidRPr="00C645ED">
        <w:t xml:space="preserve">Le contrat sera conclu pour une </w:t>
      </w:r>
      <w:r w:rsidRPr="00C645ED">
        <w:rPr>
          <w:rStyle w:val="lev"/>
          <w:b w:val="0"/>
          <w:bCs w:val="0"/>
        </w:rPr>
        <w:t>durée</w:t>
      </w:r>
      <w:r w:rsidRPr="00C645ED">
        <w:rPr>
          <w:rStyle w:val="lev"/>
        </w:rPr>
        <w:t xml:space="preserve"> d’un (1) an</w:t>
      </w:r>
      <w:r w:rsidRPr="00C645ED">
        <w:t xml:space="preserve">, renouvelable sur la base d’une </w:t>
      </w:r>
      <w:r w:rsidRPr="00C645ED">
        <w:rPr>
          <w:rStyle w:val="lev"/>
          <w:b w:val="0"/>
          <w:bCs w:val="0"/>
        </w:rPr>
        <w:t>évaluation satisfaisante des performances</w:t>
      </w:r>
      <w:r w:rsidRPr="00C645ED">
        <w:t xml:space="preserve"> du/de la titulaire. Le renouvellement du contrat sera toutefois limité à la </w:t>
      </w:r>
      <w:r w:rsidRPr="00C645ED">
        <w:rPr>
          <w:rStyle w:val="lev"/>
          <w:b w:val="0"/>
          <w:bCs w:val="0"/>
        </w:rPr>
        <w:t>durée effective de mise en œuvre du Projet</w:t>
      </w:r>
      <w:r w:rsidRPr="00C645ED">
        <w:rPr>
          <w:b/>
          <w:bCs/>
        </w:rPr>
        <w:t>.</w:t>
      </w:r>
    </w:p>
    <w:p w14:paraId="79EB2905" w14:textId="44E01671" w:rsidR="00AD76D8" w:rsidRPr="00C645ED" w:rsidRDefault="00AD76D8" w:rsidP="00626AD1">
      <w:pPr>
        <w:pStyle w:val="NormalWeb"/>
        <w:spacing w:line="276" w:lineRule="auto"/>
        <w:jc w:val="both"/>
      </w:pPr>
      <w:r w:rsidRPr="00C645ED">
        <w:t xml:space="preserve">Le contrat initial comportera une </w:t>
      </w:r>
      <w:r w:rsidRPr="00C645ED">
        <w:rPr>
          <w:rStyle w:val="lev"/>
        </w:rPr>
        <w:t>période probatoire de six (6) mois</w:t>
      </w:r>
      <w:r w:rsidRPr="00C645ED">
        <w:t xml:space="preserve">, au terme de laquelle la confirmation définitive du/de la titulaire sera subordonnée à une </w:t>
      </w:r>
      <w:r w:rsidRPr="00C645ED">
        <w:rPr>
          <w:rStyle w:val="lev"/>
          <w:b w:val="0"/>
          <w:bCs w:val="0"/>
        </w:rPr>
        <w:t>évaluation positive des résultats et du comportement professionnel</w:t>
      </w:r>
      <w:r w:rsidRPr="00C645ED">
        <w:rPr>
          <w:b/>
          <w:bCs/>
        </w:rPr>
        <w:t>.</w:t>
      </w:r>
    </w:p>
    <w:p w14:paraId="4D919FA0" w14:textId="77777777" w:rsidR="00AD76D8" w:rsidRPr="00C645ED" w:rsidRDefault="00AD76D8" w:rsidP="001E35F5">
      <w:pPr>
        <w:pStyle w:val="Paragraphedeliste"/>
        <w:numPr>
          <w:ilvl w:val="0"/>
          <w:numId w:val="27"/>
        </w:numPr>
        <w:suppressAutoHyphens/>
        <w:autoSpaceDN w:val="0"/>
        <w:contextualSpacing w:val="0"/>
        <w:jc w:val="both"/>
        <w:textAlignment w:val="baseline"/>
        <w:rPr>
          <w:rFonts w:ascii="Times New Roman" w:hAnsi="Times New Roman" w:cs="Times New Roman"/>
          <w:b/>
          <w:sz w:val="24"/>
          <w:szCs w:val="24"/>
          <w:lang w:val="fr-CD"/>
        </w:rPr>
      </w:pPr>
      <w:r w:rsidRPr="00C645ED">
        <w:rPr>
          <w:rFonts w:ascii="Times New Roman" w:hAnsi="Times New Roman" w:cs="Times New Roman"/>
          <w:b/>
          <w:sz w:val="24"/>
          <w:szCs w:val="24"/>
          <w:lang w:val="fr-CD"/>
        </w:rPr>
        <w:t>Lieu d'affectation et de prise de fonction</w:t>
      </w:r>
    </w:p>
    <w:p w14:paraId="66A58BDF" w14:textId="77777777" w:rsidR="00AD76D8" w:rsidRDefault="00AD76D8" w:rsidP="00632E83">
      <w:pPr>
        <w:suppressAutoHyphens/>
        <w:autoSpaceDN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Le/la titulaire du poste sera basé(e) </w:t>
      </w:r>
      <w:r w:rsidRPr="00C645ED">
        <w:rPr>
          <w:rFonts w:ascii="Times New Roman" w:hAnsi="Times New Roman" w:cs="Times New Roman"/>
          <w:sz w:val="24"/>
          <w:szCs w:val="24"/>
          <w:highlight w:val="yellow"/>
          <w:lang w:val="fr-FR"/>
        </w:rPr>
        <w:t>à Lubumbashi, dans la Province du Haut Katanga</w:t>
      </w:r>
      <w:r w:rsidRPr="00C645ED">
        <w:rPr>
          <w:rFonts w:ascii="Times New Roman" w:hAnsi="Times New Roman" w:cs="Times New Roman"/>
          <w:sz w:val="24"/>
          <w:szCs w:val="24"/>
          <w:lang w:val="fr-FR"/>
        </w:rPr>
        <w:t>, en République Démocratique du Congo.</w:t>
      </w:r>
    </w:p>
    <w:p w14:paraId="77F3E68A" w14:textId="77777777" w:rsidR="00AD76D8" w:rsidRPr="00C645ED" w:rsidRDefault="00AD76D8" w:rsidP="001E35F5">
      <w:pPr>
        <w:pStyle w:val="Paragraphedeliste"/>
        <w:numPr>
          <w:ilvl w:val="0"/>
          <w:numId w:val="27"/>
        </w:numPr>
        <w:suppressAutoHyphens/>
        <w:autoSpaceDN w:val="0"/>
        <w:contextualSpacing w:val="0"/>
        <w:jc w:val="both"/>
        <w:textAlignment w:val="baseline"/>
        <w:rPr>
          <w:rFonts w:ascii="Times New Roman" w:hAnsi="Times New Roman" w:cs="Times New Roman"/>
          <w:b/>
          <w:sz w:val="24"/>
          <w:szCs w:val="24"/>
          <w:lang w:val="fr-FR"/>
        </w:rPr>
      </w:pPr>
      <w:r w:rsidRPr="00C645ED">
        <w:rPr>
          <w:rFonts w:ascii="Times New Roman" w:hAnsi="Times New Roman" w:cs="Times New Roman"/>
          <w:b/>
          <w:sz w:val="24"/>
          <w:szCs w:val="24"/>
          <w:lang w:val="fr-FR"/>
        </w:rPr>
        <w:t>Dépôt des candidatures et clôture</w:t>
      </w:r>
    </w:p>
    <w:p w14:paraId="05F53F42" w14:textId="5F15FDB2" w:rsidR="00AD76D8" w:rsidRPr="00854CFA" w:rsidRDefault="00AD76D8" w:rsidP="00854CFA">
      <w:pPr>
        <w:jc w:val="both"/>
        <w:rPr>
          <w:rFonts w:ascii="Times New Roman" w:hAnsi="Times New Roman" w:cs="Times New Roman"/>
          <w:sz w:val="24"/>
          <w:szCs w:val="24"/>
          <w:lang w:val="fr-FR"/>
        </w:rPr>
      </w:pPr>
      <w:r w:rsidRPr="00854CFA">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hyperlink r:id="rId29" w:history="1">
        <w:r w:rsidRPr="00854CFA">
          <w:rPr>
            <w:rStyle w:val="Lienhypertexte"/>
            <w:rFonts w:ascii="Times New Roman" w:hAnsi="Times New Roman" w:cs="Times New Roman"/>
            <w:sz w:val="24"/>
            <w:szCs w:val="24"/>
            <w:lang w:val="fr-FR"/>
          </w:rPr>
          <w:t>sgagrirdc@gmail.com</w:t>
        </w:r>
      </w:hyperlink>
      <w:r w:rsidRPr="00854CFA">
        <w:rPr>
          <w:rFonts w:ascii="Times New Roman" w:hAnsi="Times New Roman" w:cs="Times New Roman"/>
          <w:sz w:val="24"/>
          <w:szCs w:val="24"/>
          <w:lang w:val="fr-FR"/>
        </w:rPr>
        <w:t xml:space="preserve"> et   </w:t>
      </w:r>
      <w:hyperlink r:id="rId30" w:history="1">
        <w:r w:rsidRPr="00854CFA">
          <w:rPr>
            <w:rStyle w:val="Lienhypertexte"/>
            <w:rFonts w:ascii="Times New Roman" w:hAnsi="Times New Roman" w:cs="Times New Roman"/>
            <w:sz w:val="24"/>
            <w:szCs w:val="24"/>
            <w:lang w:val="fr-FR"/>
          </w:rPr>
          <w:t>recrutement@avenir.cd</w:t>
        </w:r>
      </w:hyperlink>
      <w:r w:rsidRPr="00854CFA">
        <w:rPr>
          <w:rFonts w:ascii="Times New Roman" w:hAnsi="Times New Roman" w:cs="Times New Roman"/>
          <w:sz w:val="24"/>
          <w:szCs w:val="24"/>
          <w:lang w:val="fr-FR"/>
        </w:rPr>
        <w:t xml:space="preserve">  ; avec comme objet : « </w:t>
      </w:r>
      <w:r w:rsidRPr="00854CFA">
        <w:rPr>
          <w:rFonts w:ascii="Times New Roman" w:hAnsi="Times New Roman" w:cs="Times New Roman"/>
          <w:b/>
          <w:bCs/>
          <w:i/>
          <w:sz w:val="24"/>
          <w:szCs w:val="24"/>
          <w:lang w:val="fr-FR"/>
        </w:rPr>
        <w:t>candidature au poste d</w:t>
      </w:r>
      <w:r w:rsidR="00531573" w:rsidRPr="00854CFA">
        <w:rPr>
          <w:rFonts w:ascii="Times New Roman" w:hAnsi="Times New Roman" w:cs="Times New Roman"/>
          <w:b/>
          <w:bCs/>
          <w:i/>
          <w:sz w:val="24"/>
          <w:szCs w:val="24"/>
          <w:lang w:val="fr-FR"/>
        </w:rPr>
        <w:t>’Assistant Administratif et Financier de l’Antenne du Haut Katanga /LUALABA</w:t>
      </w:r>
      <w:r w:rsidRPr="00854CFA">
        <w:rPr>
          <w:rFonts w:ascii="Times New Roman" w:hAnsi="Times New Roman" w:cs="Times New Roman"/>
          <w:b/>
          <w:bCs/>
          <w:i/>
          <w:sz w:val="24"/>
          <w:szCs w:val="24"/>
          <w:lang w:val="fr-FR"/>
        </w:rPr>
        <w:t xml:space="preserve"> du Projet AVENIR</w:t>
      </w:r>
      <w:r w:rsidRPr="00854CFA">
        <w:rPr>
          <w:rFonts w:ascii="Times New Roman" w:hAnsi="Times New Roman" w:cs="Times New Roman"/>
          <w:b/>
          <w:bCs/>
          <w:sz w:val="24"/>
          <w:szCs w:val="24"/>
          <w:lang w:val="fr-FR"/>
        </w:rPr>
        <w:t> </w:t>
      </w:r>
      <w:r w:rsidRPr="00854CFA">
        <w:rPr>
          <w:rFonts w:ascii="Times New Roman" w:hAnsi="Times New Roman" w:cs="Times New Roman"/>
          <w:sz w:val="24"/>
          <w:szCs w:val="24"/>
          <w:lang w:val="fr-FR"/>
        </w:rPr>
        <w:t xml:space="preserve">», au plus tard </w:t>
      </w:r>
      <w:r w:rsidR="00854CFA" w:rsidRPr="00854CFA">
        <w:rPr>
          <w:rFonts w:ascii="Times New Roman" w:hAnsi="Times New Roman" w:cs="Times New Roman"/>
          <w:b/>
          <w:bCs/>
          <w:sz w:val="24"/>
          <w:szCs w:val="24"/>
          <w:lang w:val="fr-FR"/>
        </w:rPr>
        <w:t>11 mars 2026</w:t>
      </w:r>
      <w:r w:rsidR="00854CFA" w:rsidRPr="00854CFA">
        <w:rPr>
          <w:rFonts w:ascii="Times New Roman" w:hAnsi="Times New Roman" w:cs="Times New Roman"/>
          <w:sz w:val="24"/>
          <w:szCs w:val="24"/>
          <w:lang w:val="fr-FR"/>
        </w:rPr>
        <w:t xml:space="preserve"> </w:t>
      </w:r>
      <w:r w:rsidRPr="00854CFA">
        <w:rPr>
          <w:rFonts w:ascii="Times New Roman" w:hAnsi="Times New Roman" w:cs="Times New Roman"/>
          <w:sz w:val="24"/>
          <w:szCs w:val="24"/>
          <w:lang w:val="fr-FR"/>
        </w:rPr>
        <w:t>à 1</w:t>
      </w:r>
      <w:r w:rsidR="0051747E" w:rsidRPr="00854CFA">
        <w:rPr>
          <w:rFonts w:ascii="Times New Roman" w:hAnsi="Times New Roman" w:cs="Times New Roman"/>
          <w:sz w:val="24"/>
          <w:szCs w:val="24"/>
          <w:lang w:val="fr-FR"/>
        </w:rPr>
        <w:t>6</w:t>
      </w:r>
      <w:r w:rsidRPr="00854CFA">
        <w:rPr>
          <w:rFonts w:ascii="Times New Roman" w:hAnsi="Times New Roman" w:cs="Times New Roman"/>
          <w:sz w:val="24"/>
          <w:szCs w:val="24"/>
          <w:lang w:val="fr-FR"/>
        </w:rPr>
        <w:t xml:space="preserve">h00’, heure de Kinshasa.  </w:t>
      </w:r>
    </w:p>
    <w:bookmarkEnd w:id="12"/>
    <w:p w14:paraId="56C138C2" w14:textId="77777777" w:rsidR="000E34FF" w:rsidRDefault="000E34FF" w:rsidP="00632E83">
      <w:pPr>
        <w:spacing w:after="0"/>
        <w:jc w:val="both"/>
        <w:textAlignment w:val="baseline"/>
        <w:rPr>
          <w:rFonts w:ascii="Times New Roman" w:eastAsia="Times New Roman" w:hAnsi="Times New Roman" w:cs="Times New Roman"/>
          <w:sz w:val="24"/>
          <w:szCs w:val="24"/>
          <w:lang w:val="fr-FR" w:eastAsia="en-GB"/>
        </w:rPr>
      </w:pPr>
    </w:p>
    <w:p w14:paraId="503B70BE" w14:textId="11B41D77" w:rsidR="007E101F" w:rsidRPr="00F60710" w:rsidRDefault="00F60710" w:rsidP="001E35F5">
      <w:pPr>
        <w:pStyle w:val="Paragraphedeliste"/>
        <w:numPr>
          <w:ilvl w:val="0"/>
          <w:numId w:val="15"/>
        </w:numPr>
        <w:spacing w:after="0"/>
        <w:jc w:val="both"/>
        <w:rPr>
          <w:rFonts w:ascii="Times New Roman" w:hAnsi="Times New Roman" w:cs="Times New Roman"/>
          <w:b/>
          <w:bCs/>
          <w:color w:val="3333FF"/>
          <w:sz w:val="24"/>
          <w:szCs w:val="24"/>
          <w:lang w:val="fr-FR"/>
        </w:rPr>
      </w:pPr>
      <w:r>
        <w:rPr>
          <w:rFonts w:ascii="Times New Roman" w:hAnsi="Times New Roman" w:cs="Times New Roman"/>
          <w:b/>
          <w:bCs/>
          <w:color w:val="3333FF"/>
          <w:sz w:val="24"/>
          <w:szCs w:val="24"/>
          <w:lang w:val="fr-FR"/>
        </w:rPr>
        <w:t xml:space="preserve">RECRUTEMENT </w:t>
      </w:r>
      <w:r w:rsidR="001B659A">
        <w:rPr>
          <w:rFonts w:ascii="Times New Roman" w:hAnsi="Times New Roman" w:cs="Times New Roman"/>
          <w:b/>
          <w:bCs/>
          <w:color w:val="3333FF"/>
          <w:sz w:val="24"/>
          <w:szCs w:val="24"/>
          <w:lang w:val="fr-FR"/>
        </w:rPr>
        <w:t>DE DEUX</w:t>
      </w:r>
      <w:r>
        <w:rPr>
          <w:rFonts w:ascii="Times New Roman" w:hAnsi="Times New Roman" w:cs="Times New Roman"/>
          <w:b/>
          <w:bCs/>
          <w:color w:val="3333FF"/>
          <w:sz w:val="24"/>
          <w:szCs w:val="24"/>
          <w:lang w:val="fr-FR"/>
        </w:rPr>
        <w:t xml:space="preserve"> </w:t>
      </w:r>
      <w:r w:rsidRPr="00F60710">
        <w:rPr>
          <w:rFonts w:ascii="Times New Roman" w:hAnsi="Times New Roman" w:cs="Times New Roman"/>
          <w:b/>
          <w:bCs/>
          <w:color w:val="3333FF"/>
          <w:sz w:val="24"/>
          <w:szCs w:val="24"/>
          <w:lang w:val="fr-FR"/>
        </w:rPr>
        <w:t>SPECIALISTES</w:t>
      </w:r>
      <w:r>
        <w:rPr>
          <w:rFonts w:ascii="Times New Roman" w:hAnsi="Times New Roman" w:cs="Times New Roman"/>
          <w:b/>
          <w:bCs/>
          <w:color w:val="3333FF"/>
          <w:sz w:val="24"/>
          <w:szCs w:val="24"/>
          <w:lang w:val="fr-FR"/>
        </w:rPr>
        <w:t xml:space="preserve"> EN GESTION DE PROJET</w:t>
      </w:r>
      <w:r w:rsidRPr="00F60710">
        <w:rPr>
          <w:rFonts w:ascii="Times New Roman" w:hAnsi="Times New Roman" w:cs="Times New Roman"/>
          <w:b/>
          <w:bCs/>
          <w:color w:val="3333FF"/>
          <w:sz w:val="24"/>
          <w:szCs w:val="24"/>
          <w:lang w:val="fr-FR"/>
        </w:rPr>
        <w:t xml:space="preserve"> </w:t>
      </w:r>
      <w:r w:rsidR="001B659A" w:rsidRPr="00F60710">
        <w:rPr>
          <w:rFonts w:ascii="Times New Roman" w:hAnsi="Times New Roman" w:cs="Times New Roman"/>
          <w:b/>
          <w:bCs/>
          <w:color w:val="3333FF"/>
          <w:sz w:val="24"/>
          <w:szCs w:val="24"/>
          <w:lang w:val="fr-FR"/>
        </w:rPr>
        <w:t>(2</w:t>
      </w:r>
      <w:r w:rsidRPr="00F60710">
        <w:rPr>
          <w:rFonts w:ascii="Times New Roman" w:hAnsi="Times New Roman" w:cs="Times New Roman"/>
          <w:b/>
          <w:bCs/>
          <w:color w:val="3333FF"/>
          <w:sz w:val="24"/>
          <w:szCs w:val="24"/>
          <w:lang w:val="fr-FR"/>
        </w:rPr>
        <w:t>) :</w:t>
      </w:r>
    </w:p>
    <w:p w14:paraId="3949D8D1" w14:textId="77777777" w:rsidR="0051747E" w:rsidRDefault="0051747E" w:rsidP="00632E83">
      <w:pPr>
        <w:spacing w:after="0"/>
        <w:jc w:val="both"/>
        <w:textAlignment w:val="baseline"/>
        <w:rPr>
          <w:rFonts w:ascii="Times New Roman" w:eastAsia="Times New Roman" w:hAnsi="Times New Roman" w:cs="Times New Roman"/>
          <w:sz w:val="24"/>
          <w:szCs w:val="24"/>
          <w:lang w:val="fr-CD" w:eastAsia="en-GB"/>
        </w:rPr>
      </w:pPr>
    </w:p>
    <w:p w14:paraId="2E5B3B46" w14:textId="6AF9A785" w:rsidR="0051747E" w:rsidRPr="0051747E" w:rsidRDefault="0051747E" w:rsidP="001E35F5">
      <w:pPr>
        <w:pStyle w:val="Paragraphedeliste"/>
        <w:numPr>
          <w:ilvl w:val="0"/>
          <w:numId w:val="28"/>
        </w:numPr>
        <w:spacing w:after="0"/>
        <w:jc w:val="both"/>
        <w:textAlignment w:val="baseline"/>
        <w:rPr>
          <w:rFonts w:ascii="Times New Roman" w:eastAsia="Times New Roman" w:hAnsi="Times New Roman" w:cs="Times New Roman"/>
          <w:b/>
          <w:bCs/>
          <w:sz w:val="24"/>
          <w:szCs w:val="24"/>
          <w:lang w:val="fr-CD" w:eastAsia="en-GB"/>
        </w:rPr>
      </w:pPr>
      <w:r w:rsidRPr="0051747E">
        <w:rPr>
          <w:rFonts w:ascii="Times New Roman" w:eastAsia="Times New Roman" w:hAnsi="Times New Roman" w:cs="Times New Roman"/>
          <w:b/>
          <w:bCs/>
          <w:sz w:val="24"/>
          <w:szCs w:val="24"/>
          <w:lang w:val="fr-CD" w:eastAsia="en-GB"/>
        </w:rPr>
        <w:t>Mission :</w:t>
      </w:r>
    </w:p>
    <w:p w14:paraId="13610EDB" w14:textId="1E8040FC" w:rsidR="007E101F" w:rsidRPr="007E101F" w:rsidRDefault="007E101F" w:rsidP="00632E83">
      <w:pPr>
        <w:spacing w:after="0"/>
        <w:jc w:val="both"/>
        <w:textAlignment w:val="baseline"/>
        <w:rPr>
          <w:rFonts w:ascii="Times New Roman" w:eastAsia="Times New Roman" w:hAnsi="Times New Roman" w:cs="Times New Roman"/>
          <w:sz w:val="24"/>
          <w:szCs w:val="24"/>
          <w:lang w:val="fr-CD" w:eastAsia="en-GB"/>
        </w:rPr>
      </w:pPr>
      <w:r w:rsidRPr="007E101F">
        <w:rPr>
          <w:rFonts w:ascii="Times New Roman" w:eastAsia="Times New Roman" w:hAnsi="Times New Roman" w:cs="Times New Roman"/>
          <w:sz w:val="24"/>
          <w:szCs w:val="24"/>
          <w:lang w:val="fr-CD" w:eastAsia="en-GB"/>
        </w:rPr>
        <w:t xml:space="preserve">Sous la supervision du </w:t>
      </w:r>
      <w:r w:rsidR="00F60710">
        <w:rPr>
          <w:rFonts w:ascii="Times New Roman" w:eastAsia="Times New Roman" w:hAnsi="Times New Roman" w:cs="Times New Roman"/>
          <w:sz w:val="24"/>
          <w:szCs w:val="24"/>
          <w:lang w:val="fr-CD" w:eastAsia="en-GB"/>
        </w:rPr>
        <w:t>Chef d’antenne du Haut Katanga et Lualaba,</w:t>
      </w:r>
      <w:r w:rsidRPr="007E101F">
        <w:rPr>
          <w:rFonts w:ascii="Times New Roman" w:eastAsia="Times New Roman" w:hAnsi="Times New Roman" w:cs="Times New Roman"/>
          <w:sz w:val="24"/>
          <w:szCs w:val="24"/>
          <w:lang w:val="fr-CD" w:eastAsia="en-GB"/>
        </w:rPr>
        <w:t xml:space="preserve"> les </w:t>
      </w:r>
      <w:r w:rsidR="000B46F9">
        <w:rPr>
          <w:rFonts w:ascii="Times New Roman" w:eastAsia="Times New Roman" w:hAnsi="Times New Roman" w:cs="Times New Roman"/>
          <w:sz w:val="24"/>
          <w:szCs w:val="24"/>
          <w:lang w:val="fr-CD" w:eastAsia="en-GB"/>
        </w:rPr>
        <w:t xml:space="preserve">spécialistes en gestion du </w:t>
      </w:r>
      <w:r w:rsidRPr="007E101F">
        <w:rPr>
          <w:rFonts w:ascii="Times New Roman" w:eastAsia="Times New Roman" w:hAnsi="Times New Roman" w:cs="Times New Roman"/>
          <w:sz w:val="24"/>
          <w:szCs w:val="24"/>
          <w:lang w:val="fr-CD" w:eastAsia="en-GB"/>
        </w:rPr>
        <w:t xml:space="preserve">projet accompliront les tâches suivantes : </w:t>
      </w:r>
    </w:p>
    <w:p w14:paraId="0D839545" w14:textId="58743EBE"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Soutenir la mobilisation communautaire et les approches participatives intégrées pour l'engagement communautaire dans les activités du projet tout au long de sa durée.</w:t>
      </w:r>
    </w:p>
    <w:p w14:paraId="0C0223E7" w14:textId="313A1A0E"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Soutenir l'organisation de visites d'échange entre les producteurs et d'autres acteurs de diverses chaînes de valeur maraîchères.</w:t>
      </w:r>
    </w:p>
    <w:p w14:paraId="4928125C" w14:textId="7A31503F"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 xml:space="preserve">Assurer le lien entre les structures nationales du projet et les institutions communautaires, notamment en impliquant les organisations communautaires. </w:t>
      </w:r>
    </w:p>
    <w:p w14:paraId="21552B2A" w14:textId="706D63E8"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Assurer la capitalisation des innovations et des pratiques communautaires en matière de GDT pour la restauration des écosystèmes, la conservation de la biodiversité et l'amélioration de l'utilisation des ressources foncières.</w:t>
      </w:r>
    </w:p>
    <w:p w14:paraId="5B65B8A2" w14:textId="6C731DDB"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Aider à l'élaboration de divers documents (rapport d'activité, AWPB).</w:t>
      </w:r>
    </w:p>
    <w:p w14:paraId="6868F88A" w14:textId="4C687963"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Soutenir le regroupement et l'organisation des petits producteurs situés au niveau des bassins de production afin de faciliter la diffusion des technologies éprouvées.</w:t>
      </w:r>
    </w:p>
    <w:p w14:paraId="1E13B03C" w14:textId="02DE692C"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Soutenir le renforcement des capacités des organisations qui émergent autour des activités de production dans le cadre de la conservation de la biodiversité, de la restauration des écosystèmes, de la GDT et de la gestion de l'eau dans les régions de captage du projet.</w:t>
      </w:r>
    </w:p>
    <w:p w14:paraId="745CA910" w14:textId="31AFCDE2"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Soutenir l'organisation et la mise en place de sessions de formation pour les producteurs, selon les besoins.</w:t>
      </w:r>
    </w:p>
    <w:p w14:paraId="21CEBEA7" w14:textId="4ACD1E09"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Superviser le travail des prestataires de services dans la réalisation de leurs objectifs et la satisfaction des groupes cibles.</w:t>
      </w:r>
    </w:p>
    <w:p w14:paraId="401215F5" w14:textId="29F4E9D5" w:rsidR="000E34F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Produire un rapport annuel sur toutes les activités menées, qui alimentera les rapports réguliers.</w:t>
      </w:r>
    </w:p>
    <w:p w14:paraId="2DEC5F18" w14:textId="77777777" w:rsidR="001B569B" w:rsidRPr="00854CFA" w:rsidRDefault="001B569B"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Assurer la supervision de la mise en œuvre et du suivi des activités du projet contribuant au renforcement des capacités organisationnelles et techniques des autres responsables de projet.</w:t>
      </w:r>
    </w:p>
    <w:p w14:paraId="6008F675" w14:textId="2F670F0E" w:rsidR="001B569B" w:rsidRPr="00854CFA" w:rsidRDefault="001B569B"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Veiller à ce que les activités de renforcement des capacités prévues dans le cahier des charges des opérateurs chargés de la mise en œuvre soient menées de manière optimale.</w:t>
      </w:r>
    </w:p>
    <w:p w14:paraId="52E3BF11" w14:textId="0C7218C7" w:rsidR="001B569B" w:rsidRPr="00854CFA" w:rsidRDefault="001B569B"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Soutenir la communication des activités du projet auprès d'un public plus large.</w:t>
      </w:r>
    </w:p>
    <w:p w14:paraId="0625E3D8" w14:textId="1C3DFF88" w:rsidR="001B569B" w:rsidRPr="00854CFA" w:rsidRDefault="001B569B"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Travailler en étroite collaboration avec le service de suivi et d'évaluation pour la rédaction des rapports du projet.</w:t>
      </w:r>
    </w:p>
    <w:p w14:paraId="76A281D3" w14:textId="77777777" w:rsidR="001B569B" w:rsidRPr="001B569B" w:rsidRDefault="001B569B" w:rsidP="00632E83">
      <w:pPr>
        <w:spacing w:after="0"/>
        <w:jc w:val="both"/>
        <w:textAlignment w:val="baseline"/>
        <w:rPr>
          <w:rFonts w:ascii="Times New Roman" w:eastAsia="Times New Roman" w:hAnsi="Times New Roman" w:cs="Times New Roman"/>
          <w:sz w:val="24"/>
          <w:szCs w:val="24"/>
          <w:lang w:val="fr-CD" w:eastAsia="en-GB"/>
        </w:rPr>
      </w:pPr>
    </w:p>
    <w:p w14:paraId="535B69DF" w14:textId="62FF1938" w:rsidR="001B569B" w:rsidRPr="0051747E" w:rsidRDefault="001B569B" w:rsidP="001E35F5">
      <w:pPr>
        <w:pStyle w:val="Paragraphedeliste"/>
        <w:numPr>
          <w:ilvl w:val="0"/>
          <w:numId w:val="28"/>
        </w:numPr>
        <w:spacing w:after="0"/>
        <w:jc w:val="both"/>
        <w:textAlignment w:val="baseline"/>
        <w:rPr>
          <w:rFonts w:ascii="Times New Roman" w:eastAsia="Times New Roman" w:hAnsi="Times New Roman" w:cs="Times New Roman"/>
          <w:b/>
          <w:bCs/>
          <w:sz w:val="24"/>
          <w:szCs w:val="24"/>
          <w:lang w:val="fr-CD" w:eastAsia="en-GB"/>
        </w:rPr>
      </w:pPr>
      <w:r w:rsidRPr="0051747E">
        <w:rPr>
          <w:rFonts w:ascii="Times New Roman" w:eastAsia="Times New Roman" w:hAnsi="Times New Roman" w:cs="Times New Roman"/>
          <w:b/>
          <w:bCs/>
          <w:sz w:val="24"/>
          <w:szCs w:val="24"/>
          <w:lang w:val="fr-CD" w:eastAsia="en-GB"/>
        </w:rPr>
        <w:t>Qualifications et compétences</w:t>
      </w:r>
    </w:p>
    <w:p w14:paraId="52351079" w14:textId="77777777" w:rsidR="001B659A" w:rsidRPr="001B569B" w:rsidRDefault="001B659A" w:rsidP="00632E83">
      <w:pPr>
        <w:spacing w:after="0"/>
        <w:jc w:val="both"/>
        <w:textAlignment w:val="baseline"/>
        <w:rPr>
          <w:rFonts w:ascii="Times New Roman" w:eastAsia="Times New Roman" w:hAnsi="Times New Roman" w:cs="Times New Roman"/>
          <w:b/>
          <w:bCs/>
          <w:sz w:val="24"/>
          <w:szCs w:val="24"/>
          <w:lang w:val="fr-CD" w:eastAsia="en-GB"/>
        </w:rPr>
      </w:pPr>
    </w:p>
    <w:p w14:paraId="3BF971A7" w14:textId="640D9E12" w:rsidR="008878E3" w:rsidRPr="001B659A" w:rsidRDefault="001B569B" w:rsidP="001E35F5">
      <w:pPr>
        <w:pStyle w:val="Paragraphedeliste"/>
        <w:numPr>
          <w:ilvl w:val="0"/>
          <w:numId w:val="16"/>
        </w:numPr>
        <w:spacing w:after="0"/>
        <w:jc w:val="both"/>
        <w:textAlignment w:val="baseline"/>
        <w:rPr>
          <w:rFonts w:ascii="Times New Roman" w:eastAsia="Times New Roman" w:hAnsi="Times New Roman" w:cs="Times New Roman"/>
          <w:sz w:val="24"/>
          <w:szCs w:val="24"/>
          <w:lang w:val="fr-CD" w:eastAsia="en-GB"/>
        </w:rPr>
      </w:pPr>
      <w:r w:rsidRPr="001B659A">
        <w:rPr>
          <w:rFonts w:ascii="Times New Roman" w:eastAsia="Times New Roman" w:hAnsi="Times New Roman" w:cs="Times New Roman"/>
          <w:sz w:val="24"/>
          <w:szCs w:val="24"/>
          <w:lang w:val="fr-CD" w:eastAsia="en-GB"/>
        </w:rPr>
        <w:t>Être titulaire d'un diplôme universitaire ou équivalent en agronomie, gestion des ressources naturelles, économie, sciences sociales, développement rural ou équivalent, et</w:t>
      </w:r>
      <w:r w:rsidR="008878E3" w:rsidRPr="001B659A">
        <w:rPr>
          <w:rFonts w:ascii="Times New Roman" w:eastAsia="Times New Roman" w:hAnsi="Times New Roman" w:cs="Times New Roman"/>
          <w:sz w:val="24"/>
          <w:szCs w:val="24"/>
          <w:lang w:val="fr-CD" w:eastAsia="en-GB"/>
        </w:rPr>
        <w:t> ;</w:t>
      </w:r>
    </w:p>
    <w:p w14:paraId="74F97157" w14:textId="7385BF2E" w:rsidR="001B569B" w:rsidRPr="001B659A" w:rsidRDefault="001B659A" w:rsidP="001E35F5">
      <w:pPr>
        <w:pStyle w:val="Paragraphedeliste"/>
        <w:numPr>
          <w:ilvl w:val="0"/>
          <w:numId w:val="16"/>
        </w:numPr>
        <w:spacing w:after="0"/>
        <w:jc w:val="both"/>
        <w:textAlignment w:val="baseline"/>
        <w:rPr>
          <w:rFonts w:ascii="Times New Roman" w:eastAsia="Times New Roman" w:hAnsi="Times New Roman" w:cs="Times New Roman"/>
          <w:sz w:val="24"/>
          <w:szCs w:val="24"/>
          <w:lang w:val="fr-CD" w:eastAsia="en-GB"/>
        </w:rPr>
      </w:pPr>
      <w:r w:rsidRPr="001B659A">
        <w:rPr>
          <w:rFonts w:ascii="Times New Roman" w:eastAsia="Times New Roman" w:hAnsi="Times New Roman" w:cs="Times New Roman"/>
          <w:sz w:val="24"/>
          <w:szCs w:val="24"/>
          <w:lang w:val="fr-CD" w:eastAsia="en-GB"/>
        </w:rPr>
        <w:t>Avoir au</w:t>
      </w:r>
      <w:r w:rsidR="001B569B" w:rsidRPr="001B659A">
        <w:rPr>
          <w:rFonts w:ascii="Times New Roman" w:eastAsia="Times New Roman" w:hAnsi="Times New Roman" w:cs="Times New Roman"/>
          <w:sz w:val="24"/>
          <w:szCs w:val="24"/>
          <w:lang w:val="fr-CD" w:eastAsia="en-GB"/>
        </w:rPr>
        <w:t xml:space="preserve"> moins 5 ans d'expérience dans </w:t>
      </w:r>
      <w:r w:rsidR="000B46F9" w:rsidRPr="001B659A">
        <w:rPr>
          <w:rFonts w:ascii="Times New Roman" w:eastAsia="Times New Roman" w:hAnsi="Times New Roman" w:cs="Times New Roman"/>
          <w:sz w:val="24"/>
          <w:szCs w:val="24"/>
          <w:lang w:val="fr-CD" w:eastAsia="en-GB"/>
        </w:rPr>
        <w:t>le pilotage</w:t>
      </w:r>
      <w:r w:rsidR="001B569B" w:rsidRPr="001B659A">
        <w:rPr>
          <w:rFonts w:ascii="Times New Roman" w:eastAsia="Times New Roman" w:hAnsi="Times New Roman" w:cs="Times New Roman"/>
          <w:sz w:val="24"/>
          <w:szCs w:val="24"/>
          <w:lang w:val="fr-CD" w:eastAsia="en-GB"/>
        </w:rPr>
        <w:t xml:space="preserve"> ou la gestion de projets de développement rural ;</w:t>
      </w:r>
    </w:p>
    <w:p w14:paraId="19A1BFAC" w14:textId="31044F3D" w:rsidR="000E34FF" w:rsidRPr="00C23CB2" w:rsidRDefault="008878E3" w:rsidP="001E35F5">
      <w:pPr>
        <w:pStyle w:val="Paragraphedeliste"/>
        <w:numPr>
          <w:ilvl w:val="0"/>
          <w:numId w:val="16"/>
        </w:numPr>
        <w:spacing w:after="0"/>
        <w:jc w:val="both"/>
        <w:textAlignment w:val="baseline"/>
        <w:rPr>
          <w:rFonts w:ascii="Times New Roman" w:eastAsia="Times New Roman" w:hAnsi="Times New Roman" w:cs="Times New Roman"/>
          <w:sz w:val="24"/>
          <w:szCs w:val="24"/>
          <w:lang w:val="fr-CD" w:eastAsia="en-GB"/>
        </w:rPr>
      </w:pPr>
      <w:r w:rsidRPr="001B659A">
        <w:rPr>
          <w:rFonts w:ascii="Times New Roman" w:eastAsia="Times New Roman" w:hAnsi="Times New Roman" w:cs="Times New Roman"/>
          <w:sz w:val="24"/>
          <w:szCs w:val="24"/>
          <w:lang w:val="fr-CD" w:eastAsia="en-GB"/>
        </w:rPr>
        <w:t xml:space="preserve">Avoir la </w:t>
      </w:r>
      <w:r w:rsidR="001B569B" w:rsidRPr="001B659A">
        <w:rPr>
          <w:rFonts w:ascii="Times New Roman" w:eastAsia="Times New Roman" w:hAnsi="Times New Roman" w:cs="Times New Roman"/>
          <w:sz w:val="24"/>
          <w:szCs w:val="24"/>
          <w:lang w:val="fr-CD" w:eastAsia="en-GB"/>
        </w:rPr>
        <w:t xml:space="preserve">maîtrise de l'anglais et une excellente maîtrise d'au moins une langue locale de la zone couverte par le projet </w:t>
      </w:r>
      <w:r w:rsidR="001B659A" w:rsidRPr="001B659A">
        <w:rPr>
          <w:rFonts w:ascii="Times New Roman" w:eastAsia="Times New Roman" w:hAnsi="Times New Roman" w:cs="Times New Roman"/>
          <w:sz w:val="24"/>
          <w:szCs w:val="24"/>
          <w:lang w:val="fr-CD" w:eastAsia="en-GB"/>
        </w:rPr>
        <w:t>constituera</w:t>
      </w:r>
      <w:r w:rsidR="001B569B" w:rsidRPr="001B659A">
        <w:rPr>
          <w:rFonts w:ascii="Times New Roman" w:eastAsia="Times New Roman" w:hAnsi="Times New Roman" w:cs="Times New Roman"/>
          <w:sz w:val="24"/>
          <w:szCs w:val="24"/>
          <w:lang w:val="fr-CD" w:eastAsia="en-GB"/>
        </w:rPr>
        <w:t xml:space="preserve"> un atout supplémentaire.</w:t>
      </w:r>
    </w:p>
    <w:p w14:paraId="65EE6690" w14:textId="77777777" w:rsidR="00C23CB2" w:rsidRPr="007E101F" w:rsidRDefault="00C23CB2" w:rsidP="00632E83">
      <w:pPr>
        <w:spacing w:after="0"/>
        <w:jc w:val="both"/>
        <w:textAlignment w:val="baseline"/>
        <w:rPr>
          <w:rFonts w:ascii="Times New Roman" w:eastAsia="Times New Roman" w:hAnsi="Times New Roman" w:cs="Times New Roman"/>
          <w:sz w:val="24"/>
          <w:szCs w:val="24"/>
          <w:lang w:val="fr-CD" w:eastAsia="en-GB"/>
        </w:rPr>
      </w:pPr>
    </w:p>
    <w:p w14:paraId="4738BDC1" w14:textId="5E7B6374" w:rsidR="000E34FF" w:rsidRPr="008B3AF0" w:rsidRDefault="000E34FF" w:rsidP="001E35F5">
      <w:pPr>
        <w:pStyle w:val="Paragraphedeliste"/>
        <w:numPr>
          <w:ilvl w:val="0"/>
          <w:numId w:val="28"/>
        </w:numPr>
        <w:suppressAutoHyphens/>
        <w:autoSpaceDN w:val="0"/>
        <w:jc w:val="both"/>
        <w:textAlignment w:val="baseline"/>
        <w:rPr>
          <w:rFonts w:ascii="Times New Roman" w:hAnsi="Times New Roman" w:cs="Times New Roman"/>
          <w:b/>
          <w:sz w:val="24"/>
          <w:szCs w:val="24"/>
          <w:lang w:val="fr-FR"/>
        </w:rPr>
      </w:pPr>
      <w:r w:rsidRPr="008B3AF0">
        <w:rPr>
          <w:rFonts w:ascii="Times New Roman" w:hAnsi="Times New Roman" w:cs="Times New Roman"/>
          <w:b/>
          <w:sz w:val="24"/>
          <w:szCs w:val="24"/>
          <w:lang w:val="fr-FR"/>
        </w:rPr>
        <w:t>Contenu du dossier de candidature</w:t>
      </w:r>
    </w:p>
    <w:p w14:paraId="66D47F96" w14:textId="77777777" w:rsidR="000E34FF" w:rsidRPr="007075E4" w:rsidRDefault="000E34FF" w:rsidP="00632E83">
      <w:pPr>
        <w:jc w:val="both"/>
        <w:rPr>
          <w:rFonts w:ascii="Times New Roman" w:hAnsi="Times New Roman" w:cs="Times New Roman"/>
          <w:sz w:val="24"/>
          <w:szCs w:val="24"/>
          <w:lang w:val="fr-FR"/>
        </w:rPr>
      </w:pPr>
      <w:r w:rsidRPr="007075E4">
        <w:rPr>
          <w:rFonts w:ascii="Times New Roman" w:hAnsi="Times New Roman" w:cs="Times New Roman"/>
          <w:sz w:val="24"/>
          <w:szCs w:val="24"/>
          <w:lang w:val="fr-FR"/>
        </w:rPr>
        <w:t xml:space="preserve">Les documents de candidature doivent être constitués des pièces suivantes : </w:t>
      </w:r>
    </w:p>
    <w:p w14:paraId="012F7B9B" w14:textId="77777777" w:rsidR="000E34FF" w:rsidRPr="00C645ED" w:rsidRDefault="000E34FF" w:rsidP="001E35F5">
      <w:pPr>
        <w:pStyle w:val="Paragraphedeliste"/>
        <w:numPr>
          <w:ilvl w:val="0"/>
          <w:numId w:val="9"/>
        </w:numPr>
        <w:suppressAutoHyphens/>
        <w:autoSpaceDN w:val="0"/>
        <w:spacing w:after="0"/>
        <w:ind w:left="567"/>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lettre de motivation signée du (de la) candidat adressée au Secrétaire Générale à l’Agriculture ;</w:t>
      </w:r>
    </w:p>
    <w:p w14:paraId="15A5A22F" w14:textId="77777777" w:rsidR="000E34FF" w:rsidRPr="00C645ED" w:rsidRDefault="000E34FF" w:rsidP="001E35F5">
      <w:pPr>
        <w:pStyle w:val="Paragraphedeliste"/>
        <w:numPr>
          <w:ilvl w:val="0"/>
          <w:numId w:val="9"/>
        </w:numPr>
        <w:suppressAutoHyphens/>
        <w:autoSpaceDN w:val="0"/>
        <w:spacing w:after="0"/>
        <w:ind w:left="567"/>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 curriculum vitae actualisé mentionnant au moins trois (3) personnes de référence pour confirmer les expériences et portant une adresse électronique et un numéro de téléphone valide ;</w:t>
      </w:r>
    </w:p>
    <w:p w14:paraId="0E4B9362" w14:textId="77777777" w:rsidR="000E34FF" w:rsidRPr="00C645ED" w:rsidRDefault="000E34FF" w:rsidP="001E35F5">
      <w:pPr>
        <w:pStyle w:val="Paragraphedeliste"/>
        <w:numPr>
          <w:ilvl w:val="0"/>
          <w:numId w:val="9"/>
        </w:numPr>
        <w:suppressAutoHyphens/>
        <w:autoSpaceDN w:val="0"/>
        <w:spacing w:after="0"/>
        <w:ind w:left="567"/>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copies électroniques des titres académiques notariés et attestations de formations ;</w:t>
      </w:r>
    </w:p>
    <w:p w14:paraId="0461DF53" w14:textId="77777777" w:rsidR="000E34FF" w:rsidRPr="00C645ED" w:rsidRDefault="000E34FF" w:rsidP="001E35F5">
      <w:pPr>
        <w:pStyle w:val="Paragraphedeliste"/>
        <w:numPr>
          <w:ilvl w:val="0"/>
          <w:numId w:val="9"/>
        </w:numPr>
        <w:suppressAutoHyphens/>
        <w:autoSpaceDN w:val="0"/>
        <w:spacing w:after="0"/>
        <w:ind w:left="567"/>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preuves d’expérience, notamment les copies des attestations de service rendu et certificat de travail ;</w:t>
      </w:r>
    </w:p>
    <w:p w14:paraId="39C11E46" w14:textId="77777777" w:rsidR="000E34FF" w:rsidRPr="00C645ED" w:rsidRDefault="000E34FF" w:rsidP="001E35F5">
      <w:pPr>
        <w:pStyle w:val="Paragraphedeliste"/>
        <w:numPr>
          <w:ilvl w:val="0"/>
          <w:numId w:val="9"/>
        </w:numPr>
        <w:suppressAutoHyphens/>
        <w:autoSpaceDN w:val="0"/>
        <w:spacing w:after="0"/>
        <w:ind w:left="567"/>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Copie d’une pièce d’identité en cours de validité ; </w:t>
      </w:r>
    </w:p>
    <w:p w14:paraId="40B33E95" w14:textId="77777777" w:rsidR="000E34FF" w:rsidRPr="00C645ED" w:rsidRDefault="000E34FF" w:rsidP="001E35F5">
      <w:pPr>
        <w:pStyle w:val="Paragraphedeliste"/>
        <w:numPr>
          <w:ilvl w:val="0"/>
          <w:numId w:val="9"/>
        </w:numPr>
        <w:suppressAutoHyphens/>
        <w:autoSpaceDN w:val="0"/>
        <w:ind w:left="567"/>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copie de certificat d’aptitude physique.</w:t>
      </w:r>
    </w:p>
    <w:p w14:paraId="0F37DFA1" w14:textId="6F1E45DD" w:rsidR="00AD76D8" w:rsidRPr="008B3AF0" w:rsidRDefault="00AD76D8" w:rsidP="001E35F5">
      <w:pPr>
        <w:pStyle w:val="Paragraphedeliste"/>
        <w:numPr>
          <w:ilvl w:val="0"/>
          <w:numId w:val="28"/>
        </w:numPr>
        <w:suppressAutoHyphens/>
        <w:autoSpaceDN w:val="0"/>
        <w:jc w:val="both"/>
        <w:textAlignment w:val="baseline"/>
        <w:rPr>
          <w:rFonts w:ascii="Times New Roman" w:hAnsi="Times New Roman" w:cs="Times New Roman"/>
          <w:b/>
          <w:sz w:val="24"/>
          <w:szCs w:val="24"/>
          <w:lang w:val="fr-CD"/>
        </w:rPr>
      </w:pPr>
      <w:r w:rsidRPr="008B3AF0">
        <w:rPr>
          <w:rFonts w:ascii="Times New Roman" w:hAnsi="Times New Roman" w:cs="Times New Roman"/>
          <w:b/>
          <w:sz w:val="24"/>
          <w:szCs w:val="24"/>
          <w:lang w:val="fr-CD"/>
        </w:rPr>
        <w:t>Durée du Contrat</w:t>
      </w:r>
    </w:p>
    <w:p w14:paraId="6D8AE0DA" w14:textId="77777777" w:rsidR="00AD76D8" w:rsidRPr="00C645ED" w:rsidRDefault="00AD76D8" w:rsidP="00632E83">
      <w:pPr>
        <w:pStyle w:val="NormalWeb"/>
        <w:spacing w:line="276" w:lineRule="auto"/>
        <w:jc w:val="both"/>
      </w:pPr>
      <w:r w:rsidRPr="00C645ED">
        <w:t xml:space="preserve">Le contrat sera conclu pour une </w:t>
      </w:r>
      <w:r w:rsidRPr="00C645ED">
        <w:rPr>
          <w:rStyle w:val="lev"/>
          <w:b w:val="0"/>
          <w:bCs w:val="0"/>
        </w:rPr>
        <w:t>durée</w:t>
      </w:r>
      <w:r w:rsidRPr="00C645ED">
        <w:rPr>
          <w:rStyle w:val="lev"/>
        </w:rPr>
        <w:t xml:space="preserve"> d’un (1) an</w:t>
      </w:r>
      <w:r w:rsidRPr="00C645ED">
        <w:t xml:space="preserve">, renouvelable sur la base d’une </w:t>
      </w:r>
      <w:r w:rsidRPr="00C645ED">
        <w:rPr>
          <w:rStyle w:val="lev"/>
          <w:b w:val="0"/>
          <w:bCs w:val="0"/>
        </w:rPr>
        <w:t>évaluation satisfaisante des performances</w:t>
      </w:r>
      <w:r w:rsidRPr="00C645ED">
        <w:t xml:space="preserve"> du/de la titulaire. Le renouvellement du contrat sera toutefois limité à la </w:t>
      </w:r>
      <w:r w:rsidRPr="00C645ED">
        <w:rPr>
          <w:rStyle w:val="lev"/>
          <w:b w:val="0"/>
          <w:bCs w:val="0"/>
        </w:rPr>
        <w:t>durée effective de mise en œuvre du Projet</w:t>
      </w:r>
      <w:r w:rsidRPr="00C645ED">
        <w:rPr>
          <w:b/>
          <w:bCs/>
        </w:rPr>
        <w:t>.</w:t>
      </w:r>
    </w:p>
    <w:p w14:paraId="3FA899E8" w14:textId="6C6A6899" w:rsidR="001B659A" w:rsidRPr="001B659A" w:rsidRDefault="00AD76D8" w:rsidP="00632E83">
      <w:pPr>
        <w:pStyle w:val="NormalWeb"/>
        <w:spacing w:line="276" w:lineRule="auto"/>
        <w:jc w:val="both"/>
        <w:rPr>
          <w:b/>
          <w:bCs/>
        </w:rPr>
      </w:pPr>
      <w:r w:rsidRPr="00C645ED">
        <w:t xml:space="preserve">Le contrat initial comportera une </w:t>
      </w:r>
      <w:r w:rsidRPr="00C645ED">
        <w:rPr>
          <w:rStyle w:val="lev"/>
        </w:rPr>
        <w:t>période probatoire de six (6) mois</w:t>
      </w:r>
      <w:r w:rsidRPr="00C645ED">
        <w:t xml:space="preserve">, au terme de laquelle la confirmation définitive du/de la titulaire sera subordonnée à une </w:t>
      </w:r>
      <w:r w:rsidRPr="00C645ED">
        <w:rPr>
          <w:rStyle w:val="lev"/>
          <w:b w:val="0"/>
          <w:bCs w:val="0"/>
        </w:rPr>
        <w:t>évaluation positive des résultats et du comportement professionnel</w:t>
      </w:r>
      <w:r w:rsidRPr="00C645ED">
        <w:rPr>
          <w:b/>
          <w:bCs/>
        </w:rPr>
        <w:t>.</w:t>
      </w:r>
    </w:p>
    <w:p w14:paraId="66C880EE" w14:textId="408B71A1" w:rsidR="00AD76D8" w:rsidRPr="008B3AF0" w:rsidRDefault="00AD76D8" w:rsidP="001E35F5">
      <w:pPr>
        <w:pStyle w:val="Paragraphedeliste"/>
        <w:numPr>
          <w:ilvl w:val="0"/>
          <w:numId w:val="28"/>
        </w:numPr>
        <w:suppressAutoHyphens/>
        <w:autoSpaceDN w:val="0"/>
        <w:jc w:val="both"/>
        <w:textAlignment w:val="baseline"/>
        <w:rPr>
          <w:rFonts w:ascii="Times New Roman" w:hAnsi="Times New Roman" w:cs="Times New Roman"/>
          <w:b/>
          <w:sz w:val="24"/>
          <w:szCs w:val="24"/>
          <w:lang w:val="fr-CD"/>
        </w:rPr>
      </w:pPr>
      <w:r w:rsidRPr="008B3AF0">
        <w:rPr>
          <w:rFonts w:ascii="Times New Roman" w:hAnsi="Times New Roman" w:cs="Times New Roman"/>
          <w:b/>
          <w:sz w:val="24"/>
          <w:szCs w:val="24"/>
          <w:lang w:val="fr-CD"/>
        </w:rPr>
        <w:t>Lieu d'affectation et de prise de fonction</w:t>
      </w:r>
    </w:p>
    <w:p w14:paraId="35070FD7" w14:textId="77777777" w:rsidR="00AD76D8" w:rsidRPr="00C645ED" w:rsidRDefault="00AD76D8" w:rsidP="00632E83">
      <w:pPr>
        <w:suppressAutoHyphens/>
        <w:autoSpaceDN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Le/la titulaire du poste sera basé(</w:t>
      </w:r>
      <w:r w:rsidRPr="00C23CB2">
        <w:rPr>
          <w:rFonts w:ascii="Times New Roman" w:hAnsi="Times New Roman" w:cs="Times New Roman"/>
          <w:sz w:val="24"/>
          <w:szCs w:val="24"/>
          <w:lang w:val="fr-FR"/>
        </w:rPr>
        <w:t>e) à Lubumbashi, dans la Province du Haut Katanga,</w:t>
      </w:r>
      <w:r w:rsidRPr="00C645ED">
        <w:rPr>
          <w:rFonts w:ascii="Times New Roman" w:hAnsi="Times New Roman" w:cs="Times New Roman"/>
          <w:sz w:val="24"/>
          <w:szCs w:val="24"/>
          <w:lang w:val="fr-FR"/>
        </w:rPr>
        <w:t xml:space="preserve"> en République Démocratique du Congo.</w:t>
      </w:r>
    </w:p>
    <w:p w14:paraId="6AF77BBA" w14:textId="212F236B" w:rsidR="00AD76D8" w:rsidRPr="008B3AF0" w:rsidRDefault="00AD76D8" w:rsidP="001E35F5">
      <w:pPr>
        <w:pStyle w:val="Paragraphedeliste"/>
        <w:numPr>
          <w:ilvl w:val="0"/>
          <w:numId w:val="28"/>
        </w:numPr>
        <w:suppressAutoHyphens/>
        <w:autoSpaceDN w:val="0"/>
        <w:jc w:val="both"/>
        <w:textAlignment w:val="baseline"/>
        <w:rPr>
          <w:rFonts w:ascii="Times New Roman" w:hAnsi="Times New Roman" w:cs="Times New Roman"/>
          <w:b/>
          <w:sz w:val="24"/>
          <w:szCs w:val="24"/>
          <w:lang w:val="fr-FR"/>
        </w:rPr>
      </w:pPr>
      <w:r w:rsidRPr="008B3AF0">
        <w:rPr>
          <w:rFonts w:ascii="Times New Roman" w:hAnsi="Times New Roman" w:cs="Times New Roman"/>
          <w:b/>
          <w:sz w:val="24"/>
          <w:szCs w:val="24"/>
          <w:lang w:val="fr-FR"/>
        </w:rPr>
        <w:t>Dépôt des candidatures et clôture</w:t>
      </w:r>
    </w:p>
    <w:p w14:paraId="3352797E" w14:textId="221F0EE5" w:rsidR="00AD76D8" w:rsidRPr="00F34515" w:rsidRDefault="00AD76D8" w:rsidP="00632E83">
      <w:pPr>
        <w:jc w:val="both"/>
        <w:rPr>
          <w:rFonts w:ascii="Times New Roman" w:hAnsi="Times New Roman" w:cs="Times New Roman"/>
          <w:sz w:val="24"/>
          <w:szCs w:val="24"/>
          <w:lang w:val="fr-FR"/>
        </w:rPr>
      </w:pPr>
      <w:r w:rsidRPr="00F34515">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hyperlink r:id="rId31" w:history="1">
        <w:r w:rsidRPr="00F34515">
          <w:rPr>
            <w:rStyle w:val="Lienhypertexte"/>
            <w:rFonts w:ascii="Times New Roman" w:hAnsi="Times New Roman" w:cs="Times New Roman"/>
            <w:sz w:val="24"/>
            <w:szCs w:val="24"/>
            <w:lang w:val="fr-FR"/>
          </w:rPr>
          <w:t>sgagrirdc@gmail.com</w:t>
        </w:r>
      </w:hyperlink>
      <w:r w:rsidRPr="00F34515">
        <w:rPr>
          <w:rFonts w:ascii="Times New Roman" w:hAnsi="Times New Roman" w:cs="Times New Roman"/>
          <w:sz w:val="24"/>
          <w:szCs w:val="24"/>
          <w:lang w:val="fr-FR"/>
        </w:rPr>
        <w:t xml:space="preserve"> et   </w:t>
      </w:r>
      <w:hyperlink r:id="rId32" w:history="1">
        <w:r w:rsidRPr="00F34515">
          <w:rPr>
            <w:rStyle w:val="Lienhypertexte"/>
            <w:rFonts w:ascii="Times New Roman" w:hAnsi="Times New Roman" w:cs="Times New Roman"/>
            <w:sz w:val="24"/>
            <w:szCs w:val="24"/>
            <w:lang w:val="fr-FR"/>
          </w:rPr>
          <w:t>recrutement@avenir.cd</w:t>
        </w:r>
      </w:hyperlink>
      <w:r w:rsidRPr="00F34515">
        <w:rPr>
          <w:rFonts w:ascii="Times New Roman" w:hAnsi="Times New Roman" w:cs="Times New Roman"/>
          <w:sz w:val="24"/>
          <w:szCs w:val="24"/>
          <w:lang w:val="fr-FR"/>
        </w:rPr>
        <w:t xml:space="preserve">  ; avec comme objet : « </w:t>
      </w:r>
      <w:r w:rsidRPr="00F34515">
        <w:rPr>
          <w:rFonts w:ascii="Times New Roman" w:hAnsi="Times New Roman" w:cs="Times New Roman"/>
          <w:i/>
          <w:sz w:val="24"/>
          <w:szCs w:val="24"/>
          <w:lang w:val="fr-FR"/>
        </w:rPr>
        <w:t xml:space="preserve">candidature au poste de </w:t>
      </w:r>
      <w:r w:rsidR="00531573" w:rsidRPr="00531573">
        <w:rPr>
          <w:rFonts w:ascii="Times New Roman" w:hAnsi="Times New Roman" w:cs="Times New Roman"/>
          <w:b/>
          <w:bCs/>
          <w:i/>
          <w:sz w:val="24"/>
          <w:szCs w:val="24"/>
          <w:lang w:val="fr-FR"/>
        </w:rPr>
        <w:t xml:space="preserve">Spécialistes en Gestion de Projet </w:t>
      </w:r>
      <w:r w:rsidRPr="00531573">
        <w:rPr>
          <w:rFonts w:ascii="Times New Roman" w:hAnsi="Times New Roman" w:cs="Times New Roman"/>
          <w:b/>
          <w:bCs/>
          <w:i/>
          <w:sz w:val="24"/>
          <w:szCs w:val="24"/>
          <w:lang w:val="fr-FR"/>
        </w:rPr>
        <w:t>du Projet AVENIR</w:t>
      </w:r>
      <w:r w:rsidRPr="00531573">
        <w:rPr>
          <w:rFonts w:ascii="Times New Roman" w:hAnsi="Times New Roman" w:cs="Times New Roman"/>
          <w:b/>
          <w:bCs/>
          <w:sz w:val="24"/>
          <w:szCs w:val="24"/>
          <w:lang w:val="fr-FR"/>
        </w:rPr>
        <w:t> </w:t>
      </w:r>
      <w:r w:rsidRPr="00F34515">
        <w:rPr>
          <w:rFonts w:ascii="Times New Roman" w:hAnsi="Times New Roman" w:cs="Times New Roman"/>
          <w:sz w:val="24"/>
          <w:szCs w:val="24"/>
          <w:lang w:val="fr-FR"/>
        </w:rPr>
        <w:t xml:space="preserve">», au plus tard </w:t>
      </w:r>
      <w:r w:rsidR="00854CFA" w:rsidRPr="00D664E0">
        <w:rPr>
          <w:rFonts w:ascii="Times New Roman" w:hAnsi="Times New Roman" w:cs="Times New Roman"/>
          <w:b/>
          <w:bCs/>
          <w:sz w:val="24"/>
          <w:szCs w:val="24"/>
          <w:lang w:val="fr-FR"/>
        </w:rPr>
        <w:t>11 mars 2026</w:t>
      </w:r>
      <w:r w:rsidR="00854CFA" w:rsidRPr="001526B5">
        <w:rPr>
          <w:rFonts w:ascii="Times New Roman" w:hAnsi="Times New Roman" w:cs="Times New Roman"/>
          <w:sz w:val="24"/>
          <w:szCs w:val="24"/>
          <w:lang w:val="fr-FR"/>
        </w:rPr>
        <w:t xml:space="preserve"> </w:t>
      </w:r>
      <w:r w:rsidRPr="00F34515">
        <w:rPr>
          <w:rFonts w:ascii="Times New Roman" w:hAnsi="Times New Roman" w:cs="Times New Roman"/>
          <w:sz w:val="24"/>
          <w:szCs w:val="24"/>
          <w:lang w:val="fr-FR"/>
        </w:rPr>
        <w:t xml:space="preserve">à 15h00’, heure de Kinshasa.  </w:t>
      </w:r>
    </w:p>
    <w:sectPr w:rsidR="00AD76D8" w:rsidRPr="00F34515" w:rsidSect="00D664E0">
      <w:footerReference w:type="default" r:id="rId33"/>
      <w:pgSz w:w="12240" w:h="15840"/>
      <w:pgMar w:top="568" w:right="900" w:bottom="1276" w:left="1560" w:header="720" w:footer="4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9BFCE" w14:textId="77777777" w:rsidR="007D2833" w:rsidRDefault="007D2833" w:rsidP="00AF44EF">
      <w:pPr>
        <w:spacing w:after="0" w:line="240" w:lineRule="auto"/>
      </w:pPr>
      <w:r>
        <w:separator/>
      </w:r>
    </w:p>
  </w:endnote>
  <w:endnote w:type="continuationSeparator" w:id="0">
    <w:p w14:paraId="6598F526" w14:textId="77777777" w:rsidR="007D2833" w:rsidRDefault="007D2833" w:rsidP="00AF4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elvetica Neue">
    <w:panose1 w:val="02000506040000020004"/>
    <w:charset w:val="00"/>
    <w:family w:val="auto"/>
    <w:pitch w:val="variable"/>
    <w:sig w:usb0="A000002F" w:usb1="4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366353"/>
      <w:docPartObj>
        <w:docPartGallery w:val="Page Numbers (Bottom of Page)"/>
        <w:docPartUnique/>
      </w:docPartObj>
    </w:sdtPr>
    <w:sdtEndPr/>
    <w:sdtContent>
      <w:p w14:paraId="5225C029" w14:textId="009259E3" w:rsidR="00D94589" w:rsidRDefault="00D94589" w:rsidP="00D664E0">
        <w:pPr>
          <w:pStyle w:val="Pieddepage"/>
          <w:jc w:val="center"/>
        </w:pPr>
        <w:r>
          <w:fldChar w:fldCharType="begin"/>
        </w:r>
        <w:r>
          <w:instrText>PAGE   \* MERGEFORMAT</w:instrText>
        </w:r>
        <w:r>
          <w:fldChar w:fldCharType="separate"/>
        </w:r>
        <w:r w:rsidR="0061752B" w:rsidRPr="0061752B">
          <w:rPr>
            <w:noProof/>
            <w:lang w:val="fr-FR"/>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50225" w14:textId="77777777" w:rsidR="007D2833" w:rsidRDefault="007D2833" w:rsidP="00AF44EF">
      <w:pPr>
        <w:spacing w:after="0" w:line="240" w:lineRule="auto"/>
      </w:pPr>
      <w:r>
        <w:separator/>
      </w:r>
    </w:p>
  </w:footnote>
  <w:footnote w:type="continuationSeparator" w:id="0">
    <w:p w14:paraId="11D986D5" w14:textId="77777777" w:rsidR="007D2833" w:rsidRDefault="007D2833" w:rsidP="00AF44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abstractNum w:abstractNumId="6" w15:restartNumberingAfterBreak="0">
    <w:nsid w:val="02A806E3"/>
    <w:multiLevelType w:val="multilevel"/>
    <w:tmpl w:val="CE681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0A60C4"/>
    <w:multiLevelType w:val="multilevel"/>
    <w:tmpl w:val="09AC6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493605"/>
    <w:multiLevelType w:val="hybridMultilevel"/>
    <w:tmpl w:val="1D6AAF36"/>
    <w:lvl w:ilvl="0" w:tplc="62E8F4EE">
      <w:numFmt w:val="bullet"/>
      <w:lvlText w:val=""/>
      <w:lvlJc w:val="left"/>
      <w:pPr>
        <w:ind w:left="720" w:hanging="360"/>
      </w:pPr>
      <w:rPr>
        <w:rFonts w:ascii="Symbol" w:eastAsiaTheme="minorEastAsia" w:hAnsi="Symbol" w:cs="Calibri"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A7D15CC"/>
    <w:multiLevelType w:val="hybridMultilevel"/>
    <w:tmpl w:val="C438240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0F347153"/>
    <w:multiLevelType w:val="hybridMultilevel"/>
    <w:tmpl w:val="BDBA0D00"/>
    <w:lvl w:ilvl="0" w:tplc="240C000D">
      <w:start w:val="1"/>
      <w:numFmt w:val="bullet"/>
      <w:lvlText w:val=""/>
      <w:lvlJc w:val="left"/>
      <w:pPr>
        <w:ind w:left="720" w:hanging="360"/>
      </w:pPr>
      <w:rPr>
        <w:rFonts w:ascii="Wingdings" w:hAnsi="Wingdings"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11" w15:restartNumberingAfterBreak="0">
    <w:nsid w:val="0F6960D5"/>
    <w:multiLevelType w:val="hybridMultilevel"/>
    <w:tmpl w:val="81FE555E"/>
    <w:lvl w:ilvl="0" w:tplc="240C000F">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12" w15:restartNumberingAfterBreak="0">
    <w:nsid w:val="15202856"/>
    <w:multiLevelType w:val="hybridMultilevel"/>
    <w:tmpl w:val="C2FCF63C"/>
    <w:lvl w:ilvl="0" w:tplc="240C000F">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13" w15:restartNumberingAfterBreak="0">
    <w:nsid w:val="1C051FF0"/>
    <w:multiLevelType w:val="multilevel"/>
    <w:tmpl w:val="DB1420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B1643C"/>
    <w:multiLevelType w:val="hybridMultilevel"/>
    <w:tmpl w:val="3D46F7BE"/>
    <w:lvl w:ilvl="0" w:tplc="E4C889A2">
      <w:start w:val="7"/>
      <w:numFmt w:val="bullet"/>
      <w:lvlText w:val="-"/>
      <w:lvlJc w:val="left"/>
      <w:pPr>
        <w:ind w:left="426" w:hanging="360"/>
      </w:pPr>
      <w:rPr>
        <w:rFonts w:ascii="Calibri" w:eastAsia="Calibri" w:hAnsi="Calibri" w:cs="Calibri" w:hint="default"/>
        <w:b w:val="0"/>
      </w:rPr>
    </w:lvl>
    <w:lvl w:ilvl="1" w:tplc="040C0003">
      <w:start w:val="1"/>
      <w:numFmt w:val="bullet"/>
      <w:lvlText w:val="o"/>
      <w:lvlJc w:val="left"/>
      <w:pPr>
        <w:ind w:left="1146" w:hanging="360"/>
      </w:pPr>
      <w:rPr>
        <w:rFonts w:ascii="Courier New" w:hAnsi="Courier New" w:cs="Courier New" w:hint="default"/>
      </w:rPr>
    </w:lvl>
    <w:lvl w:ilvl="2" w:tplc="040C0005">
      <w:start w:val="1"/>
      <w:numFmt w:val="bullet"/>
      <w:lvlText w:val=""/>
      <w:lvlJc w:val="left"/>
      <w:pPr>
        <w:ind w:left="1866" w:hanging="360"/>
      </w:pPr>
      <w:rPr>
        <w:rFonts w:ascii="Wingdings" w:hAnsi="Wingdings" w:hint="default"/>
      </w:rPr>
    </w:lvl>
    <w:lvl w:ilvl="3" w:tplc="040C0001">
      <w:start w:val="1"/>
      <w:numFmt w:val="bullet"/>
      <w:lvlText w:val=""/>
      <w:lvlJc w:val="left"/>
      <w:pPr>
        <w:ind w:left="2586" w:hanging="360"/>
      </w:pPr>
      <w:rPr>
        <w:rFonts w:ascii="Symbol" w:hAnsi="Symbol" w:hint="default"/>
      </w:rPr>
    </w:lvl>
    <w:lvl w:ilvl="4" w:tplc="040C0003">
      <w:start w:val="1"/>
      <w:numFmt w:val="bullet"/>
      <w:lvlText w:val="o"/>
      <w:lvlJc w:val="left"/>
      <w:pPr>
        <w:ind w:left="3306" w:hanging="360"/>
      </w:pPr>
      <w:rPr>
        <w:rFonts w:ascii="Courier New" w:hAnsi="Courier New" w:cs="Courier New" w:hint="default"/>
      </w:rPr>
    </w:lvl>
    <w:lvl w:ilvl="5" w:tplc="040C0005">
      <w:start w:val="1"/>
      <w:numFmt w:val="bullet"/>
      <w:lvlText w:val=""/>
      <w:lvlJc w:val="left"/>
      <w:pPr>
        <w:ind w:left="4026" w:hanging="360"/>
      </w:pPr>
      <w:rPr>
        <w:rFonts w:ascii="Wingdings" w:hAnsi="Wingdings" w:hint="default"/>
      </w:rPr>
    </w:lvl>
    <w:lvl w:ilvl="6" w:tplc="040C0001">
      <w:start w:val="1"/>
      <w:numFmt w:val="bullet"/>
      <w:lvlText w:val=""/>
      <w:lvlJc w:val="left"/>
      <w:pPr>
        <w:ind w:left="4746" w:hanging="360"/>
      </w:pPr>
      <w:rPr>
        <w:rFonts w:ascii="Symbol" w:hAnsi="Symbol" w:hint="default"/>
      </w:rPr>
    </w:lvl>
    <w:lvl w:ilvl="7" w:tplc="040C0003">
      <w:start w:val="1"/>
      <w:numFmt w:val="bullet"/>
      <w:lvlText w:val="o"/>
      <w:lvlJc w:val="left"/>
      <w:pPr>
        <w:ind w:left="5466" w:hanging="360"/>
      </w:pPr>
      <w:rPr>
        <w:rFonts w:ascii="Courier New" w:hAnsi="Courier New" w:cs="Courier New" w:hint="default"/>
      </w:rPr>
    </w:lvl>
    <w:lvl w:ilvl="8" w:tplc="040C0005">
      <w:start w:val="1"/>
      <w:numFmt w:val="bullet"/>
      <w:lvlText w:val=""/>
      <w:lvlJc w:val="left"/>
      <w:pPr>
        <w:ind w:left="6186" w:hanging="360"/>
      </w:pPr>
      <w:rPr>
        <w:rFonts w:ascii="Wingdings" w:hAnsi="Wingdings" w:hint="default"/>
      </w:rPr>
    </w:lvl>
  </w:abstractNum>
  <w:abstractNum w:abstractNumId="15" w15:restartNumberingAfterBreak="0">
    <w:nsid w:val="31AE1D4D"/>
    <w:multiLevelType w:val="hybridMultilevel"/>
    <w:tmpl w:val="B88A3F56"/>
    <w:lvl w:ilvl="0" w:tplc="62E8F4EE">
      <w:numFmt w:val="bullet"/>
      <w:lvlText w:val=""/>
      <w:lvlJc w:val="left"/>
      <w:pPr>
        <w:ind w:left="786" w:hanging="360"/>
      </w:pPr>
      <w:rPr>
        <w:rFonts w:ascii="Symbol" w:eastAsia="Times New Roman" w:hAnsi="Symbol" w:cs="Calibri" w:hint="default"/>
        <w:color w:val="auto"/>
        <w:sz w:val="24"/>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6" w15:restartNumberingAfterBreak="0">
    <w:nsid w:val="3DDF62C5"/>
    <w:multiLevelType w:val="hybridMultilevel"/>
    <w:tmpl w:val="D20A44CA"/>
    <w:lvl w:ilvl="0" w:tplc="62E8F4EE">
      <w:numFmt w:val="bullet"/>
      <w:lvlText w:val=""/>
      <w:lvlJc w:val="left"/>
      <w:pPr>
        <w:ind w:left="720" w:hanging="360"/>
      </w:pPr>
      <w:rPr>
        <w:rFonts w:ascii="Symbol" w:eastAsiaTheme="minorEastAsia" w:hAnsi="Symbol" w:cs="Calibri"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407764B9"/>
    <w:multiLevelType w:val="multilevel"/>
    <w:tmpl w:val="B4D27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B80194"/>
    <w:multiLevelType w:val="hybridMultilevel"/>
    <w:tmpl w:val="9266BDE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50169BF"/>
    <w:multiLevelType w:val="hybridMultilevel"/>
    <w:tmpl w:val="0A70A416"/>
    <w:lvl w:ilvl="0" w:tplc="62E8F4EE">
      <w:numFmt w:val="bullet"/>
      <w:lvlText w:val=""/>
      <w:lvlJc w:val="left"/>
      <w:pPr>
        <w:ind w:left="720" w:hanging="360"/>
      </w:pPr>
      <w:rPr>
        <w:rFonts w:ascii="Symbol" w:eastAsiaTheme="minorEastAsia" w:hAnsi="Symbol" w:cs="Calibri"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E3B791B"/>
    <w:multiLevelType w:val="multilevel"/>
    <w:tmpl w:val="C92A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677EC6"/>
    <w:multiLevelType w:val="hybridMultilevel"/>
    <w:tmpl w:val="1CB8215C"/>
    <w:lvl w:ilvl="0" w:tplc="713EC8B4">
      <w:start w:val="1"/>
      <w:numFmt w:val="bullet"/>
      <w:lvlText w:val="-"/>
      <w:lvlJc w:val="left"/>
      <w:pPr>
        <w:ind w:left="502" w:hanging="360"/>
      </w:pPr>
      <w:rPr>
        <w:rFonts w:ascii="Arial" w:eastAsia="Times New Roman" w:hAnsi="Arial" w:cs="Arial" w:hint="default"/>
      </w:rPr>
    </w:lvl>
    <w:lvl w:ilvl="1" w:tplc="040C0003">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2" w15:restartNumberingAfterBreak="0">
    <w:nsid w:val="59601349"/>
    <w:multiLevelType w:val="hybridMultilevel"/>
    <w:tmpl w:val="AAF89092"/>
    <w:lvl w:ilvl="0" w:tplc="9D8202A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F5344FA"/>
    <w:multiLevelType w:val="hybridMultilevel"/>
    <w:tmpl w:val="C28ACF4A"/>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6857117A"/>
    <w:multiLevelType w:val="hybridMultilevel"/>
    <w:tmpl w:val="4E22F798"/>
    <w:lvl w:ilvl="0" w:tplc="62E8F4EE">
      <w:numFmt w:val="bullet"/>
      <w:lvlText w:val=""/>
      <w:lvlJc w:val="left"/>
      <w:pPr>
        <w:ind w:left="360" w:hanging="360"/>
      </w:pPr>
      <w:rPr>
        <w:rFonts w:ascii="Symbol" w:eastAsiaTheme="minorEastAsia" w:hAnsi="Symbol" w:cs="Calibri" w:hint="default"/>
        <w:color w:val="auto"/>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68717D24"/>
    <w:multiLevelType w:val="multilevel"/>
    <w:tmpl w:val="2CDEA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A875B1"/>
    <w:multiLevelType w:val="hybridMultilevel"/>
    <w:tmpl w:val="C888C2E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DAA685F"/>
    <w:multiLevelType w:val="hybridMultilevel"/>
    <w:tmpl w:val="8EFAB1C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EF50B74"/>
    <w:multiLevelType w:val="hybridMultilevel"/>
    <w:tmpl w:val="0D74564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0401580"/>
    <w:multiLevelType w:val="multilevel"/>
    <w:tmpl w:val="FAD6A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270D51"/>
    <w:multiLevelType w:val="multilevel"/>
    <w:tmpl w:val="F9EEA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15"/>
  </w:num>
  <w:num w:numId="8">
    <w:abstractNumId w:val="22"/>
  </w:num>
  <w:num w:numId="9">
    <w:abstractNumId w:val="23"/>
  </w:num>
  <w:num w:numId="10">
    <w:abstractNumId w:val="9"/>
  </w:num>
  <w:num w:numId="11">
    <w:abstractNumId w:val="21"/>
  </w:num>
  <w:num w:numId="12">
    <w:abstractNumId w:val="19"/>
  </w:num>
  <w:num w:numId="13">
    <w:abstractNumId w:val="8"/>
  </w:num>
  <w:num w:numId="14">
    <w:abstractNumId w:val="24"/>
  </w:num>
  <w:num w:numId="15">
    <w:abstractNumId w:val="11"/>
  </w:num>
  <w:num w:numId="16">
    <w:abstractNumId w:val="10"/>
  </w:num>
  <w:num w:numId="17">
    <w:abstractNumId w:val="16"/>
  </w:num>
  <w:num w:numId="18">
    <w:abstractNumId w:val="14"/>
  </w:num>
  <w:num w:numId="19">
    <w:abstractNumId w:val="30"/>
  </w:num>
  <w:num w:numId="20">
    <w:abstractNumId w:val="25"/>
  </w:num>
  <w:num w:numId="21">
    <w:abstractNumId w:val="17"/>
  </w:num>
  <w:num w:numId="22">
    <w:abstractNumId w:val="7"/>
  </w:num>
  <w:num w:numId="23">
    <w:abstractNumId w:val="13"/>
  </w:num>
  <w:num w:numId="24">
    <w:abstractNumId w:val="20"/>
  </w:num>
  <w:num w:numId="25">
    <w:abstractNumId w:val="6"/>
  </w:num>
  <w:num w:numId="26">
    <w:abstractNumId w:val="29"/>
  </w:num>
  <w:num w:numId="27">
    <w:abstractNumId w:val="26"/>
  </w:num>
  <w:num w:numId="28">
    <w:abstractNumId w:val="12"/>
  </w:num>
  <w:num w:numId="29">
    <w:abstractNumId w:val="28"/>
  </w:num>
  <w:num w:numId="30">
    <w:abstractNumId w:val="27"/>
  </w:num>
  <w:num w:numId="31">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00294"/>
    <w:rsid w:val="00001DDD"/>
    <w:rsid w:val="00004DF2"/>
    <w:rsid w:val="00021C58"/>
    <w:rsid w:val="00034616"/>
    <w:rsid w:val="00035119"/>
    <w:rsid w:val="000357F9"/>
    <w:rsid w:val="00050351"/>
    <w:rsid w:val="0005427B"/>
    <w:rsid w:val="0006063C"/>
    <w:rsid w:val="0007495B"/>
    <w:rsid w:val="0007597A"/>
    <w:rsid w:val="0008538E"/>
    <w:rsid w:val="000904B0"/>
    <w:rsid w:val="00093BA1"/>
    <w:rsid w:val="000A32CF"/>
    <w:rsid w:val="000B46F9"/>
    <w:rsid w:val="000B642E"/>
    <w:rsid w:val="000C049C"/>
    <w:rsid w:val="000C201F"/>
    <w:rsid w:val="000D37C9"/>
    <w:rsid w:val="000E34FF"/>
    <w:rsid w:val="000E703D"/>
    <w:rsid w:val="00106F86"/>
    <w:rsid w:val="00113641"/>
    <w:rsid w:val="00122E9E"/>
    <w:rsid w:val="00126BD1"/>
    <w:rsid w:val="00126D4F"/>
    <w:rsid w:val="001335E1"/>
    <w:rsid w:val="0015074B"/>
    <w:rsid w:val="001526B5"/>
    <w:rsid w:val="00152B41"/>
    <w:rsid w:val="001663A2"/>
    <w:rsid w:val="00181528"/>
    <w:rsid w:val="00185322"/>
    <w:rsid w:val="00187A28"/>
    <w:rsid w:val="001965D0"/>
    <w:rsid w:val="001972C7"/>
    <w:rsid w:val="001B3A24"/>
    <w:rsid w:val="001B569B"/>
    <w:rsid w:val="001B659A"/>
    <w:rsid w:val="001D1DE8"/>
    <w:rsid w:val="001D3A80"/>
    <w:rsid w:val="001D6672"/>
    <w:rsid w:val="001E35F5"/>
    <w:rsid w:val="001F3AA6"/>
    <w:rsid w:val="001F5399"/>
    <w:rsid w:val="001F5C02"/>
    <w:rsid w:val="002050BB"/>
    <w:rsid w:val="00216DE0"/>
    <w:rsid w:val="00224336"/>
    <w:rsid w:val="00236ADD"/>
    <w:rsid w:val="002433FD"/>
    <w:rsid w:val="002445DC"/>
    <w:rsid w:val="00273AAF"/>
    <w:rsid w:val="00282C7A"/>
    <w:rsid w:val="00283A73"/>
    <w:rsid w:val="00285EC9"/>
    <w:rsid w:val="0029639D"/>
    <w:rsid w:val="00297162"/>
    <w:rsid w:val="002A0882"/>
    <w:rsid w:val="002A17B7"/>
    <w:rsid w:val="002B2677"/>
    <w:rsid w:val="002B4216"/>
    <w:rsid w:val="002C4437"/>
    <w:rsid w:val="002D7B82"/>
    <w:rsid w:val="002E0679"/>
    <w:rsid w:val="002E0DA8"/>
    <w:rsid w:val="002E1EA9"/>
    <w:rsid w:val="002F720A"/>
    <w:rsid w:val="003033CC"/>
    <w:rsid w:val="003139E8"/>
    <w:rsid w:val="0031729F"/>
    <w:rsid w:val="003226F3"/>
    <w:rsid w:val="00326F90"/>
    <w:rsid w:val="00334061"/>
    <w:rsid w:val="00343B37"/>
    <w:rsid w:val="003539CB"/>
    <w:rsid w:val="00355882"/>
    <w:rsid w:val="00364228"/>
    <w:rsid w:val="00371052"/>
    <w:rsid w:val="00382F9A"/>
    <w:rsid w:val="003A28EA"/>
    <w:rsid w:val="003A5F9A"/>
    <w:rsid w:val="003B6C8E"/>
    <w:rsid w:val="003C147C"/>
    <w:rsid w:val="003C489E"/>
    <w:rsid w:val="003F20E3"/>
    <w:rsid w:val="004074E9"/>
    <w:rsid w:val="00411085"/>
    <w:rsid w:val="00411D89"/>
    <w:rsid w:val="00417ADA"/>
    <w:rsid w:val="004233D4"/>
    <w:rsid w:val="0042613A"/>
    <w:rsid w:val="0043104E"/>
    <w:rsid w:val="00437EB5"/>
    <w:rsid w:val="0044208B"/>
    <w:rsid w:val="00453D43"/>
    <w:rsid w:val="00455FE2"/>
    <w:rsid w:val="00486FD4"/>
    <w:rsid w:val="00487720"/>
    <w:rsid w:val="00496294"/>
    <w:rsid w:val="00497C29"/>
    <w:rsid w:val="004A7D53"/>
    <w:rsid w:val="004B3D50"/>
    <w:rsid w:val="004B547D"/>
    <w:rsid w:val="004B5A62"/>
    <w:rsid w:val="004B7A25"/>
    <w:rsid w:val="004C50C5"/>
    <w:rsid w:val="004D2B0B"/>
    <w:rsid w:val="004E0695"/>
    <w:rsid w:val="004E3D98"/>
    <w:rsid w:val="004E6F07"/>
    <w:rsid w:val="004E7A54"/>
    <w:rsid w:val="00500023"/>
    <w:rsid w:val="005059AD"/>
    <w:rsid w:val="0051747E"/>
    <w:rsid w:val="00525D59"/>
    <w:rsid w:val="00525EA8"/>
    <w:rsid w:val="00531573"/>
    <w:rsid w:val="00536987"/>
    <w:rsid w:val="00541BE9"/>
    <w:rsid w:val="00555F97"/>
    <w:rsid w:val="005575C3"/>
    <w:rsid w:val="0057029D"/>
    <w:rsid w:val="00571E9E"/>
    <w:rsid w:val="00575A92"/>
    <w:rsid w:val="005774D3"/>
    <w:rsid w:val="00583E9B"/>
    <w:rsid w:val="0059040A"/>
    <w:rsid w:val="00594358"/>
    <w:rsid w:val="00597ED6"/>
    <w:rsid w:val="005B0B14"/>
    <w:rsid w:val="005C7F7B"/>
    <w:rsid w:val="005D239E"/>
    <w:rsid w:val="005E6510"/>
    <w:rsid w:val="005E7222"/>
    <w:rsid w:val="005F0318"/>
    <w:rsid w:val="005F1B0C"/>
    <w:rsid w:val="00600B18"/>
    <w:rsid w:val="006113CF"/>
    <w:rsid w:val="0061752B"/>
    <w:rsid w:val="006201EC"/>
    <w:rsid w:val="00626AD1"/>
    <w:rsid w:val="00632E83"/>
    <w:rsid w:val="006336E5"/>
    <w:rsid w:val="00657EEB"/>
    <w:rsid w:val="00676F6D"/>
    <w:rsid w:val="006872F9"/>
    <w:rsid w:val="00694376"/>
    <w:rsid w:val="00696CDE"/>
    <w:rsid w:val="006A049D"/>
    <w:rsid w:val="006D029C"/>
    <w:rsid w:val="006D3193"/>
    <w:rsid w:val="006E2830"/>
    <w:rsid w:val="006E4CB9"/>
    <w:rsid w:val="00700DD5"/>
    <w:rsid w:val="007027D3"/>
    <w:rsid w:val="0070296E"/>
    <w:rsid w:val="007075E4"/>
    <w:rsid w:val="007108B8"/>
    <w:rsid w:val="00710BFE"/>
    <w:rsid w:val="007449B7"/>
    <w:rsid w:val="00753494"/>
    <w:rsid w:val="00754A75"/>
    <w:rsid w:val="007561A9"/>
    <w:rsid w:val="0075720F"/>
    <w:rsid w:val="00760F6B"/>
    <w:rsid w:val="00763E33"/>
    <w:rsid w:val="007662AF"/>
    <w:rsid w:val="0078006E"/>
    <w:rsid w:val="0078172E"/>
    <w:rsid w:val="007822C0"/>
    <w:rsid w:val="0079606B"/>
    <w:rsid w:val="007A78C2"/>
    <w:rsid w:val="007C01DF"/>
    <w:rsid w:val="007C1690"/>
    <w:rsid w:val="007C7A47"/>
    <w:rsid w:val="007D2833"/>
    <w:rsid w:val="007D79D9"/>
    <w:rsid w:val="007E101F"/>
    <w:rsid w:val="007F46E9"/>
    <w:rsid w:val="007F4BD2"/>
    <w:rsid w:val="007F4DE7"/>
    <w:rsid w:val="00807D78"/>
    <w:rsid w:val="008109EC"/>
    <w:rsid w:val="0082705C"/>
    <w:rsid w:val="00833E85"/>
    <w:rsid w:val="00854CFA"/>
    <w:rsid w:val="00876DF3"/>
    <w:rsid w:val="00877295"/>
    <w:rsid w:val="00881547"/>
    <w:rsid w:val="008877D9"/>
    <w:rsid w:val="008878E3"/>
    <w:rsid w:val="00887C1C"/>
    <w:rsid w:val="008A680D"/>
    <w:rsid w:val="008B3423"/>
    <w:rsid w:val="008B3AF0"/>
    <w:rsid w:val="008B3D92"/>
    <w:rsid w:val="008B6C25"/>
    <w:rsid w:val="008C20F5"/>
    <w:rsid w:val="008C2CF2"/>
    <w:rsid w:val="008C47E8"/>
    <w:rsid w:val="008D4FE6"/>
    <w:rsid w:val="008D5C42"/>
    <w:rsid w:val="008E527C"/>
    <w:rsid w:val="008E698B"/>
    <w:rsid w:val="008F3A37"/>
    <w:rsid w:val="008F7182"/>
    <w:rsid w:val="0091789C"/>
    <w:rsid w:val="00921F25"/>
    <w:rsid w:val="009273F1"/>
    <w:rsid w:val="00932001"/>
    <w:rsid w:val="00932E71"/>
    <w:rsid w:val="00934C67"/>
    <w:rsid w:val="00950A17"/>
    <w:rsid w:val="00951988"/>
    <w:rsid w:val="00951A0D"/>
    <w:rsid w:val="0096280B"/>
    <w:rsid w:val="00984A08"/>
    <w:rsid w:val="0099640C"/>
    <w:rsid w:val="009A2636"/>
    <w:rsid w:val="009A34B1"/>
    <w:rsid w:val="009B7B29"/>
    <w:rsid w:val="009D1535"/>
    <w:rsid w:val="009F00C3"/>
    <w:rsid w:val="009F5C0A"/>
    <w:rsid w:val="00A0095A"/>
    <w:rsid w:val="00A10182"/>
    <w:rsid w:val="00A16FA3"/>
    <w:rsid w:val="00A265F0"/>
    <w:rsid w:val="00A30127"/>
    <w:rsid w:val="00A30A6A"/>
    <w:rsid w:val="00A43DA3"/>
    <w:rsid w:val="00A71BAD"/>
    <w:rsid w:val="00A72703"/>
    <w:rsid w:val="00A739AB"/>
    <w:rsid w:val="00A741BB"/>
    <w:rsid w:val="00A75689"/>
    <w:rsid w:val="00A80E73"/>
    <w:rsid w:val="00A80F91"/>
    <w:rsid w:val="00A86A64"/>
    <w:rsid w:val="00AA1D8D"/>
    <w:rsid w:val="00AB7F58"/>
    <w:rsid w:val="00AC3E03"/>
    <w:rsid w:val="00AD5E47"/>
    <w:rsid w:val="00AD76D8"/>
    <w:rsid w:val="00AF2A41"/>
    <w:rsid w:val="00AF44EF"/>
    <w:rsid w:val="00B00823"/>
    <w:rsid w:val="00B05BE2"/>
    <w:rsid w:val="00B1144E"/>
    <w:rsid w:val="00B17BE5"/>
    <w:rsid w:val="00B26774"/>
    <w:rsid w:val="00B2740E"/>
    <w:rsid w:val="00B338F9"/>
    <w:rsid w:val="00B42781"/>
    <w:rsid w:val="00B47730"/>
    <w:rsid w:val="00B54137"/>
    <w:rsid w:val="00B60FEF"/>
    <w:rsid w:val="00B739B2"/>
    <w:rsid w:val="00B73FB7"/>
    <w:rsid w:val="00B74DDB"/>
    <w:rsid w:val="00B77022"/>
    <w:rsid w:val="00B80A5C"/>
    <w:rsid w:val="00BA1EA7"/>
    <w:rsid w:val="00BA3ABE"/>
    <w:rsid w:val="00BD07EE"/>
    <w:rsid w:val="00C03826"/>
    <w:rsid w:val="00C23CB2"/>
    <w:rsid w:val="00C3731A"/>
    <w:rsid w:val="00C42DEE"/>
    <w:rsid w:val="00C53094"/>
    <w:rsid w:val="00C645ED"/>
    <w:rsid w:val="00C66796"/>
    <w:rsid w:val="00C77D04"/>
    <w:rsid w:val="00CB0664"/>
    <w:rsid w:val="00CB0BBF"/>
    <w:rsid w:val="00CB0CE4"/>
    <w:rsid w:val="00CB53AD"/>
    <w:rsid w:val="00CD357C"/>
    <w:rsid w:val="00CD7B16"/>
    <w:rsid w:val="00CE707B"/>
    <w:rsid w:val="00CF00FA"/>
    <w:rsid w:val="00CF0188"/>
    <w:rsid w:val="00D12F35"/>
    <w:rsid w:val="00D213F7"/>
    <w:rsid w:val="00D24497"/>
    <w:rsid w:val="00D43243"/>
    <w:rsid w:val="00D51E89"/>
    <w:rsid w:val="00D51ED0"/>
    <w:rsid w:val="00D5592A"/>
    <w:rsid w:val="00D56D58"/>
    <w:rsid w:val="00D60EB1"/>
    <w:rsid w:val="00D664E0"/>
    <w:rsid w:val="00D7212A"/>
    <w:rsid w:val="00D9007B"/>
    <w:rsid w:val="00D94589"/>
    <w:rsid w:val="00D95699"/>
    <w:rsid w:val="00DE2A3E"/>
    <w:rsid w:val="00DF0C15"/>
    <w:rsid w:val="00DF1D1B"/>
    <w:rsid w:val="00DF363B"/>
    <w:rsid w:val="00E075B3"/>
    <w:rsid w:val="00E748F9"/>
    <w:rsid w:val="00E74C4E"/>
    <w:rsid w:val="00E74F4C"/>
    <w:rsid w:val="00E761AE"/>
    <w:rsid w:val="00E83735"/>
    <w:rsid w:val="00E87849"/>
    <w:rsid w:val="00E9547D"/>
    <w:rsid w:val="00EA0E5F"/>
    <w:rsid w:val="00EA1D12"/>
    <w:rsid w:val="00EA4E79"/>
    <w:rsid w:val="00EB668C"/>
    <w:rsid w:val="00EB7D0F"/>
    <w:rsid w:val="00EC7905"/>
    <w:rsid w:val="00EE3E98"/>
    <w:rsid w:val="00F00254"/>
    <w:rsid w:val="00F00E5A"/>
    <w:rsid w:val="00F03117"/>
    <w:rsid w:val="00F06B29"/>
    <w:rsid w:val="00F14C38"/>
    <w:rsid w:val="00F15EA6"/>
    <w:rsid w:val="00F17109"/>
    <w:rsid w:val="00F26880"/>
    <w:rsid w:val="00F314EF"/>
    <w:rsid w:val="00F34515"/>
    <w:rsid w:val="00F34F57"/>
    <w:rsid w:val="00F53D44"/>
    <w:rsid w:val="00F54CB5"/>
    <w:rsid w:val="00F60710"/>
    <w:rsid w:val="00F61A5E"/>
    <w:rsid w:val="00F62AF6"/>
    <w:rsid w:val="00F65CC2"/>
    <w:rsid w:val="00F76206"/>
    <w:rsid w:val="00F83E15"/>
    <w:rsid w:val="00F9183C"/>
    <w:rsid w:val="00F95925"/>
    <w:rsid w:val="00F9645C"/>
    <w:rsid w:val="00FA46A4"/>
    <w:rsid w:val="00FA575C"/>
    <w:rsid w:val="00FB65E2"/>
    <w:rsid w:val="00FC693F"/>
    <w:rsid w:val="00FD7C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B76C69"/>
  <w14:defaultImageDpi w14:val="300"/>
  <w15:docId w15:val="{97F91544-DAFE-4DC5-ACD3-E9BE12E67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4FF"/>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aliases w:val="ADB paragraph numbering,Colorful List - Accent 11,References,Bullets,U 5,Titre1,List Paragraph1,Paragraphe de liste1,Numbered paragraph,Medium Grid 1 Accent 2,List Paragraph-ExecSummary,Liste 1,Liste couleur - Accent 11,WB Para,L,R,3"/>
    <w:basedOn w:val="Normal"/>
    <w:link w:val="ParagraphedelisteCar"/>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4"/>
      </w:numPr>
      <w:contextualSpacing/>
    </w:pPr>
  </w:style>
  <w:style w:type="paragraph" w:styleId="Listenumros2">
    <w:name w:val="List Number 2"/>
    <w:basedOn w:val="Normal"/>
    <w:uiPriority w:val="99"/>
    <w:unhideWhenUsed/>
    <w:rsid w:val="0029639D"/>
    <w:pPr>
      <w:numPr>
        <w:numId w:val="5"/>
      </w:numPr>
      <w:contextualSpacing/>
    </w:pPr>
  </w:style>
  <w:style w:type="paragraph" w:styleId="Listenumros3">
    <w:name w:val="List Number 3"/>
    <w:basedOn w:val="Normal"/>
    <w:uiPriority w:val="99"/>
    <w:unhideWhenUsed/>
    <w:rsid w:val="0029639D"/>
    <w:pPr>
      <w:numPr>
        <w:numId w:val="6"/>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Default">
    <w:name w:val="Default"/>
    <w:rsid w:val="004E7A54"/>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character" w:customStyle="1" w:styleId="ParagraphedelisteCar">
    <w:name w:val="Paragraphe de liste Car"/>
    <w:aliases w:val="ADB paragraph numbering Car,Colorful List - Accent 11 Car,References Car,Bullets Car,U 5 Car,Titre1 Car,List Paragraph1 Car,Paragraphe de liste1 Car,Numbered paragraph Car,Medium Grid 1 Accent 2 Car,List Paragraph-ExecSummary Car"/>
    <w:link w:val="Paragraphedeliste"/>
    <w:uiPriority w:val="34"/>
    <w:qFormat/>
    <w:rsid w:val="006A049D"/>
  </w:style>
  <w:style w:type="paragraph" w:styleId="Notedebasdepage">
    <w:name w:val="footnote text"/>
    <w:basedOn w:val="Normal"/>
    <w:link w:val="NotedebasdepageCar"/>
    <w:uiPriority w:val="99"/>
    <w:semiHidden/>
    <w:unhideWhenUsed/>
    <w:rsid w:val="00AF44E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F44EF"/>
    <w:rPr>
      <w:sz w:val="20"/>
      <w:szCs w:val="20"/>
    </w:rPr>
  </w:style>
  <w:style w:type="character" w:styleId="Appelnotedebasdep">
    <w:name w:val="footnote reference"/>
    <w:basedOn w:val="Policepardfaut"/>
    <w:uiPriority w:val="99"/>
    <w:semiHidden/>
    <w:unhideWhenUsed/>
    <w:rsid w:val="00AF44EF"/>
    <w:rPr>
      <w:vertAlign w:val="superscript"/>
    </w:rPr>
  </w:style>
  <w:style w:type="character" w:styleId="Lienhypertexte">
    <w:name w:val="Hyperlink"/>
    <w:basedOn w:val="Policepardfaut"/>
    <w:uiPriority w:val="99"/>
    <w:unhideWhenUsed/>
    <w:rsid w:val="007F4BD2"/>
    <w:rPr>
      <w:color w:val="0000FF" w:themeColor="hyperlink"/>
      <w:u w:val="single"/>
    </w:rPr>
  </w:style>
  <w:style w:type="paragraph" w:styleId="Rvision">
    <w:name w:val="Revision"/>
    <w:hidden/>
    <w:uiPriority w:val="99"/>
    <w:semiHidden/>
    <w:rsid w:val="00EB7D0F"/>
    <w:pPr>
      <w:spacing w:after="0" w:line="240" w:lineRule="auto"/>
    </w:pPr>
  </w:style>
  <w:style w:type="character" w:styleId="Marquedecommentaire">
    <w:name w:val="annotation reference"/>
    <w:basedOn w:val="Policepardfaut"/>
    <w:uiPriority w:val="99"/>
    <w:semiHidden/>
    <w:unhideWhenUsed/>
    <w:rsid w:val="00EB7D0F"/>
    <w:rPr>
      <w:sz w:val="16"/>
      <w:szCs w:val="16"/>
    </w:rPr>
  </w:style>
  <w:style w:type="paragraph" w:styleId="Commentaire">
    <w:name w:val="annotation text"/>
    <w:basedOn w:val="Normal"/>
    <w:link w:val="CommentaireCar"/>
    <w:uiPriority w:val="99"/>
    <w:semiHidden/>
    <w:unhideWhenUsed/>
    <w:rsid w:val="00EB7D0F"/>
    <w:pPr>
      <w:spacing w:line="240" w:lineRule="auto"/>
    </w:pPr>
    <w:rPr>
      <w:sz w:val="20"/>
      <w:szCs w:val="20"/>
    </w:rPr>
  </w:style>
  <w:style w:type="character" w:customStyle="1" w:styleId="CommentaireCar">
    <w:name w:val="Commentaire Car"/>
    <w:basedOn w:val="Policepardfaut"/>
    <w:link w:val="Commentaire"/>
    <w:uiPriority w:val="99"/>
    <w:semiHidden/>
    <w:rsid w:val="00EB7D0F"/>
    <w:rPr>
      <w:sz w:val="20"/>
      <w:szCs w:val="20"/>
    </w:rPr>
  </w:style>
  <w:style w:type="paragraph" w:styleId="Objetducommentaire">
    <w:name w:val="annotation subject"/>
    <w:basedOn w:val="Commentaire"/>
    <w:next w:val="Commentaire"/>
    <w:link w:val="ObjetducommentaireCar"/>
    <w:uiPriority w:val="99"/>
    <w:semiHidden/>
    <w:unhideWhenUsed/>
    <w:rsid w:val="00EB7D0F"/>
    <w:rPr>
      <w:b/>
      <w:bCs/>
    </w:rPr>
  </w:style>
  <w:style w:type="character" w:customStyle="1" w:styleId="ObjetducommentaireCar">
    <w:name w:val="Objet du commentaire Car"/>
    <w:basedOn w:val="CommentaireCar"/>
    <w:link w:val="Objetducommentaire"/>
    <w:uiPriority w:val="99"/>
    <w:semiHidden/>
    <w:rsid w:val="00EB7D0F"/>
    <w:rPr>
      <w:b/>
      <w:bCs/>
      <w:sz w:val="20"/>
      <w:szCs w:val="20"/>
    </w:rPr>
  </w:style>
  <w:style w:type="paragraph" w:styleId="Textedebulles">
    <w:name w:val="Balloon Text"/>
    <w:basedOn w:val="Normal"/>
    <w:link w:val="TextedebullesCar"/>
    <w:uiPriority w:val="99"/>
    <w:semiHidden/>
    <w:unhideWhenUsed/>
    <w:rsid w:val="008C20F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C20F5"/>
    <w:rPr>
      <w:rFonts w:ascii="Segoe UI" w:hAnsi="Segoe UI" w:cs="Segoe UI"/>
      <w:sz w:val="18"/>
      <w:szCs w:val="18"/>
    </w:rPr>
  </w:style>
  <w:style w:type="character" w:styleId="Numrodepage">
    <w:name w:val="page number"/>
    <w:rsid w:val="008B6C25"/>
    <w:rPr>
      <w:rFonts w:ascii="Arial" w:hAnsi="Arial"/>
      <w:color w:val="auto"/>
      <w:spacing w:val="0"/>
      <w:position w:val="0"/>
      <w:sz w:val="16"/>
    </w:rPr>
  </w:style>
  <w:style w:type="paragraph" w:customStyle="1" w:styleId="p2">
    <w:name w:val="p2"/>
    <w:basedOn w:val="Normal"/>
    <w:rsid w:val="008B6C25"/>
    <w:pPr>
      <w:spacing w:after="0" w:line="240" w:lineRule="auto"/>
    </w:pPr>
    <w:rPr>
      <w:rFonts w:ascii="Verdana" w:eastAsia="Times New Roman" w:hAnsi="Verdana" w:cs="Times New Roman"/>
      <w:color w:val="000000"/>
      <w:sz w:val="14"/>
      <w:szCs w:val="14"/>
      <w:lang w:val="fr-FR" w:eastAsia="fr-FR"/>
    </w:rPr>
  </w:style>
  <w:style w:type="paragraph" w:styleId="NormalWeb">
    <w:name w:val="Normal (Web)"/>
    <w:basedOn w:val="Normal"/>
    <w:uiPriority w:val="99"/>
    <w:unhideWhenUsed/>
    <w:rsid w:val="00921F25"/>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BankNormal">
    <w:name w:val="BankNormal"/>
    <w:basedOn w:val="Normal"/>
    <w:rsid w:val="00531573"/>
    <w:pPr>
      <w:spacing w:after="240" w:line="240" w:lineRule="auto"/>
    </w:pPr>
    <w:rPr>
      <w:rFonts w:ascii="Times New Roman" w:eastAsia="Times New Roman" w:hAnsi="Times New Roman" w:cs="Times New Roman"/>
      <w:sz w:val="24"/>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0931933">
      <w:bodyDiv w:val="1"/>
      <w:marLeft w:val="0"/>
      <w:marRight w:val="0"/>
      <w:marTop w:val="0"/>
      <w:marBottom w:val="0"/>
      <w:divBdr>
        <w:top w:val="none" w:sz="0" w:space="0" w:color="auto"/>
        <w:left w:val="none" w:sz="0" w:space="0" w:color="auto"/>
        <w:bottom w:val="none" w:sz="0" w:space="0" w:color="auto"/>
        <w:right w:val="none" w:sz="0" w:space="0" w:color="auto"/>
      </w:divBdr>
    </w:div>
    <w:div w:id="10230937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mailto:recrutement@avenir.cd" TargetMode="External"/><Relationship Id="rId3" Type="http://schemas.openxmlformats.org/officeDocument/2006/relationships/customXml" Target="../customXml/item3.xml"/><Relationship Id="rId21" Type="http://schemas.openxmlformats.org/officeDocument/2006/relationships/hyperlink" Target="mailto:sgagrirdc@gmail.com"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mailto:sgagrirdc@gmail.com"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recrutement@avenir.cd" TargetMode="External"/><Relationship Id="rId29" Type="http://schemas.openxmlformats.org/officeDocument/2006/relationships/hyperlink" Target="mailto:sgagrirdc@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recrutement@avenir.cd" TargetMode="External"/><Relationship Id="rId32" Type="http://schemas.openxmlformats.org/officeDocument/2006/relationships/hyperlink" Target="mailto:recrutement@avenir.cd"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sgagrirdc@gmail.com" TargetMode="External"/><Relationship Id="rId28" Type="http://schemas.openxmlformats.org/officeDocument/2006/relationships/hyperlink" Target="mailto:recrutement@avenir.cd" TargetMode="External"/><Relationship Id="rId10" Type="http://schemas.openxmlformats.org/officeDocument/2006/relationships/endnotes" Target="endnotes.xml"/><Relationship Id="rId19" Type="http://schemas.openxmlformats.org/officeDocument/2006/relationships/hyperlink" Target="mailto:sgagrirdc@gmail.com" TargetMode="External"/><Relationship Id="rId31" Type="http://schemas.openxmlformats.org/officeDocument/2006/relationships/hyperlink" Target="mailto:sgagrirdc@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recrutement@avenir.cd" TargetMode="External"/><Relationship Id="rId27" Type="http://schemas.openxmlformats.org/officeDocument/2006/relationships/hyperlink" Target="mailto:sgagrirdc@gmail.com" TargetMode="External"/><Relationship Id="rId30" Type="http://schemas.openxmlformats.org/officeDocument/2006/relationships/hyperlink" Target="mailto:recrutement@avenir.cd"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962BB959096134FAEA89AA923106147" ma:contentTypeVersion="5" ma:contentTypeDescription="Create a new document." ma:contentTypeScope="" ma:versionID="bf6fbf7caa3ba5589c3b4db62954ff50">
  <xsd:schema xmlns:xsd="http://www.w3.org/2001/XMLSchema" xmlns:xs="http://www.w3.org/2001/XMLSchema" xmlns:p="http://schemas.microsoft.com/office/2006/metadata/properties" xmlns:ns3="77793f6a-0535-4ab7-9e38-9390e73103fe" targetNamespace="http://schemas.microsoft.com/office/2006/metadata/properties" ma:root="true" ma:fieldsID="8ec0d4986728f388c94892937f2b3c37" ns3:_="">
    <xsd:import namespace="77793f6a-0535-4ab7-9e38-9390e73103fe"/>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793f6a-0535-4ab7-9e38-9390e73103fe"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3786B1-A6D1-49CE-90F6-34796BB9374A}">
  <ds:schemaRefs>
    <ds:schemaRef ds:uri="http://schemas.microsoft.com/sharepoint/v3/contenttype/forms"/>
  </ds:schemaRefs>
</ds:datastoreItem>
</file>

<file path=customXml/itemProps2.xml><?xml version="1.0" encoding="utf-8"?>
<ds:datastoreItem xmlns:ds="http://schemas.openxmlformats.org/officeDocument/2006/customXml" ds:itemID="{F9E49418-CB70-4C8F-A938-6C12F881401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B13D556-D59E-4A00-91C6-9F03ED5A9971}">
  <ds:schemaRefs>
    <ds:schemaRef ds:uri="http://schemas.openxmlformats.org/officeDocument/2006/bibliography"/>
  </ds:schemaRefs>
</ds:datastoreItem>
</file>

<file path=customXml/itemProps4.xml><?xml version="1.0" encoding="utf-8"?>
<ds:datastoreItem xmlns:ds="http://schemas.openxmlformats.org/officeDocument/2006/customXml" ds:itemID="{4DD7343F-91DF-4695-B54D-CE4AC1F42D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793f6a-0535-4ab7-9e38-9390e73103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9927</Words>
  <Characters>54599</Characters>
  <Application>Microsoft Office Word</Application>
  <DocSecurity>0</DocSecurity>
  <Lines>454</Lines>
  <Paragraphs>128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64398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Mek Nzuzi</cp:lastModifiedBy>
  <cp:revision>2</cp:revision>
  <dcterms:created xsi:type="dcterms:W3CDTF">2026-02-25T14:32:00Z</dcterms:created>
  <dcterms:modified xsi:type="dcterms:W3CDTF">2026-02-25T14:32:00Z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0x0101003962BB959096134FAEA89AA923106147</vt:lpwstr>
  </property>
  <property fmtid="{D5CDD505-2E9C-101B-9397-08002B2CF9AE}" pid="3" name="MSIP_Label_defa4170-0d19-0005-0004-bc88714345d2_Enabled">
    <vt:lpwstr>true</vt:lpwstr>
  </property>
  <property fmtid="{D5CDD505-2E9C-101B-9397-08002B2CF9AE}" pid="4" name="MSIP_Label_defa4170-0d19-0005-0004-bc88714345d2_SetDate">
    <vt:lpwstr>2025-10-06T12:01:09Z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5b8da392-1563-4634-a95b-25b64eebd040</vt:lpwstr>
  </property>
  <property fmtid="{D5CDD505-2E9C-101B-9397-08002B2CF9AE}" pid="8" name="MSIP_Label_defa4170-0d19-0005-0004-bc88714345d2_ActionId">
    <vt:lpwstr>a49adedf-02d7-419d-b371-85bb5912af46</vt:lpwstr>
  </property>
  <property fmtid="{D5CDD505-2E9C-101B-9397-08002B2CF9AE}" pid="9" name="MSIP_Label_defa4170-0d19-0005-0004-bc88714345d2_ContentBits">
    <vt:lpwstr>0</vt:lpwstr>
  </property>
  <property fmtid="{D5CDD505-2E9C-101B-9397-08002B2CF9AE}" pid="10" name="MSIP_Label_defa4170-0d19-0005-0004-bc88714345d2_Tag">
    <vt:lpwstr>10, 3, 0, 1</vt:lpwstr>
  </property>
</Properties>
</file>